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 w:line="440" w:lineRule="exact"/>
        <w:jc w:val="center"/>
      </w:pPr>
      <w:r>
        <w:rPr>
          <w:rFonts w:ascii="黑体" w:hAnsi="黑体" w:eastAsia="黑体"/>
          <w:b/>
          <w:sz w:val="32"/>
        </w:rPr>
        <w:t>山东管理学院</w:t>
      </w:r>
    </w:p>
    <w:p>
      <w:pPr>
        <w:spacing w:after="80" w:line="440" w:lineRule="exact"/>
        <w:jc w:val="center"/>
      </w:pPr>
      <w:r>
        <w:rPr>
          <w:rFonts w:ascii="黑体" w:hAnsi="黑体" w:eastAsia="黑体"/>
          <w:b/>
          <w:sz w:val="28"/>
        </w:rPr>
        <w:t>2025-2026学年秋季学期期末考核试卷A</w:t>
      </w:r>
    </w:p>
    <w:p>
      <w:pPr>
        <w:spacing w:after="240" w:line="440" w:lineRule="exact"/>
        <w:jc w:val="center"/>
      </w:pPr>
      <w:r>
        <w:rPr>
          <w:rFonts w:ascii="宋体" w:hAnsi="宋体" w:eastAsia="宋体"/>
          <w:b w:val="0"/>
          <w:sz w:val="24"/>
        </w:rPr>
        <w:t>课程代码：B070710412001    课程名称：《MySQL数据库A》</w:t>
      </w:r>
    </w:p>
    <w:p>
      <w:pPr>
        <w:spacing w:after="160" w:line="440" w:lineRule="exact"/>
      </w:pPr>
      <w:r>
        <w:rPr>
          <w:rFonts w:ascii="黑体" w:hAnsi="黑体" w:eastAsia="黑体"/>
          <w:b/>
          <w:sz w:val="28"/>
        </w:rPr>
        <w:t>一、选择题（2'×15=30'）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1. 查找表结构用以下哪一个？（D）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FIND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SELETE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ALTER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DESC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2. 以下查找条件为：name不是NULL的记录中，正确的是（A）。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WHERE NAME IS NOT NULL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WHERE NAME NOT NULL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WHERE NAME = NULL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WHERE NAME != NULL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3. MySQL是一种（C）数据库管理系统。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层次型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网络型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关系型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对象型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4. 在MySQL中，不存在的数据类型是（D）。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INT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TEXT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VARCHAR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VARCHAR2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5. 在MySQL中，下列关于创建数据库表的描述正确的是（C）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在创建表时必须设列的约束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在删除表的时候通过外键约束连接在一起的表会被一同删除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在创建表时必须设置列类型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通过CREATE TABLE new_t SELECT * FROM old_t复制表的同时，表的约束能一起被复制到新表中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6. 下面关于创建和管理索引正确的描述是（A）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索引被用于快速找到想要的记录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索引会加快DELETE、UPDATE和INSERT语句的执行速度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创建索引是为了便于全表扫描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大量使用索引可以提高数据库的整体性能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7. MySQL中，"AGE IN(20,22)"的语义是（B）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AGE&lt;=22 AND AGE&gt;=20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AGE=20 OR AGE=22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AGE=20 AND AGE=22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AGE&lt;22 AND AGE&gt;20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8. 在MySQL中，条件"BETWEEN 20 AND 30"表示（A）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包括20岁和30岁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不包括20岁和30岁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不包括20岁，包括30岁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包括20岁，不包括30岁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9. MySQL语言中，删除EMP表中全部数据的命令正确的是（C）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delete * from emp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drop table emp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truncate table emp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没有正确答案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10. 下列哪个关键字在Select语句中表示所有列？（A）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*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ALL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DESC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DISTINCT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11. 下面可以通过聚合函数的结果来过滤查询结果集的SQL子句是（C）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WHERE子句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GROUP BY子句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HAVING子句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ORDER BY子句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12. 若要求查找student表中，姓名的第一个字为'王'的学生学号和姓名。正确的是（B）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SELECT 学号,姓名 FROM student WHERE SNAME='王%'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SELECT 学号,姓名 FROM student WHERE SNAME LIKE '王%'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SELECT 学号,姓名 FROM student WHERE SNAME LIKE '王_'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全部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13. 如果一个字段的数据必须来源另一个表的主键，那么要在这个字段上建立（A）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FK(外键)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PK(主键)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UK(唯一键)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复合主键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14. 以下聚合函数求数据总和的是（D）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MAX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AVG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COUNT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SUM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15. SQL语句中的条件用以下哪一项来表达（C）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THEN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WHILE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WHERE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IF</w:t>
      </w:r>
    </w:p>
    <w:p>
      <w:pPr>
        <w:spacing w:after="160" w:line="440" w:lineRule="exact"/>
      </w:pPr>
      <w:r>
        <w:rPr>
          <w:rFonts w:ascii="黑体" w:hAnsi="黑体" w:eastAsia="黑体"/>
          <w:b/>
          <w:sz w:val="28"/>
        </w:rPr>
        <w:t>二、多选题（2'×5=10'，少选得1分，多选、错选不得分）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1. 用户可以对文件中的数据进行哪些操作（ABCD）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增加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删除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修改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查找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2. 下面选项中，属于数据库基本特征的是（ABCD）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数据结构化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实现数据共享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数据独立性高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数据统一管理与控制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3. 下面选项中，属于数据库系统重要组成部分的是？（ABC）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数据库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数据库应用程序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数据库管理系统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数据库并发系统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4. MySQL字符集下列叙述正确的是（ABCD）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latin1支持西欧字符、希腊字符等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gbk支持中文简体字符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big5支持中文繁体字符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utf8几乎支持世界所有国家的字符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5. 连接MySQL本地服务器的命令，下列选择正确的是（ABC）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A. mysql -u root -p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B. mysql -h localhost -u root -p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C. mysql -h 127.0.0.1 -u root -p</w:t>
      </w:r>
    </w:p>
    <w:p>
      <w:pPr>
        <w:spacing w:after="20" w:line="440" w:lineRule="exact"/>
      </w:pPr>
      <w:r>
        <w:rPr>
          <w:rFonts w:ascii="宋体" w:hAnsi="宋体" w:eastAsia="宋体"/>
          <w:b w:val="0"/>
          <w:sz w:val="22"/>
        </w:rPr>
        <w:t xml:space="preserve">    D. 以上选项都不正确</w:t>
      </w:r>
    </w:p>
    <w:p>
      <w:pPr>
        <w:spacing w:after="160" w:line="440" w:lineRule="exact"/>
      </w:pPr>
      <w:r>
        <w:rPr>
          <w:rFonts w:ascii="黑体" w:hAnsi="黑体" w:eastAsia="黑体"/>
          <w:b/>
          <w:sz w:val="28"/>
        </w:rPr>
        <w:t>三、判断题（1'×10=10'，正确填T，不正确填F）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1. 数据库的基本特征是数据结构化、数据共享、数据独立性高、数据统一管理与控制。(T)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2. 使用SELECT语句对指定字段进行查询时，查询结果中字段显示的顺序和其在原始表中的记录顺序保持一致。(F)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3. 在同一个数据表中可以定义多个非空字段。(T)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4. 在WHERE子句"WHERE id BETWEEN 2 AND 5"中，查询结果不包括id等于2和5的数据。(F)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5. 在Windows服务管理器启动MySQL时，启动类型有自动、手动和已禁用三种类型。(T)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6. 在添加外键约束时，建立外键的表必须是InnoDB类型，不能是临时表。(T)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7. AND关键字可以连接两个或者多个查询条件，只有满足所有条件的记录才会被返回。(T)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8. 内连接（INNER JOIN）又称简单连接或自然连接，只有满足条件的记录才能出现在查询结果中。(T)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9. 表的主键可以是一个字段，也可以是多个字段的组合。(T)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10. 视图也可以作为SELECT语句的数据源，在某些特定条件下可以通过视图对表进行更新操作。(T)</w:t>
      </w:r>
    </w:p>
    <w:p>
      <w:pPr>
        <w:spacing w:after="160" w:line="440" w:lineRule="exact"/>
      </w:pPr>
      <w:r>
        <w:rPr>
          <w:rFonts w:ascii="黑体" w:hAnsi="黑体" w:eastAsia="黑体"/>
          <w:b/>
          <w:sz w:val="28"/>
        </w:rPr>
        <w:t>四、应用题（4'×5=20'）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1. 已知数据库中有一张student表，表中有字段name（姓名）、grade（年级）。请写出SQL指令，查询出表中1、2、3年级学生的信息。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答：SELECT * FROM student</w:t>
        <w:br/>
        <w:t>WHERE grade IN (1,2,3);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2. 已知有一张user表，表中有字段id、name、age、sex、address。请写出两种查询表中所有字段信息的SQL指令。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答：方法一：SELECT * FROM user;</w:t>
        <w:br/>
        <w:t>方法二：SELECT id,name,age,sex,address FROM user;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3. 已知数据库中有一张会员表，表中有字段会员编号、姓名、性别、入会时间，请查询出表中除了会员"小七"的所有会员的信息。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答：SELECT * FROM 会员</w:t>
        <w:br/>
        <w:t>WHERE 姓名 != '小七';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4. 请阅读SQL语句：SELECT * FROM book LIMIT 5,10; 描述此语句的作用。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答：获得第6条到第15条记录（LIMIT 5,10表示跳过前5条，从第6条开始取10条）。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5. 请将student表按照gender字段值进行分组查询，并计算出每个分组中各有多少名学生。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答：SELECT COUNT(*), gender FROM student</w:t>
        <w:br/>
        <w:t>GROUP BY gender;</w:t>
      </w:r>
    </w:p>
    <w:p>
      <w:pPr>
        <w:spacing w:after="160" w:line="440" w:lineRule="exact"/>
      </w:pPr>
      <w:r>
        <w:rPr>
          <w:rFonts w:ascii="黑体" w:hAnsi="黑体" w:eastAsia="黑体"/>
          <w:b/>
          <w:sz w:val="28"/>
        </w:rPr>
        <w:t>五、实践题（30'×1=30'）</w:t>
      </w:r>
    </w:p>
    <w:p>
      <w:pPr>
        <w:spacing w:after="80" w:line="440" w:lineRule="exact"/>
      </w:pPr>
      <w:r>
        <w:rPr>
          <w:rFonts w:ascii="宋体" w:hAnsi="宋体" w:eastAsia="宋体"/>
          <w:b w:val="0"/>
          <w:sz w:val="24"/>
        </w:rPr>
        <w:t>1. 在目前食材配送过程中，食材的管理至关重要。这里对食材的管理包括进、销、存3个方面。可以建立一个进销存管理系统，对企业的管理者、营业员、库存管理员等减轻其工作量，便于经营管理。食材配送公司需要处理大量的库存信息，还要时刻更新产品的销售信息，不断添加商品信息。面对不同种类的信息，需要合理的数据库结构来保存数据信息，需要有效的程序结构支持各种数据操作的执行。它最主要的特点是能够实时的和准确的控制店内的销售情况。</w:t>
      </w:r>
    </w:p>
    <w:p>
      <w:pPr>
        <w:spacing w:after="160" w:line="440" w:lineRule="exact"/>
      </w:pPr>
      <w:r>
        <w:rPr>
          <w:rFonts w:ascii="宋体" w:hAnsi="宋体" w:eastAsia="宋体"/>
          <w:b w:val="0"/>
          <w:sz w:val="24"/>
        </w:rPr>
        <w:t>请创建数据库，并写出以下问题的相关指令：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(1) 创建名为goods的数据库（2分）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答：CREATE DATABASE goods;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(2) 按照表结构创建user（用户信息表）数据表。（8分）</w:t>
        <w:br/>
        <w:t>表结构：ID(char,10,主键)、name(varchar,10,姓名)、sex(char,2,性别)、birthday(date,生日)、nation(varchar,10,民族)、policitalStatus(varchar,8,政治面貌）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答：CREATE TABLE user (</w:t>
        <w:br/>
        <w:t xml:space="preserve">    ID char(10) PRIMARY KEY,</w:t>
        <w:br/>
        <w:t xml:space="preserve">    name varchar(10),</w:t>
        <w:br/>
        <w:t xml:space="preserve">    sex char(2),</w:t>
        <w:br/>
        <w:t xml:space="preserve">    birthday date,</w:t>
        <w:br/>
        <w:t xml:space="preserve">    nation varchar(10),</w:t>
        <w:br/>
        <w:t xml:space="preserve">    policitalStatus varchar(8)</w:t>
        <w:br/>
        <w:t>);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(3) 将user表中的name字段的数据类型改为char(10)（5分）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答：ALTER TABLE user</w:t>
        <w:br/>
        <w:t>MODIFY name char(10);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(4) 在user表中添加一个名为"nativePlace"的字段，数据类型为char、长度为30（5分）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答：ALTER TABLE user</w:t>
        <w:br/>
        <w:t>ADD nativePlace char(30);</w:t>
      </w:r>
    </w:p>
    <w:p>
      <w:pPr>
        <w:spacing w:after="40" w:line="440" w:lineRule="exact"/>
      </w:pPr>
      <w:r>
        <w:rPr>
          <w:rFonts w:ascii="宋体" w:hAnsi="宋体" w:eastAsia="宋体"/>
          <w:b w:val="0"/>
          <w:sz w:val="24"/>
        </w:rPr>
        <w:t>(5) 往上面的数据库表中添加数据：201507001，张三，男，1995.07.01，汉族，中共党员（5分）</w:t>
      </w:r>
    </w:p>
    <w:p>
      <w:pPr>
        <w:spacing w:after="120"/>
        <w:ind w:left="283"/>
      </w:pPr>
      <w:r>
        <w:rPr>
          <w:rFonts w:ascii="宋体" w:hAnsi="宋体" w:eastAsia="宋体"/>
          <w:b w:val="0"/>
          <w:sz w:val="22"/>
        </w:rPr>
        <w:t>答：INSERT INTO user(ID,name,sex,birthday,nation,policitalStatus)</w:t>
        <w:br/>
        <w:t>VALUES('201507001','张三','男','1995-07-01','汉族','中共党员');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