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 xml:space="preserve"> 📝 C# 面向对象程序设计 – 模拟考试试题</w:t>
      </w:r>
    </w:p>
    <w:p>
      <w:r>
        <w:t>&gt; 根据课堂复习内容编制 | 满分：100分 | 建议用时：60分钟</w:t>
      </w:r>
    </w:p>
    <w:p>
      <w:r>
        <w:t>____________________________________________________________</w:t>
      </w:r>
    </w:p>
    <w:p>
      <w:pPr>
        <w:pStyle w:val="Heading2"/>
      </w:pPr>
      <w:r>
        <w:t xml:space="preserve"> 一、选择题（每题2分，共20分）</w:t>
      </w:r>
    </w:p>
    <w:p>
      <w:r/>
      <w:r>
        <w:rPr>
          <w:b/>
        </w:rPr>
        <w:t>1. 以下哪个访问修饰符的访问范围最小？</w:t>
      </w:r>
      <w:r/>
    </w:p>
    <w:p>
      <w:r>
        <w:t xml:space="preserve">A. </w:t>
      </w:r>
      <w:r>
        <w:rPr>
          <w:rFonts w:ascii="Consolas" w:hAnsi="Consolas"/>
          <w:sz w:val="20"/>
        </w:rPr>
        <w:t>public</w:t>
      </w:r>
      <w:r>
        <w:t xml:space="preserve">  </w:t>
      </w:r>
    </w:p>
    <w:p>
      <w:r>
        <w:t xml:space="preserve">B. </w:t>
      </w:r>
      <w:r>
        <w:rPr>
          <w:rFonts w:ascii="Consolas" w:hAnsi="Consolas"/>
          <w:sz w:val="20"/>
        </w:rPr>
        <w:t>private</w:t>
      </w:r>
      <w:r>
        <w:t xml:space="preserve">  </w:t>
      </w:r>
    </w:p>
    <w:p>
      <w:r>
        <w:t xml:space="preserve">C. </w:t>
      </w:r>
      <w:r>
        <w:rPr>
          <w:rFonts w:ascii="Consolas" w:hAnsi="Consolas"/>
          <w:sz w:val="20"/>
        </w:rPr>
        <w:t>protected</w:t>
      </w:r>
      <w:r>
        <w:t xml:space="preserve">  </w:t>
      </w:r>
    </w:p>
    <w:p>
      <w:r>
        <w:t xml:space="preserve">D. </w:t>
      </w:r>
      <w:r>
        <w:rPr>
          <w:rFonts w:ascii="Consolas" w:hAnsi="Consolas"/>
          <w:sz w:val="20"/>
        </w:rPr>
        <w:t>internal</w:t>
      </w:r>
      <w:r/>
    </w:p>
    <w:p>
      <w:r/>
      <w:r>
        <w:rPr>
          <w:b/>
        </w:rPr>
        <w:t>2. 关于构造函数，以下说法正确的是？</w:t>
      </w:r>
      <w:r/>
    </w:p>
    <w:p>
      <w:r>
        <w:t xml:space="preserve">A. 构造函数可以有返回值  </w:t>
      </w:r>
    </w:p>
    <w:p>
      <w:r>
        <w:t xml:space="preserve">B. 构造函数名可以与类名不同  </w:t>
      </w:r>
    </w:p>
    <w:p>
      <w:r>
        <w:t xml:space="preserve">C. 构造函数方法名与类名相同，且没有返回类型声明  </w:t>
      </w:r>
    </w:p>
    <w:p>
      <w:r>
        <w:t xml:space="preserve">D. 构造函数中必须使用 </w:t>
      </w:r>
      <w:r>
        <w:rPr>
          <w:rFonts w:ascii="Consolas" w:hAnsi="Consolas"/>
          <w:sz w:val="20"/>
        </w:rPr>
        <w:t>return</w:t>
      </w:r>
      <w:r>
        <w:t xml:space="preserve"> 语句返回一个值</w:t>
      </w:r>
    </w:p>
    <w:p>
      <w:r/>
      <w:r>
        <w:rPr>
          <w:b/>
        </w:rPr>
        <w:t>3. 以下哪些情况属于方法重载？（多选）</w:t>
      </w:r>
      <w:r/>
    </w:p>
    <w:p>
      <w:r>
        <w:t xml:space="preserve">A. 方法名相同，参数个数不同  </w:t>
      </w:r>
    </w:p>
    <w:p>
      <w:r>
        <w:t xml:space="preserve">B. 方法名相同，参数类型不同  </w:t>
      </w:r>
    </w:p>
    <w:p>
      <w:r>
        <w:t xml:space="preserve">C. 方法名相同，参数列表相同，返回值类型不同  </w:t>
      </w:r>
    </w:p>
    <w:p>
      <w:r>
        <w:t>D. 方法名相同，参数个数和类型都不同</w:t>
      </w:r>
    </w:p>
    <w:p>
      <w:r/>
      <w:r>
        <w:rPr>
          <w:b/>
        </w:rPr>
        <w:t>4. 静态方法（static method）可以被重写吗？</w:t>
      </w:r>
      <w:r/>
    </w:p>
    <w:p>
      <w:r>
        <w:t xml:space="preserve">A. 可以  </w:t>
      </w:r>
    </w:p>
    <w:p>
      <w:r>
        <w:t xml:space="preserve">B. 不可以  </w:t>
      </w:r>
    </w:p>
    <w:p>
      <w:r>
        <w:t xml:space="preserve">C. 取决于访问修饰符  </w:t>
      </w:r>
    </w:p>
    <w:p>
      <w:r>
        <w:t>D. 只有 public 静态方法可以重写</w:t>
      </w:r>
    </w:p>
    <w:p>
      <w:r/>
      <w:r>
        <w:rPr>
          <w:b/>
        </w:rPr>
        <w:t>5. 在 C# 中，实现多态的前提是什么？</w:t>
      </w:r>
      <w:r/>
    </w:p>
    <w:p>
      <w:r>
        <w:t xml:space="preserve">A. 必须在同一个类中  </w:t>
      </w:r>
    </w:p>
    <w:p>
      <w:r>
        <w:t xml:space="preserve">B. 必须基于继承关系  </w:t>
      </w:r>
    </w:p>
    <w:p>
      <w:r>
        <w:t xml:space="preserve">C. 必须使用接口  </w:t>
      </w:r>
    </w:p>
    <w:p>
      <w:r>
        <w:t>D. 必须使用抽象类</w:t>
      </w:r>
    </w:p>
    <w:p>
      <w:r/>
      <w:r>
        <w:rPr>
          <w:b/>
        </w:rPr>
        <w:t>6. 关于属性（Property）的描述，正确的是？</w:t>
      </w:r>
      <w:r/>
    </w:p>
    <w:p>
      <w:r>
        <w:t xml:space="preserve">A. 属性等同于字段，没有区别  </w:t>
      </w:r>
    </w:p>
    <w:p>
      <w:r>
        <w:t xml:space="preserve">B. 属性通过 get 和 set 访问器控制读写权限  </w:t>
      </w:r>
    </w:p>
    <w:p>
      <w:r>
        <w:t xml:space="preserve">C. 属性不能有 get 访问器  </w:t>
      </w:r>
    </w:p>
    <w:p>
      <w:r>
        <w:t>D. 属性必须同时有 get 和 set</w:t>
      </w:r>
    </w:p>
    <w:p>
      <w:r/>
      <w:r>
        <w:rPr>
          <w:b/>
        </w:rPr>
        <w:t>7. 以下哪个命名空间包含了文件操作相关的类（如 FileStream）？</w:t>
      </w:r>
      <w:r/>
    </w:p>
    <w:p>
      <w:r>
        <w:t xml:space="preserve">A. </w:t>
      </w:r>
      <w:r>
        <w:rPr>
          <w:rFonts w:ascii="Consolas" w:hAnsi="Consolas"/>
          <w:sz w:val="20"/>
        </w:rPr>
        <w:t>System.Data</w:t>
      </w:r>
      <w:r>
        <w:t xml:space="preserve">  </w:t>
      </w:r>
    </w:p>
    <w:p>
      <w:r>
        <w:t xml:space="preserve">B. </w:t>
      </w:r>
      <w:r>
        <w:rPr>
          <w:rFonts w:ascii="Consolas" w:hAnsi="Consolas"/>
          <w:sz w:val="20"/>
        </w:rPr>
        <w:t>System.Text</w:t>
      </w:r>
      <w:r>
        <w:t xml:space="preserve">  </w:t>
      </w:r>
    </w:p>
    <w:p>
      <w:r>
        <w:t xml:space="preserve">C. </w:t>
      </w:r>
      <w:r>
        <w:rPr>
          <w:rFonts w:ascii="Consolas" w:hAnsi="Consolas"/>
          <w:sz w:val="20"/>
        </w:rPr>
        <w:t>System.IO</w:t>
      </w:r>
      <w:r>
        <w:t xml:space="preserve">  </w:t>
      </w:r>
    </w:p>
    <w:p>
      <w:r>
        <w:t xml:space="preserve">D. </w:t>
      </w:r>
      <w:r>
        <w:rPr>
          <w:rFonts w:ascii="Consolas" w:hAnsi="Consolas"/>
          <w:sz w:val="20"/>
        </w:rPr>
        <w:t>System.Collections</w:t>
      </w:r>
      <w:r/>
    </w:p>
    <w:p>
      <w:r/>
      <w:r>
        <w:rPr>
          <w:b/>
        </w:rPr>
        <w:t>8. 以下代码的输出结果是什么？</w:t>
      </w:r>
      <w:r/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int x = 5;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int y = 2;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double result = x / y;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Console.WriteLine(result);</w:t>
      </w:r>
    </w:p>
    <w:p>
      <w:r>
        <w:t xml:space="preserve">A. 2.5  </w:t>
      </w:r>
    </w:p>
    <w:p>
      <w:r>
        <w:t xml:space="preserve">B. 2  </w:t>
      </w:r>
    </w:p>
    <w:p>
      <w:r>
        <w:t xml:space="preserve">C. 2.0  </w:t>
      </w:r>
    </w:p>
    <w:p>
      <w:r>
        <w:t>D. 编译错误</w:t>
      </w:r>
    </w:p>
    <w:p>
      <w:r/>
      <w:r>
        <w:rPr>
          <w:b/>
        </w:rPr>
        <w:t>9. 关于析构函数，以下说法正确的是？</w:t>
      </w:r>
      <w:r/>
    </w:p>
    <w:p>
      <w:r>
        <w:t xml:space="preserve">A. 析构函数需要手动调用  </w:t>
      </w:r>
    </w:p>
    <w:p>
      <w:r>
        <w:t xml:space="preserve">B. 析构函数在对象创建时自动执行  </w:t>
      </w:r>
    </w:p>
    <w:p>
      <w:r>
        <w:t xml:space="preserve">C. 析构函数在对象脱离作用域时自动调用，用于释放资源  </w:t>
      </w:r>
    </w:p>
    <w:p>
      <w:r>
        <w:t>D. 每个类必须显式编写析构函数</w:t>
      </w:r>
    </w:p>
    <w:p>
      <w:r/>
      <w:r>
        <w:rPr>
          <w:b/>
        </w:rPr>
        <w:t>10. 以下哪项是创建对象的正确语法？</w:t>
      </w:r>
      <w:r/>
    </w:p>
    <w:p>
      <w:r>
        <w:t xml:space="preserve">A. </w:t>
      </w:r>
      <w:r>
        <w:rPr>
          <w:rFonts w:ascii="Consolas" w:hAnsi="Consolas"/>
          <w:sz w:val="20"/>
        </w:rPr>
        <w:t>Shape s1 = new Shape;</w:t>
      </w:r>
      <w:r>
        <w:t xml:space="preserve">  </w:t>
      </w:r>
    </w:p>
    <w:p>
      <w:r>
        <w:t xml:space="preserve">B. </w:t>
      </w:r>
      <w:r>
        <w:rPr>
          <w:rFonts w:ascii="Consolas" w:hAnsi="Consolas"/>
          <w:sz w:val="20"/>
        </w:rPr>
        <w:t>Shape s1 = new Shape();</w:t>
      </w:r>
      <w:r>
        <w:t xml:space="preserve">  </w:t>
      </w:r>
    </w:p>
    <w:p>
      <w:r>
        <w:t xml:space="preserve">C. </w:t>
      </w:r>
      <w:r>
        <w:rPr>
          <w:rFonts w:ascii="Consolas" w:hAnsi="Consolas"/>
          <w:sz w:val="20"/>
        </w:rPr>
        <w:t>Shape s1 = Shape();</w:t>
      </w:r>
      <w:r>
        <w:t xml:space="preserve">  </w:t>
      </w:r>
    </w:p>
    <w:p>
      <w:r>
        <w:t xml:space="preserve">D. </w:t>
      </w:r>
      <w:r>
        <w:rPr>
          <w:rFonts w:ascii="Consolas" w:hAnsi="Consolas"/>
          <w:sz w:val="20"/>
        </w:rPr>
        <w:t>new Shape s1 = Shape();</w:t>
      </w:r>
      <w:r/>
    </w:p>
    <w:p>
      <w:r>
        <w:t>____________________________________________________________</w:t>
      </w:r>
    </w:p>
    <w:p>
      <w:pPr>
        <w:pStyle w:val="Heading2"/>
      </w:pPr>
      <w:r>
        <w:t xml:space="preserve"> 二、判断题（每题1分，共10分）</w:t>
      </w:r>
    </w:p>
    <w:p>
      <w:r>
        <w:t>判断以下说法是否正确，正确打"✔"，错误打"✘"。</w:t>
      </w:r>
    </w:p>
    <w:p>
      <w:pPr>
        <w:pStyle w:val="ListNumber"/>
      </w:pPr>
      <w:r>
        <w:t>（ ）面向对象的三大基本特征是封装、继承和多态。</w:t>
      </w:r>
    </w:p>
    <w:p>
      <w:pPr>
        <w:pStyle w:val="ListNumber"/>
      </w:pPr>
      <w:r>
        <w:t>（ ）</w:t>
      </w:r>
      <w:r>
        <w:rPr>
          <w:rFonts w:ascii="Consolas" w:hAnsi="Consolas"/>
          <w:sz w:val="20"/>
        </w:rPr>
        <w:t>public</w:t>
      </w:r>
      <w:r>
        <w:t xml:space="preserve"> 修饰的成员只能在本类中访问。</w:t>
      </w:r>
    </w:p>
    <w:p>
      <w:pPr>
        <w:pStyle w:val="ListNumber"/>
      </w:pPr>
      <w:r>
        <w:t>（ ）</w:t>
      </w:r>
      <w:r>
        <w:rPr>
          <w:rFonts w:ascii="Consolas" w:hAnsi="Consolas"/>
          <w:sz w:val="20"/>
        </w:rPr>
        <w:t>protected</w:t>
      </w:r>
      <w:r>
        <w:t xml:space="preserve"> 修饰的成员可以在本类和子类中访问。</w:t>
      </w:r>
    </w:p>
    <w:p>
      <w:pPr>
        <w:pStyle w:val="ListNumber"/>
      </w:pPr>
      <w:r>
        <w:t>（ ）抽象方法必须有方法体。</w:t>
      </w:r>
    </w:p>
    <w:p>
      <w:pPr>
        <w:pStyle w:val="ListNumber"/>
      </w:pPr>
      <w:r>
        <w:t>（ ）静态方法可以被重写。</w:t>
      </w:r>
    </w:p>
    <w:p>
      <w:pPr>
        <w:pStyle w:val="ListNumber"/>
      </w:pPr>
      <w:r>
        <w:t>（ ）多态可以提高程序的扩展性。</w:t>
      </w:r>
    </w:p>
    <w:p>
      <w:pPr>
        <w:pStyle w:val="ListNumber"/>
      </w:pPr>
      <w:r>
        <w:t>（ ）</w:t>
      </w:r>
      <w:r>
        <w:rPr>
          <w:rFonts w:ascii="Consolas" w:hAnsi="Consolas"/>
          <w:sz w:val="20"/>
        </w:rPr>
        <w:t>System.IO</w:t>
      </w:r>
      <w:r>
        <w:t xml:space="preserve"> 命名空间包含了文件操作类。</w:t>
      </w:r>
    </w:p>
    <w:p>
      <w:pPr>
        <w:pStyle w:val="ListNumber"/>
      </w:pPr>
      <w:r>
        <w:t>（ ）字段的默认值中，</w:t>
      </w:r>
      <w:r>
        <w:rPr>
          <w:rFonts w:ascii="Consolas" w:hAnsi="Consolas"/>
          <w:sz w:val="20"/>
        </w:rPr>
        <w:t>int</w:t>
      </w:r>
      <w:r>
        <w:t xml:space="preserve"> 类型的默认值是 </w:t>
      </w:r>
      <w:r>
        <w:rPr>
          <w:rFonts w:ascii="Consolas" w:hAnsi="Consolas"/>
          <w:sz w:val="20"/>
        </w:rPr>
        <w:t>null</w:t>
      </w:r>
      <w:r>
        <w:t>。</w:t>
      </w:r>
    </w:p>
    <w:p>
      <w:pPr>
        <w:pStyle w:val="ListNumber"/>
      </w:pPr>
      <w:r>
        <w:t>（ ）</w:t>
      </w:r>
      <w:r>
        <w:rPr>
          <w:rFonts w:ascii="Consolas" w:hAnsi="Consolas"/>
          <w:sz w:val="20"/>
        </w:rPr>
        <w:t>string</w:t>
      </w:r>
      <w:r>
        <w:t xml:space="preserve"> 类型的默认值是 </w:t>
      </w:r>
      <w:r>
        <w:rPr>
          <w:rFonts w:ascii="Consolas" w:hAnsi="Consolas"/>
          <w:sz w:val="20"/>
        </w:rPr>
        <w:t>null</w:t>
      </w:r>
      <w:r>
        <w:t>。</w:t>
      </w:r>
    </w:p>
    <w:p>
      <w:r>
        <w:t>10. （ ）构造函数可以存在多个，参数列表不同，这称为构造函数重载。</w:t>
      </w:r>
    </w:p>
    <w:p>
      <w:r>
        <w:t>____________________________________________________________</w:t>
      </w:r>
    </w:p>
    <w:p>
      <w:pPr>
        <w:pStyle w:val="Heading2"/>
      </w:pPr>
      <w:r>
        <w:t xml:space="preserve"> 三、填空题（每空2分，共20分）</w:t>
      </w:r>
    </w:p>
    <w:p>
      <w:pPr>
        <w:pStyle w:val="ListNumber"/>
      </w:pPr>
      <w:r>
        <w:t xml:space="preserve">在 C# 中，访问类的成员使用 </w:t>
      </w:r>
      <w:r>
        <w:rPr>
          <w:b/>
        </w:rPr>
        <w:t>____</w:t>
      </w:r>
      <w:r>
        <w:t xml:space="preserve"> 运算符。</w:t>
      </w:r>
    </w:p>
    <w:p>
      <w:pPr>
        <w:pStyle w:val="ListNumber"/>
      </w:pPr>
      <w:r>
        <w:t xml:space="preserve">创建对象时需要使用 </w:t>
      </w:r>
      <w:r>
        <w:rPr>
          <w:b/>
        </w:rPr>
        <w:t>____</w:t>
      </w:r>
      <w:r>
        <w:t xml:space="preserve"> 操作符。</w:t>
      </w:r>
    </w:p>
    <w:p>
      <w:pPr>
        <w:pStyle w:val="ListNumber"/>
      </w:pPr>
      <w:r>
        <w:t xml:space="preserve">访问修饰符 </w:t>
      </w:r>
      <w:r>
        <w:rPr>
          <w:rFonts w:ascii="Consolas" w:hAnsi="Consolas"/>
          <w:sz w:val="20"/>
        </w:rPr>
        <w:t>protected</w:t>
      </w:r>
      <w:r>
        <w:t xml:space="preserve"> 修饰的成员可以在 </w:t>
      </w:r>
      <w:r>
        <w:rPr>
          <w:b/>
        </w:rPr>
        <w:t>____</w:t>
      </w:r>
      <w:r>
        <w:t xml:space="preserve"> 和 </w:t>
      </w:r>
      <w:r>
        <w:rPr>
          <w:b/>
        </w:rPr>
        <w:t>____</w:t>
      </w:r>
      <w:r>
        <w:t xml:space="preserve"> 中访问。</w:t>
      </w:r>
    </w:p>
    <w:p>
      <w:pPr>
        <w:pStyle w:val="ListNumber"/>
      </w:pPr>
      <w:r/>
      <w:r>
        <w:rPr>
          <w:rFonts w:ascii="Consolas" w:hAnsi="Consolas"/>
          <w:sz w:val="20"/>
        </w:rPr>
        <w:t>bool</w:t>
      </w:r>
      <w:r>
        <w:t xml:space="preserve"> 类型的字段默认值是 </w:t>
      </w:r>
      <w:r>
        <w:rPr>
          <w:b/>
        </w:rPr>
        <w:t>____</w:t>
      </w:r>
      <w:r>
        <w:t>。</w:t>
      </w:r>
    </w:p>
    <w:p>
      <w:pPr>
        <w:pStyle w:val="ListNumber"/>
      </w:pPr>
      <w:r>
        <w:t xml:space="preserve">构造函数满足三个条件：① 方法名与类名相同；② </w:t>
      </w:r>
      <w:r>
        <w:rPr>
          <w:b/>
        </w:rPr>
        <w:t>____</w:t>
      </w:r>
      <w:r>
        <w:t xml:space="preserve">；③ 方法体中不能使用 </w:t>
      </w:r>
      <w:r>
        <w:rPr>
          <w:rFonts w:ascii="Consolas" w:hAnsi="Consolas"/>
          <w:sz w:val="20"/>
        </w:rPr>
        <w:t>return</w:t>
      </w:r>
      <w:r>
        <w:t xml:space="preserve"> 语句返回值。</w:t>
      </w:r>
    </w:p>
    <w:p>
      <w:pPr>
        <w:pStyle w:val="ListNumber"/>
      </w:pPr>
      <w:r>
        <w:t xml:space="preserve">析构函数是在构造函数前面加一个 </w:t>
      </w:r>
      <w:r>
        <w:rPr>
          <w:b/>
        </w:rPr>
        <w:t>____</w:t>
      </w:r>
      <w:r>
        <w:t xml:space="preserve"> 符号。</w:t>
      </w:r>
    </w:p>
    <w:p>
      <w:pPr>
        <w:pStyle w:val="ListNumber"/>
      </w:pPr>
      <w:r>
        <w:t xml:space="preserve">文件操作类 </w:t>
      </w:r>
      <w:r>
        <w:rPr>
          <w:rFonts w:ascii="Consolas" w:hAnsi="Consolas"/>
          <w:sz w:val="20"/>
        </w:rPr>
        <w:t>FileStream</w:t>
      </w:r>
      <w:r>
        <w:t xml:space="preserve"> 位于 </w:t>
      </w:r>
      <w:r>
        <w:rPr>
          <w:b/>
        </w:rPr>
        <w:t>____</w:t>
      </w:r>
      <w:r>
        <w:t xml:space="preserve"> 命名空间下。</w:t>
      </w:r>
    </w:p>
    <w:p>
      <w:pPr>
        <w:pStyle w:val="ListNumber"/>
      </w:pPr>
      <w:r>
        <w:t xml:space="preserve">多态的两种实现方式是：① </w:t>
      </w:r>
      <w:r>
        <w:rPr>
          <w:b/>
        </w:rPr>
        <w:t>虚方法 + override</w:t>
      </w:r>
      <w:r>
        <w:t xml:space="preserve">；② </w:t>
      </w:r>
      <w:r>
        <w:rPr>
          <w:b/>
        </w:rPr>
        <w:t>____ + 重写</w:t>
      </w:r>
      <w:r>
        <w:t>。</w:t>
      </w:r>
    </w:p>
    <w:p>
      <w:pPr>
        <w:pStyle w:val="ListNumber"/>
      </w:pPr>
      <w:r>
        <w:t xml:space="preserve">方法重载的区别在于参数的 </w:t>
      </w:r>
      <w:r>
        <w:rPr>
          <w:b/>
        </w:rPr>
        <w:t>____</w:t>
      </w:r>
      <w:r>
        <w:t xml:space="preserve"> 不同或 </w:t>
      </w:r>
      <w:r>
        <w:rPr>
          <w:b/>
        </w:rPr>
        <w:t>____</w:t>
      </w:r>
      <w:r>
        <w:t xml:space="preserve"> 不同。</w:t>
      </w:r>
    </w:p>
    <w:p>
      <w:r>
        <w:t xml:space="preserve">10. 继承的语法是使用 </w:t>
      </w:r>
      <w:r>
        <w:rPr>
          <w:b/>
        </w:rPr>
        <w:t>____</w:t>
      </w:r>
      <w:r>
        <w:t xml:space="preserve"> 符号。</w:t>
      </w:r>
    </w:p>
    <w:p>
      <w:r>
        <w:t>____________________________________________________________</w:t>
      </w:r>
    </w:p>
    <w:p>
      <w:pPr>
        <w:pStyle w:val="Heading2"/>
      </w:pPr>
      <w:r>
        <w:t xml:space="preserve"> 四、程序改错题（每题5分，共10分）</w:t>
      </w:r>
    </w:p>
    <w:p>
      <w:pPr>
        <w:pStyle w:val="Heading3"/>
      </w:pPr>
      <w:r>
        <w:t xml:space="preserve"> 题目1：找出以下程序中的错误并改正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using System;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class Program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static void Main(string[] args)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int[] numbers = new int[]{1, 2, 3, 4, 5};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int sum;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for(int i = 0; i &lt;= numbers.Length; i++)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    sum = sum + numbers[i];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double average = sum / numbers.Length;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Console.WriteLine("平均值为：" + average);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p>
      <w:r>
        <w:t xml:space="preserve">&gt; 该程序有 </w:t>
      </w:r>
      <w:r>
        <w:rPr>
          <w:b/>
        </w:rPr>
        <w:t>3处错误</w:t>
      </w:r>
      <w:r>
        <w:t>，请找出并写出正确的代码。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错误位置</w:t>
            </w:r>
          </w:p>
        </w:tc>
        <w:tc>
          <w:tcPr>
            <w:tcW w:type="dxa" w:w="2880"/>
          </w:tcPr>
          <w:p>
            <w:r>
              <w:rPr>
                <w:b/>
              </w:rPr>
              <w:t>错误原因</w:t>
            </w:r>
          </w:p>
        </w:tc>
        <w:tc>
          <w:tcPr>
            <w:tcW w:type="dxa" w:w="2880"/>
          </w:tcPr>
          <w:p>
            <w:r>
              <w:rPr>
                <w:b/>
              </w:rPr>
              <w:t>改正后的代码</w:t>
            </w:r>
          </w:p>
        </w:tc>
      </w:tr>
    </w:tbl>
    <w:p>
      <w:r>
        <w:t>|---------|---------|-------------|</w:t>
      </w:r>
    </w:p>
    <w:p>
      <w:pPr>
        <w:pStyle w:val="Heading3"/>
      </w:pPr>
      <w:r>
        <w:t xml:space="preserve"> 题目2：找出以下程序中的错误并改正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using System;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class Shape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public virtual double GetArea()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return 0;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class Circle : Shape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public double GetArea()    // 重写方法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return 3.14 * radius * radius;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1</w:t>
            </w:r>
          </w:p>
        </w:tc>
        <w:tc>
          <w:tcPr>
            <w:tcW w:type="dxa" w:w="2880"/>
          </w:tcPr>
          <w:p>
            <w:r>
              <w:rPr>
                <w:b/>
              </w:rPr>
            </w:r>
          </w:p>
        </w:tc>
        <w:tc>
          <w:tcPr>
            <w:tcW w:type="dxa" w:w="2880"/>
          </w:tcPr>
          <w:p>
            <w:r>
              <w:rPr>
                <w:b/>
              </w:rPr>
            </w:r>
          </w:p>
        </w:tc>
      </w:tr>
      <w:tr>
        <w:tc>
          <w:tcPr>
            <w:tcW w:type="dxa" w:w="2880"/>
          </w:tcPr>
          <w:p>
            <w:r>
              <w:t>2</w:t>
            </w:r>
          </w:p>
        </w:tc>
        <w:tc>
          <w:tcPr>
            <w:tcW w:type="dxa" w:w="2880"/>
          </w:tcPr>
          <w:p>
            <w:r/>
          </w:p>
        </w:tc>
        <w:tc>
          <w:tcPr>
            <w:tcW w:type="dxa" w:w="2880"/>
          </w:tcPr>
          <w:p>
            <w:r/>
          </w:p>
        </w:tc>
      </w:tr>
      <w:tr>
        <w:tc>
          <w:tcPr>
            <w:tcW w:type="dxa" w:w="2880"/>
          </w:tcPr>
          <w:p>
            <w:r>
              <w:t>3</w:t>
            </w:r>
          </w:p>
        </w:tc>
        <w:tc>
          <w:tcPr>
            <w:tcW w:type="dxa" w:w="2880"/>
          </w:tcPr>
          <w:p>
            <w:r/>
          </w:p>
        </w:tc>
        <w:tc>
          <w:tcPr>
            <w:tcW w:type="dxa" w:w="2880"/>
          </w:tcPr>
          <w:p>
            <w:r/>
          </w:p>
        </w:tc>
      </w:tr>
    </w:tbl>
    <w:p>
      <w:r>
        <w:t xml:space="preserve">&gt; 该程序有 </w:t>
      </w:r>
      <w:r>
        <w:rPr>
          <w:b/>
        </w:rPr>
        <w:t>2处错误</w:t>
      </w:r>
      <w:r>
        <w:t>，请找出并写出正确的代码。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错误位置</w:t>
            </w:r>
          </w:p>
        </w:tc>
        <w:tc>
          <w:tcPr>
            <w:tcW w:type="dxa" w:w="2880"/>
          </w:tcPr>
          <w:p>
            <w:r>
              <w:rPr>
                <w:b/>
              </w:rPr>
              <w:t>错误原因</w:t>
            </w:r>
          </w:p>
        </w:tc>
        <w:tc>
          <w:tcPr>
            <w:tcW w:type="dxa" w:w="2880"/>
          </w:tcPr>
          <w:p>
            <w:r>
              <w:rPr>
                <w:b/>
              </w:rPr>
              <w:t>改正后的代码</w:t>
            </w:r>
          </w:p>
        </w:tc>
      </w:tr>
    </w:tbl>
    <w:p>
      <w:r>
        <w:t>|---------|---------|-------------|</w:t>
      </w:r>
    </w:p>
    <w:p>
      <w:r>
        <w:t>____________________________________________________________</w:t>
      </w:r>
    </w:p>
    <w:p>
      <w:pPr>
        <w:pStyle w:val="Heading2"/>
      </w:pPr>
      <w:r>
        <w:t xml:space="preserve"> 五、简答题（每题5分，共10分）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1</w:t>
            </w:r>
          </w:p>
        </w:tc>
        <w:tc>
          <w:tcPr>
            <w:tcW w:type="dxa" w:w="2880"/>
          </w:tcPr>
          <w:p>
            <w:r>
              <w:rPr>
                <w:b/>
              </w:rPr>
            </w:r>
          </w:p>
        </w:tc>
        <w:tc>
          <w:tcPr>
            <w:tcW w:type="dxa" w:w="2880"/>
          </w:tcPr>
          <w:p>
            <w:r>
              <w:rPr>
                <w:b/>
              </w:rPr>
            </w:r>
          </w:p>
        </w:tc>
      </w:tr>
      <w:tr>
        <w:tc>
          <w:tcPr>
            <w:tcW w:type="dxa" w:w="2880"/>
          </w:tcPr>
          <w:p>
            <w:r>
              <w:t>2</w:t>
            </w:r>
          </w:p>
        </w:tc>
        <w:tc>
          <w:tcPr>
            <w:tcW w:type="dxa" w:w="2880"/>
          </w:tcPr>
          <w:p>
            <w:r/>
          </w:p>
        </w:tc>
        <w:tc>
          <w:tcPr>
            <w:tcW w:type="dxa" w:w="2880"/>
          </w:tcPr>
          <w:p>
            <w:r/>
          </w:p>
        </w:tc>
      </w:tr>
    </w:tbl>
    <w:p>
      <w:r/>
      <w:r>
        <w:rPr>
          <w:b/>
        </w:rPr>
        <w:t>1. 简述构造函数需要满足的三个条件。</w:t>
      </w:r>
      <w:r/>
    </w:p>
    <w:p>
      <w:r/>
      <w:r>
        <w:rPr>
          <w:b/>
        </w:rPr>
        <w:t>2. 简述方法重载的定义以及它的判断规则。</w:t>
      </w:r>
      <w:r/>
    </w:p>
    <w:p>
      <w:r>
        <w:t>____________________________________________________________</w:t>
      </w:r>
    </w:p>
    <w:p>
      <w:pPr>
        <w:pStyle w:val="Heading2"/>
      </w:pPr>
      <w:r>
        <w:t xml:space="preserve"> 六、编程题（共30分）</w:t>
      </w:r>
    </w:p>
    <w:p>
      <w:pPr>
        <w:pStyle w:val="Heading3"/>
      </w:pPr>
      <w:r>
        <w:t xml:space="preserve"> 题目：计算图形面积</w:t>
      </w:r>
    </w:p>
    <w:p>
      <w:r>
        <w:t>请按照以下要求编写完整的 C# 控制台程序：</w:t>
      </w:r>
    </w:p>
    <w:p>
      <w:r/>
      <w:r>
        <w:rPr>
          <w:b/>
        </w:rPr>
        <w:t>要求：</w:t>
      </w:r>
      <w:r/>
    </w:p>
    <w:p>
      <w:pPr>
        <w:pStyle w:val="ListNumber"/>
      </w:pPr>
      <w:r>
        <w:t>创建一个抽象类（abstract class）</w:t>
      </w:r>
      <w:r>
        <w:rPr>
          <w:rFonts w:ascii="Consolas" w:hAnsi="Consolas"/>
          <w:sz w:val="20"/>
        </w:rPr>
        <w:t>Shape</w:t>
      </w:r>
      <w:r>
        <w:t>，包含：</w:t>
      </w:r>
    </w:p>
    <w:p>
      <w:pPr>
        <w:pStyle w:val="ListBullet"/>
      </w:pPr>
      <w:r>
        <w:t xml:space="preserve">一个 </w:t>
      </w:r>
      <w:r>
        <w:rPr>
          <w:rFonts w:ascii="Consolas" w:hAnsi="Consolas"/>
          <w:sz w:val="20"/>
        </w:rPr>
        <w:t>string</w:t>
      </w:r>
      <w:r>
        <w:t xml:space="preserve"> 类型的字段 </w:t>
      </w:r>
      <w:r>
        <w:rPr>
          <w:rFonts w:ascii="Consolas" w:hAnsi="Consolas"/>
          <w:sz w:val="20"/>
        </w:rPr>
        <w:t>name</w:t>
      </w:r>
      <w:r/>
    </w:p>
    <w:p>
      <w:pPr>
        <w:pStyle w:val="ListBullet"/>
      </w:pPr>
      <w:r>
        <w:t xml:space="preserve">一个抽象方法 </w:t>
      </w:r>
      <w:r>
        <w:rPr>
          <w:rFonts w:ascii="Consolas" w:hAnsi="Consolas"/>
          <w:sz w:val="20"/>
        </w:rPr>
        <w:t>GetArea()</w:t>
      </w:r>
      <w:r>
        <w:t xml:space="preserve">，返回类型为 </w:t>
      </w:r>
      <w:r>
        <w:rPr>
          <w:rFonts w:ascii="Consolas" w:hAnsi="Consolas"/>
          <w:sz w:val="20"/>
        </w:rPr>
        <w:t>double</w:t>
      </w:r>
      <w:r/>
    </w:p>
    <w:p>
      <w:pPr>
        <w:pStyle w:val="ListNumber"/>
      </w:pPr>
      <w:r>
        <w:t xml:space="preserve">创建一个类 </w:t>
      </w:r>
      <w:r>
        <w:rPr>
          <w:rFonts w:ascii="Consolas" w:hAnsi="Consolas"/>
          <w:sz w:val="20"/>
        </w:rPr>
        <w:t>Circle</w:t>
      </w:r>
      <w:r>
        <w:t xml:space="preserve">，继承自 </w:t>
      </w:r>
      <w:r>
        <w:rPr>
          <w:rFonts w:ascii="Consolas" w:hAnsi="Consolas"/>
          <w:sz w:val="20"/>
        </w:rPr>
        <w:t>Shape</w:t>
      </w:r>
      <w:r>
        <w:t>，包含：</w:t>
      </w:r>
    </w:p>
    <w:p>
      <w:pPr>
        <w:pStyle w:val="ListBullet"/>
      </w:pPr>
      <w:r>
        <w:t xml:space="preserve">一个 </w:t>
      </w:r>
      <w:r>
        <w:rPr>
          <w:rFonts w:ascii="Consolas" w:hAnsi="Consolas"/>
          <w:sz w:val="20"/>
        </w:rPr>
        <w:t>double</w:t>
      </w:r>
      <w:r>
        <w:t xml:space="preserve"> 类型的字段 </w:t>
      </w:r>
      <w:r>
        <w:rPr>
          <w:rFonts w:ascii="Consolas" w:hAnsi="Consolas"/>
          <w:sz w:val="20"/>
        </w:rPr>
        <w:t>radius</w:t>
      </w:r>
      <w:r/>
    </w:p>
    <w:p>
      <w:pPr>
        <w:pStyle w:val="ListBullet"/>
      </w:pPr>
      <w:r>
        <w:t xml:space="preserve">构造函数：接收一个 </w:t>
      </w:r>
      <w:r>
        <w:rPr>
          <w:rFonts w:ascii="Consolas" w:hAnsi="Consolas"/>
          <w:sz w:val="20"/>
        </w:rPr>
        <w:t>double</w:t>
      </w:r>
      <w:r>
        <w:t xml:space="preserve"> 参数 </w:t>
      </w:r>
      <w:r>
        <w:rPr>
          <w:rFonts w:ascii="Consolas" w:hAnsi="Consolas"/>
          <w:sz w:val="20"/>
        </w:rPr>
        <w:t>r</w:t>
      </w:r>
      <w:r>
        <w:t xml:space="preserve"> 赋值给 </w:t>
      </w:r>
      <w:r>
        <w:rPr>
          <w:rFonts w:ascii="Consolas" w:hAnsi="Consolas"/>
          <w:sz w:val="20"/>
        </w:rPr>
        <w:t>radius</w:t>
      </w:r>
      <w:r>
        <w:t xml:space="preserve">，并设置 </w:t>
      </w:r>
      <w:r>
        <w:rPr>
          <w:rFonts w:ascii="Consolas" w:hAnsi="Consolas"/>
          <w:sz w:val="20"/>
        </w:rPr>
        <w:t>name = "圆形"</w:t>
      </w:r>
      <w:r/>
    </w:p>
    <w:p>
      <w:pPr>
        <w:pStyle w:val="ListBullet"/>
      </w:pPr>
      <w:r>
        <w:t xml:space="preserve">重写 </w:t>
      </w:r>
      <w:r>
        <w:rPr>
          <w:rFonts w:ascii="Consolas" w:hAnsi="Consolas"/>
          <w:sz w:val="20"/>
        </w:rPr>
        <w:t>GetArea()</w:t>
      </w:r>
      <w:r>
        <w:t xml:space="preserve"> 方法，计算圆的面积（公式：π × r²）</w:t>
      </w:r>
    </w:p>
    <w:p>
      <w:pPr>
        <w:pStyle w:val="ListNumber"/>
      </w:pPr>
      <w:r>
        <w:t xml:space="preserve">创建一个类 </w:t>
      </w:r>
      <w:r>
        <w:rPr>
          <w:rFonts w:ascii="Consolas" w:hAnsi="Consolas"/>
          <w:sz w:val="20"/>
        </w:rPr>
        <w:t>Rectangle</w:t>
      </w:r>
      <w:r>
        <w:t xml:space="preserve">，继承自 </w:t>
      </w:r>
      <w:r>
        <w:rPr>
          <w:rFonts w:ascii="Consolas" w:hAnsi="Consolas"/>
          <w:sz w:val="20"/>
        </w:rPr>
        <w:t>Shape</w:t>
      </w:r>
      <w:r>
        <w:t>，包含：</w:t>
      </w:r>
    </w:p>
    <w:p>
      <w:pPr>
        <w:pStyle w:val="ListBullet"/>
      </w:pPr>
      <w:r>
        <w:t xml:space="preserve">两个 </w:t>
      </w:r>
      <w:r>
        <w:rPr>
          <w:rFonts w:ascii="Consolas" w:hAnsi="Consolas"/>
          <w:sz w:val="20"/>
        </w:rPr>
        <w:t>double</w:t>
      </w:r>
      <w:r>
        <w:t xml:space="preserve"> 类型的字段 </w:t>
      </w:r>
      <w:r>
        <w:rPr>
          <w:rFonts w:ascii="Consolas" w:hAnsi="Consolas"/>
          <w:sz w:val="20"/>
        </w:rPr>
        <w:t>width</w:t>
      </w:r>
      <w:r>
        <w:t xml:space="preserve"> 和 </w:t>
      </w:r>
      <w:r>
        <w:rPr>
          <w:rFonts w:ascii="Consolas" w:hAnsi="Consolas"/>
          <w:sz w:val="20"/>
        </w:rPr>
        <w:t>height</w:t>
      </w:r>
      <w:r/>
    </w:p>
    <w:p>
      <w:pPr>
        <w:pStyle w:val="ListBullet"/>
      </w:pPr>
      <w:r>
        <w:t xml:space="preserve">构造函数：接收两个 </w:t>
      </w:r>
      <w:r>
        <w:rPr>
          <w:rFonts w:ascii="Consolas" w:hAnsi="Consolas"/>
          <w:sz w:val="20"/>
        </w:rPr>
        <w:t>double</w:t>
      </w:r>
      <w:r>
        <w:t xml:space="preserve"> 参数赋值给 </w:t>
      </w:r>
      <w:r>
        <w:rPr>
          <w:rFonts w:ascii="Consolas" w:hAnsi="Consolas"/>
          <w:sz w:val="20"/>
        </w:rPr>
        <w:t>width</w:t>
      </w:r>
      <w:r>
        <w:t xml:space="preserve"> 和 </w:t>
      </w:r>
      <w:r>
        <w:rPr>
          <w:rFonts w:ascii="Consolas" w:hAnsi="Consolas"/>
          <w:sz w:val="20"/>
        </w:rPr>
        <w:t>height</w:t>
      </w:r>
      <w:r>
        <w:t xml:space="preserve">，并设置 </w:t>
      </w:r>
      <w:r>
        <w:rPr>
          <w:rFonts w:ascii="Consolas" w:hAnsi="Consolas"/>
          <w:sz w:val="20"/>
        </w:rPr>
        <w:t>name = "矩形"</w:t>
      </w:r>
      <w:r/>
    </w:p>
    <w:p>
      <w:pPr>
        <w:pStyle w:val="ListBullet"/>
      </w:pPr>
      <w:r>
        <w:t xml:space="preserve">重写 </w:t>
      </w:r>
      <w:r>
        <w:rPr>
          <w:rFonts w:ascii="Consolas" w:hAnsi="Consolas"/>
          <w:sz w:val="20"/>
        </w:rPr>
        <w:t>GetArea()</w:t>
      </w:r>
      <w:r>
        <w:t xml:space="preserve"> 方法，计算矩形的面积（公式：width × height）</w:t>
      </w:r>
    </w:p>
    <w:p>
      <w:pPr>
        <w:pStyle w:val="ListNumber"/>
      </w:pPr>
      <w:r>
        <w:t xml:space="preserve">在 </w:t>
      </w:r>
      <w:r>
        <w:rPr>
          <w:rFonts w:ascii="Consolas" w:hAnsi="Consolas"/>
          <w:sz w:val="20"/>
        </w:rPr>
        <w:t>Main()</w:t>
      </w:r>
      <w:r>
        <w:t xml:space="preserve"> 方法中：</w:t>
      </w:r>
    </w:p>
    <w:p>
      <w:pPr>
        <w:pStyle w:val="ListBullet"/>
      </w:pPr>
      <w:r>
        <w:t xml:space="preserve">创建 </w:t>
      </w:r>
      <w:r>
        <w:rPr>
          <w:rFonts w:ascii="Consolas" w:hAnsi="Consolas"/>
          <w:sz w:val="20"/>
        </w:rPr>
        <w:t>Circle</w:t>
      </w:r>
      <w:r>
        <w:t xml:space="preserve"> 对象（半径为 5.0）</w:t>
      </w:r>
    </w:p>
    <w:p>
      <w:pPr>
        <w:pStyle w:val="ListBullet"/>
      </w:pPr>
      <w:r>
        <w:t xml:space="preserve">创建 </w:t>
      </w:r>
      <w:r>
        <w:rPr>
          <w:rFonts w:ascii="Consolas" w:hAnsi="Consolas"/>
          <w:sz w:val="20"/>
        </w:rPr>
        <w:t>Rectangle</w:t>
      </w:r>
      <w:r>
        <w:t xml:space="preserve"> 对象（宽 4.0，高 6.0）</w:t>
      </w:r>
    </w:p>
    <w:p>
      <w:pPr>
        <w:pStyle w:val="ListBullet"/>
      </w:pPr>
      <w:r>
        <w:t>分别输出它们的面积</w:t>
      </w:r>
    </w:p>
    <w:p>
      <w:pPr>
        <w:pStyle w:val="ListBullet"/>
      </w:pPr>
      <w:r>
        <w:t>要求输出格式为：</w:t>
      </w:r>
      <w:r>
        <w:rPr>
          <w:rFonts w:ascii="Consolas" w:hAnsi="Consolas"/>
          <w:sz w:val="20"/>
        </w:rPr>
        <w:t>[图形名称]的面积是：[面积值]</w:t>
      </w:r>
      <w:r/>
    </w:p>
    <w:p>
      <w:r>
        <w:t xml:space="preserve">&gt; 提示：可以使用 </w:t>
      </w:r>
      <w:r>
        <w:rPr>
          <w:rFonts w:ascii="Consolas" w:hAnsi="Consolas"/>
          <w:sz w:val="20"/>
        </w:rPr>
        <w:t>Math.PI</w:t>
      </w:r>
      <w:r>
        <w:t xml:space="preserve"> 表示圆周率。</w:t>
      </w:r>
    </w:p>
    <w:p>
      <w:r/>
      <w:r>
        <w:rPr>
          <w:b/>
        </w:rPr>
        <w:t>参考代码框架（请补全）：</w:t>
      </w:r>
      <w:r/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using System;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// 抽象类 Shape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// Circle 类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// Rectangle 类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class Program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static void Main(string[] args)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p>
      <w:r>
        <w:t>____________________________________________________________</w:t>
      </w:r>
    </w:p>
    <w:p>
      <w:pPr>
        <w:pStyle w:val="Heading2"/>
      </w:pPr>
      <w:r>
        <w:t xml:space="preserve"> 📖 参考答案</w:t>
      </w:r>
    </w:p>
    <w:p>
      <w:r>
        <w:t>____________________________________________________________</w:t>
      </w:r>
    </w:p>
    <w:p>
      <w:pPr>
        <w:pStyle w:val="Heading3"/>
      </w:pPr>
      <w:r>
        <w:t xml:space="preserve"> 一、选择题答案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题号</w:t>
            </w:r>
          </w:p>
        </w:tc>
        <w:tc>
          <w:tcPr>
            <w:tcW w:type="dxa" w:w="2880"/>
          </w:tcPr>
          <w:p>
            <w:r>
              <w:rPr>
                <w:b/>
              </w:rPr>
              <w:t>答案</w:t>
            </w:r>
          </w:p>
        </w:tc>
        <w:tc>
          <w:tcPr>
            <w:tcW w:type="dxa" w:w="2880"/>
          </w:tcPr>
          <w:p>
            <w:r>
              <w:rPr>
                <w:b/>
              </w:rPr>
              <w:t>解析</w:t>
            </w:r>
          </w:p>
        </w:tc>
      </w:tr>
    </w:tbl>
    <w:p>
      <w:r>
        <w:t>|-----|------|------|</w:t>
      </w:r>
    </w:p>
    <w:p>
      <w:pPr>
        <w:pStyle w:val="Heading3"/>
      </w:pPr>
      <w:r>
        <w:t xml:space="preserve"> 二、判断题答案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1</w:t>
            </w:r>
          </w:p>
        </w:tc>
        <w:tc>
          <w:tcPr>
            <w:tcW w:type="dxa" w:w="2880"/>
          </w:tcPr>
          <w:p>
            <w:r>
              <w:rPr>
                <w:b/>
              </w:rPr>
              <w:t>**B**</w:t>
            </w:r>
          </w:p>
        </w:tc>
        <w:tc>
          <w:tcPr>
            <w:tcW w:type="dxa" w:w="2880"/>
          </w:tcPr>
          <w:p>
            <w:r>
              <w:rPr>
                <w:b/>
              </w:rPr>
              <w:t>`private` 仅本类可访问，范围最小</w:t>
            </w:r>
          </w:p>
        </w:tc>
      </w:tr>
      <w:tr>
        <w:tc>
          <w:tcPr>
            <w:tcW w:type="dxa" w:w="2880"/>
          </w:tcPr>
          <w:p>
            <w:r>
              <w:t>2</w:t>
            </w:r>
          </w:p>
        </w:tc>
        <w:tc>
          <w:tcPr>
            <w:tcW w:type="dxa" w:w="2880"/>
          </w:tcPr>
          <w:p>
            <w:r>
              <w:t>**C**</w:t>
            </w:r>
          </w:p>
        </w:tc>
        <w:tc>
          <w:tcPr>
            <w:tcW w:type="dxa" w:w="2880"/>
          </w:tcPr>
          <w:p>
            <w:r>
              <w:t>构造函数：方法名与类名相同，无返回类型，不能使用 return</w:t>
            </w:r>
          </w:p>
        </w:tc>
      </w:tr>
      <w:tr>
        <w:tc>
          <w:tcPr>
            <w:tcW w:type="dxa" w:w="2880"/>
          </w:tcPr>
          <w:p>
            <w:r>
              <w:t>3</w:t>
            </w:r>
          </w:p>
        </w:tc>
        <w:tc>
          <w:tcPr>
            <w:tcW w:type="dxa" w:w="2880"/>
          </w:tcPr>
          <w:p>
            <w:r>
              <w:t>**A、B、D**</w:t>
            </w:r>
          </w:p>
        </w:tc>
        <w:tc>
          <w:tcPr>
            <w:tcW w:type="dxa" w:w="2880"/>
          </w:tcPr>
          <w:p>
            <w:r>
              <w:t>返回类型不同不能作为重载条件</w:t>
            </w:r>
          </w:p>
        </w:tc>
      </w:tr>
      <w:tr>
        <w:tc>
          <w:tcPr>
            <w:tcW w:type="dxa" w:w="2880"/>
          </w:tcPr>
          <w:p>
            <w:r>
              <w:t>4</w:t>
            </w:r>
          </w:p>
        </w:tc>
        <w:tc>
          <w:tcPr>
            <w:tcW w:type="dxa" w:w="2880"/>
          </w:tcPr>
          <w:p>
            <w:r>
              <w:t>**B**</w:t>
            </w:r>
          </w:p>
        </w:tc>
        <w:tc>
          <w:tcPr>
            <w:tcW w:type="dxa" w:w="2880"/>
          </w:tcPr>
          <w:p>
            <w:r>
              <w:t>静态方法不能被重写</w:t>
            </w:r>
          </w:p>
        </w:tc>
      </w:tr>
      <w:tr>
        <w:tc>
          <w:tcPr>
            <w:tcW w:type="dxa" w:w="2880"/>
          </w:tcPr>
          <w:p>
            <w:r>
              <w:t>5</w:t>
            </w:r>
          </w:p>
        </w:tc>
        <w:tc>
          <w:tcPr>
            <w:tcW w:type="dxa" w:w="2880"/>
          </w:tcPr>
          <w:p>
            <w:r>
              <w:t>**B**</w:t>
            </w:r>
          </w:p>
        </w:tc>
        <w:tc>
          <w:tcPr>
            <w:tcW w:type="dxa" w:w="2880"/>
          </w:tcPr>
          <w:p>
            <w:r>
              <w:t>多态必须基于继承关系</w:t>
            </w:r>
          </w:p>
        </w:tc>
      </w:tr>
      <w:tr>
        <w:tc>
          <w:tcPr>
            <w:tcW w:type="dxa" w:w="2880"/>
          </w:tcPr>
          <w:p>
            <w:r>
              <w:t>6</w:t>
            </w:r>
          </w:p>
        </w:tc>
        <w:tc>
          <w:tcPr>
            <w:tcW w:type="dxa" w:w="2880"/>
          </w:tcPr>
          <w:p>
            <w:r>
              <w:t>**B**</w:t>
            </w:r>
          </w:p>
        </w:tc>
        <w:tc>
          <w:tcPr>
            <w:tcW w:type="dxa" w:w="2880"/>
          </w:tcPr>
          <w:p>
            <w:r>
              <w:t>属性通过 get/set 控制读写</w:t>
            </w:r>
          </w:p>
        </w:tc>
      </w:tr>
      <w:tr>
        <w:tc>
          <w:tcPr>
            <w:tcW w:type="dxa" w:w="2880"/>
          </w:tcPr>
          <w:p>
            <w:r>
              <w:t>7</w:t>
            </w:r>
          </w:p>
        </w:tc>
        <w:tc>
          <w:tcPr>
            <w:tcW w:type="dxa" w:w="2880"/>
          </w:tcPr>
          <w:p>
            <w:r>
              <w:t>**C**</w:t>
            </w:r>
          </w:p>
        </w:tc>
        <w:tc>
          <w:tcPr>
            <w:tcW w:type="dxa" w:w="2880"/>
          </w:tcPr>
          <w:p>
            <w:r>
              <w:t>`System.IO` 包含文件操作类</w:t>
            </w:r>
          </w:p>
        </w:tc>
      </w:tr>
      <w:tr>
        <w:tc>
          <w:tcPr>
            <w:tcW w:type="dxa" w:w="2880"/>
          </w:tcPr>
          <w:p>
            <w:r>
              <w:t>8</w:t>
            </w:r>
          </w:p>
        </w:tc>
        <w:tc>
          <w:tcPr>
            <w:tcW w:type="dxa" w:w="2880"/>
          </w:tcPr>
          <w:p>
            <w:r>
              <w:t>**B**</w:t>
            </w:r>
          </w:p>
        </w:tc>
        <w:tc>
          <w:tcPr>
            <w:tcW w:type="dxa" w:w="2880"/>
          </w:tcPr>
          <w:p>
            <w:r>
              <w:t>int/int 结果为 int，5/2=2（整数除法）</w:t>
            </w:r>
          </w:p>
        </w:tc>
      </w:tr>
      <w:tr>
        <w:tc>
          <w:tcPr>
            <w:tcW w:type="dxa" w:w="2880"/>
          </w:tcPr>
          <w:p>
            <w:r>
              <w:t>9</w:t>
            </w:r>
          </w:p>
        </w:tc>
        <w:tc>
          <w:tcPr>
            <w:tcW w:type="dxa" w:w="2880"/>
          </w:tcPr>
          <w:p>
            <w:r>
              <w:t>**C**</w:t>
            </w:r>
          </w:p>
        </w:tc>
        <w:tc>
          <w:tcPr>
            <w:tcW w:type="dxa" w:w="2880"/>
          </w:tcPr>
          <w:p>
            <w:r>
              <w:t>析构函数自动调用，用于释放资源</w:t>
            </w:r>
          </w:p>
        </w:tc>
      </w:tr>
      <w:tr>
        <w:tc>
          <w:tcPr>
            <w:tcW w:type="dxa" w:w="2880"/>
          </w:tcPr>
          <w:p>
            <w:r>
              <w:t>10</w:t>
            </w:r>
          </w:p>
        </w:tc>
        <w:tc>
          <w:tcPr>
            <w:tcW w:type="dxa" w:w="2880"/>
          </w:tcPr>
          <w:p>
            <w:r>
              <w:t>**B**</w:t>
            </w:r>
          </w:p>
        </w:tc>
        <w:tc>
          <w:tcPr>
            <w:tcW w:type="dxa" w:w="2880"/>
          </w:tcPr>
          <w:p>
            <w:r>
              <w:t>`类名 对象名 = new 构造函数();`</w:t>
            </w:r>
          </w:p>
        </w:tc>
      </w:tr>
      <w:tr>
        <w:tc>
          <w:tcPr>
            <w:tcW w:type="dxa" w:w="2880"/>
          </w:tcPr>
          <w:p>
            <w:r>
              <w:t>题号</w:t>
            </w:r>
          </w:p>
        </w:tc>
        <w:tc>
          <w:tcPr>
            <w:tcW w:type="dxa" w:w="2880"/>
          </w:tcPr>
          <w:p>
            <w:r>
              <w:t>答案</w:t>
            </w:r>
          </w:p>
        </w:tc>
        <w:tc>
          <w:tcPr>
            <w:tcW w:type="dxa" w:w="2880"/>
          </w:tcPr>
          <w:p/>
        </w:tc>
      </w:tr>
    </w:tbl>
    <w:p>
      <w:r>
        <w:t>|-----|------|</w:t>
      </w:r>
    </w:p>
    <w:p>
      <w:pPr>
        <w:pStyle w:val="Heading3"/>
      </w:pPr>
      <w:r>
        <w:t xml:space="preserve"> 三、填空题答案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1</w:t>
            </w:r>
          </w:p>
        </w:tc>
        <w:tc>
          <w:tcPr>
            <w:tcW w:type="dxa" w:w="4320"/>
          </w:tcPr>
          <w:p>
            <w:r>
              <w:rPr>
                <w:b/>
              </w:rPr>
              <w:t>✔</w:t>
            </w:r>
          </w:p>
        </w:tc>
      </w:tr>
      <w:tr>
        <w:tc>
          <w:tcPr>
            <w:tcW w:type="dxa" w:w="4320"/>
          </w:tcPr>
          <w:p>
            <w:r>
              <w:t>2</w:t>
            </w:r>
          </w:p>
        </w:tc>
        <w:tc>
          <w:tcPr>
            <w:tcW w:type="dxa" w:w="4320"/>
          </w:tcPr>
          <w:p>
            <w:r>
              <w:t>✘（public 所有类均可访问）</w:t>
            </w:r>
          </w:p>
        </w:tc>
      </w:tr>
      <w:tr>
        <w:tc>
          <w:tcPr>
            <w:tcW w:type="dxa" w:w="4320"/>
          </w:tcPr>
          <w:p>
            <w:r>
              <w:t>3</w:t>
            </w:r>
          </w:p>
        </w:tc>
        <w:tc>
          <w:tcPr>
            <w:tcW w:type="dxa" w:w="4320"/>
          </w:tcPr>
          <w:p>
            <w:r>
              <w:t>✔</w:t>
            </w:r>
          </w:p>
        </w:tc>
      </w:tr>
      <w:tr>
        <w:tc>
          <w:tcPr>
            <w:tcW w:type="dxa" w:w="4320"/>
          </w:tcPr>
          <w:p>
            <w:r>
              <w:t>4</w:t>
            </w:r>
          </w:p>
        </w:tc>
        <w:tc>
          <w:tcPr>
            <w:tcW w:type="dxa" w:w="4320"/>
          </w:tcPr>
          <w:p>
            <w:r>
              <w:t>✘（抽象方法没有方法体）</w:t>
            </w:r>
          </w:p>
        </w:tc>
      </w:tr>
      <w:tr>
        <w:tc>
          <w:tcPr>
            <w:tcW w:type="dxa" w:w="4320"/>
          </w:tcPr>
          <w:p>
            <w:r>
              <w:t>5</w:t>
            </w:r>
          </w:p>
        </w:tc>
        <w:tc>
          <w:tcPr>
            <w:tcW w:type="dxa" w:w="4320"/>
          </w:tcPr>
          <w:p>
            <w:r>
              <w:t>✘（静态方法不能被重写）</w:t>
            </w:r>
          </w:p>
        </w:tc>
      </w:tr>
      <w:tr>
        <w:tc>
          <w:tcPr>
            <w:tcW w:type="dxa" w:w="4320"/>
          </w:tcPr>
          <w:p>
            <w:r>
              <w:t>6</w:t>
            </w:r>
          </w:p>
        </w:tc>
        <w:tc>
          <w:tcPr>
            <w:tcW w:type="dxa" w:w="4320"/>
          </w:tcPr>
          <w:p>
            <w:r>
              <w:t>✔</w:t>
            </w:r>
          </w:p>
        </w:tc>
      </w:tr>
      <w:tr>
        <w:tc>
          <w:tcPr>
            <w:tcW w:type="dxa" w:w="4320"/>
          </w:tcPr>
          <w:p>
            <w:r>
              <w:t>7</w:t>
            </w:r>
          </w:p>
        </w:tc>
        <w:tc>
          <w:tcPr>
            <w:tcW w:type="dxa" w:w="4320"/>
          </w:tcPr>
          <w:p>
            <w:r>
              <w:t>✔</w:t>
            </w:r>
          </w:p>
        </w:tc>
      </w:tr>
      <w:tr>
        <w:tc>
          <w:tcPr>
            <w:tcW w:type="dxa" w:w="4320"/>
          </w:tcPr>
          <w:p>
            <w:r>
              <w:t>8</w:t>
            </w:r>
          </w:p>
        </w:tc>
        <w:tc>
          <w:tcPr>
            <w:tcW w:type="dxa" w:w="4320"/>
          </w:tcPr>
          <w:p>
            <w:r>
              <w:t>✘（int 默认值为 0）</w:t>
            </w:r>
          </w:p>
        </w:tc>
      </w:tr>
      <w:tr>
        <w:tc>
          <w:tcPr>
            <w:tcW w:type="dxa" w:w="4320"/>
          </w:tcPr>
          <w:p>
            <w:r>
              <w:t>9</w:t>
            </w:r>
          </w:p>
        </w:tc>
        <w:tc>
          <w:tcPr>
            <w:tcW w:type="dxa" w:w="4320"/>
          </w:tcPr>
          <w:p>
            <w:r>
              <w:t>✔</w:t>
            </w:r>
          </w:p>
        </w:tc>
      </w:tr>
      <w:tr>
        <w:tc>
          <w:tcPr>
            <w:tcW w:type="dxa" w:w="4320"/>
          </w:tcPr>
          <w:p>
            <w:r>
              <w:t>10</w:t>
            </w:r>
          </w:p>
        </w:tc>
        <w:tc>
          <w:tcPr>
            <w:tcW w:type="dxa" w:w="4320"/>
          </w:tcPr>
          <w:p>
            <w:r>
              <w:t>✔</w:t>
            </w:r>
          </w:p>
        </w:tc>
      </w:tr>
      <w:tr>
        <w:tc>
          <w:tcPr>
            <w:tcW w:type="dxa" w:w="4320"/>
          </w:tcPr>
          <w:p>
            <w:r>
              <w:t>题号</w:t>
            </w:r>
          </w:p>
        </w:tc>
        <w:tc>
          <w:tcPr>
            <w:tcW w:type="dxa" w:w="4320"/>
          </w:tcPr>
          <w:p>
            <w:r>
              <w:t>答案</w:t>
            </w:r>
          </w:p>
        </w:tc>
      </w:tr>
    </w:tbl>
    <w:p>
      <w:r>
        <w:t>|-----|------|</w:t>
      </w:r>
    </w:p>
    <w:p>
      <w:pPr>
        <w:pStyle w:val="Heading3"/>
      </w:pPr>
      <w:r>
        <w:t xml:space="preserve"> 四、程序改错题答案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1</w:t>
            </w:r>
          </w:p>
        </w:tc>
        <w:tc>
          <w:tcPr>
            <w:tcW w:type="dxa" w:w="4320"/>
          </w:tcPr>
          <w:p>
            <w:r>
              <w:rPr>
                <w:b/>
              </w:rPr>
              <w:t>`.`（点）</w:t>
            </w:r>
          </w:p>
        </w:tc>
      </w:tr>
      <w:tr>
        <w:tc>
          <w:tcPr>
            <w:tcW w:type="dxa" w:w="4320"/>
          </w:tcPr>
          <w:p>
            <w:r>
              <w:t>2</w:t>
            </w:r>
          </w:p>
        </w:tc>
        <w:tc>
          <w:tcPr>
            <w:tcW w:type="dxa" w:w="4320"/>
          </w:tcPr>
          <w:p>
            <w:r>
              <w:t>`new`</w:t>
            </w:r>
          </w:p>
        </w:tc>
      </w:tr>
      <w:tr>
        <w:tc>
          <w:tcPr>
            <w:tcW w:type="dxa" w:w="4320"/>
          </w:tcPr>
          <w:p>
            <w:r>
              <w:t>3</w:t>
            </w:r>
          </w:p>
        </w:tc>
        <w:tc>
          <w:tcPr>
            <w:tcW w:type="dxa" w:w="4320"/>
          </w:tcPr>
          <w:p>
            <w:r>
              <w:t>本类、子类</w:t>
            </w:r>
          </w:p>
        </w:tc>
      </w:tr>
      <w:tr>
        <w:tc>
          <w:tcPr>
            <w:tcW w:type="dxa" w:w="4320"/>
          </w:tcPr>
          <w:p>
            <w:r>
              <w:t>4</w:t>
            </w:r>
          </w:p>
        </w:tc>
        <w:tc>
          <w:tcPr>
            <w:tcW w:type="dxa" w:w="4320"/>
          </w:tcPr>
          <w:p>
            <w:r>
              <w:t>`false`</w:t>
            </w:r>
          </w:p>
        </w:tc>
      </w:tr>
      <w:tr>
        <w:tc>
          <w:tcPr>
            <w:tcW w:type="dxa" w:w="4320"/>
          </w:tcPr>
          <w:p>
            <w:r>
              <w:t>5</w:t>
            </w:r>
          </w:p>
        </w:tc>
        <w:tc>
          <w:tcPr>
            <w:tcW w:type="dxa" w:w="4320"/>
          </w:tcPr>
          <w:p>
            <w:r>
              <w:t>方法名前没有返回值声明（连 void 都没有）</w:t>
            </w:r>
          </w:p>
        </w:tc>
      </w:tr>
      <w:tr>
        <w:tc>
          <w:tcPr>
            <w:tcW w:type="dxa" w:w="4320"/>
          </w:tcPr>
          <w:p>
            <w:r>
              <w:t>6</w:t>
            </w:r>
          </w:p>
        </w:tc>
        <w:tc>
          <w:tcPr>
            <w:tcW w:type="dxa" w:w="4320"/>
          </w:tcPr>
          <w:p>
            <w:r>
              <w:t>`~`（波浪线）</w:t>
            </w:r>
          </w:p>
        </w:tc>
      </w:tr>
      <w:tr>
        <w:tc>
          <w:tcPr>
            <w:tcW w:type="dxa" w:w="4320"/>
          </w:tcPr>
          <w:p>
            <w:r>
              <w:t>7</w:t>
            </w:r>
          </w:p>
        </w:tc>
        <w:tc>
          <w:tcPr>
            <w:tcW w:type="dxa" w:w="4320"/>
          </w:tcPr>
          <w:p>
            <w:r>
              <w:t>`System.IO`</w:t>
            </w:r>
          </w:p>
        </w:tc>
      </w:tr>
      <w:tr>
        <w:tc>
          <w:tcPr>
            <w:tcW w:type="dxa" w:w="4320"/>
          </w:tcPr>
          <w:p>
            <w:r>
              <w:t>8</w:t>
            </w:r>
          </w:p>
        </w:tc>
        <w:tc>
          <w:tcPr>
            <w:tcW w:type="dxa" w:w="4320"/>
          </w:tcPr>
          <w:p>
            <w:r>
              <w:t>抽象类 + 抽象方法</w:t>
            </w:r>
          </w:p>
        </w:tc>
      </w:tr>
      <w:tr>
        <w:tc>
          <w:tcPr>
            <w:tcW w:type="dxa" w:w="4320"/>
          </w:tcPr>
          <w:p>
            <w:r>
              <w:t>9</w:t>
            </w:r>
          </w:p>
        </w:tc>
        <w:tc>
          <w:tcPr>
            <w:tcW w:type="dxa" w:w="4320"/>
          </w:tcPr>
          <w:p>
            <w:r>
              <w:t>个数、类型</w:t>
            </w:r>
          </w:p>
        </w:tc>
      </w:tr>
      <w:tr>
        <w:tc>
          <w:tcPr>
            <w:tcW w:type="dxa" w:w="4320"/>
          </w:tcPr>
          <w:p>
            <w:r>
              <w:t>10</w:t>
            </w:r>
          </w:p>
        </w:tc>
        <w:tc>
          <w:tcPr>
            <w:tcW w:type="dxa" w:w="4320"/>
          </w:tcPr>
          <w:p>
            <w:r>
              <w:t>`:`（冒号）</w:t>
            </w:r>
          </w:p>
        </w:tc>
      </w:tr>
    </w:tbl>
    <w:p>
      <w:r/>
      <w:r>
        <w:rPr>
          <w:b/>
        </w:rPr>
        <w:t>题目1：</w:t>
      </w:r>
      <w:r/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错误位置</w:t>
            </w:r>
          </w:p>
        </w:tc>
        <w:tc>
          <w:tcPr>
            <w:tcW w:type="dxa" w:w="2880"/>
          </w:tcPr>
          <w:p>
            <w:r>
              <w:rPr>
                <w:b/>
              </w:rPr>
              <w:t>错误原因</w:t>
            </w:r>
          </w:p>
        </w:tc>
        <w:tc>
          <w:tcPr>
            <w:tcW w:type="dxa" w:w="2880"/>
          </w:tcPr>
          <w:p>
            <w:r>
              <w:rPr>
                <w:b/>
              </w:rPr>
              <w:t>改正后的代码</w:t>
            </w:r>
          </w:p>
        </w:tc>
      </w:tr>
    </w:tbl>
    <w:p>
      <w:r>
        <w:t>|---------|---------|-------------|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`int sum;`</w:t>
            </w:r>
          </w:p>
        </w:tc>
        <w:tc>
          <w:tcPr>
            <w:tcW w:type="dxa" w:w="2880"/>
          </w:tcPr>
          <w:p>
            <w:r>
              <w:rPr>
                <w:b/>
              </w:rPr>
              <w:t>sum 未赋初值</w:t>
            </w:r>
          </w:p>
        </w:tc>
        <w:tc>
          <w:tcPr>
            <w:tcW w:type="dxa" w:w="2880"/>
          </w:tcPr>
          <w:p>
            <w:r>
              <w:rPr>
                <w:b/>
              </w:rPr>
              <w:t>`int sum = 0;`</w:t>
            </w:r>
          </w:p>
        </w:tc>
      </w:tr>
      <w:tr>
        <w:tc>
          <w:tcPr>
            <w:tcW w:type="dxa" w:w="2880"/>
          </w:tcPr>
          <w:p>
            <w:r>
              <w:t>`i &lt;= numbers.Length`</w:t>
            </w:r>
          </w:p>
        </w:tc>
        <w:tc>
          <w:tcPr>
            <w:tcW w:type="dxa" w:w="2880"/>
          </w:tcPr>
          <w:p>
            <w:r>
              <w:t>数组越界</w:t>
            </w:r>
          </w:p>
        </w:tc>
        <w:tc>
          <w:tcPr>
            <w:tcW w:type="dxa" w:w="2880"/>
          </w:tcPr>
          <w:p>
            <w:r>
              <w:t>`i &lt; numbers.Length`</w:t>
            </w:r>
          </w:p>
        </w:tc>
      </w:tr>
      <w:tr>
        <w:tc>
          <w:tcPr>
            <w:tcW w:type="dxa" w:w="2880"/>
          </w:tcPr>
          <w:p>
            <w:r>
              <w:t>`sum / numbers.Length`</w:t>
            </w:r>
          </w:p>
        </w:tc>
        <w:tc>
          <w:tcPr>
            <w:tcW w:type="dxa" w:w="2880"/>
          </w:tcPr>
          <w:p>
            <w:r>
              <w:t>int/int 无法得到 double</w:t>
            </w:r>
          </w:p>
        </w:tc>
        <w:tc>
          <w:tcPr>
            <w:tcW w:type="dxa" w:w="2880"/>
          </w:tcPr>
          <w:p>
            <w:r>
              <w:t>`(double)sum / numbers.Length`</w:t>
            </w:r>
          </w:p>
        </w:tc>
      </w:tr>
    </w:tbl>
    <w:p>
      <w:r/>
      <w:r>
        <w:rPr>
          <w:b/>
        </w:rPr>
        <w:t>完整改正后的程序：</w:t>
      </w:r>
      <w:r/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using System;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class Program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static void Main(string[] args)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int[] numbers = new int[]{1, 2, 3, 4, 5};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int sum = 0;                         // 修正1：初始化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for(int i = 0; i &lt; numbers.Length; i++)  // 修正2：&lt; 而不是 &lt;=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    sum = sum + numbers[i];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double average = (double)sum / numbers.Length;  // 修正3：类型转换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Console.WriteLine("平均值为：" + average);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p>
      <w:r/>
      <w:r>
        <w:rPr>
          <w:b/>
        </w:rPr>
        <w:t>题目2：</w:t>
      </w:r>
      <w:r/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错误位置</w:t>
            </w:r>
          </w:p>
        </w:tc>
        <w:tc>
          <w:tcPr>
            <w:tcW w:type="dxa" w:w="2880"/>
          </w:tcPr>
          <w:p>
            <w:r>
              <w:rPr>
                <w:b/>
              </w:rPr>
              <w:t>错误原因</w:t>
            </w:r>
          </w:p>
        </w:tc>
        <w:tc>
          <w:tcPr>
            <w:tcW w:type="dxa" w:w="2880"/>
          </w:tcPr>
          <w:p>
            <w:r>
              <w:rPr>
                <w:b/>
              </w:rPr>
              <w:t>改正后的代码</w:t>
            </w:r>
          </w:p>
        </w:tc>
      </w:tr>
    </w:tbl>
    <w:p>
      <w:r>
        <w:t>|---------|---------|-------------|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`Circle` 类的 `GetArea()`</w:t>
            </w:r>
          </w:p>
        </w:tc>
        <w:tc>
          <w:tcPr>
            <w:tcW w:type="dxa" w:w="2880"/>
          </w:tcPr>
          <w:p>
            <w:r>
              <w:rPr>
                <w:b/>
              </w:rPr>
              <w:t>重写虚方法缺少 `override` 关键字</w:t>
            </w:r>
          </w:p>
        </w:tc>
        <w:tc>
          <w:tcPr>
            <w:tcW w:type="dxa" w:w="2880"/>
          </w:tcPr>
          <w:p>
            <w:r>
              <w:rPr>
                <w:b/>
              </w:rPr>
              <w:t>`public override double GetArea()`</w:t>
            </w:r>
          </w:p>
        </w:tc>
      </w:tr>
      <w:tr>
        <w:tc>
          <w:tcPr>
            <w:tcW w:type="dxa" w:w="2880"/>
          </w:tcPr>
          <w:p>
            <w:r>
              <w:t>`Circle` 类中未定义 `radius` 字段</w:t>
            </w:r>
          </w:p>
        </w:tc>
        <w:tc>
          <w:tcPr>
            <w:tcW w:type="dxa" w:w="2880"/>
          </w:tcPr>
          <w:p>
            <w:r>
              <w:t>使用了未声明的变量</w:t>
            </w:r>
          </w:p>
        </w:tc>
        <w:tc>
          <w:tcPr>
            <w:tcW w:type="dxa" w:w="2880"/>
          </w:tcPr>
          <w:p>
            <w:r>
              <w:t>需要添加 `private double radius;` 字段</w:t>
            </w:r>
          </w:p>
        </w:tc>
      </w:tr>
    </w:tbl>
    <w:p>
      <w:r/>
      <w:r>
        <w:rPr>
          <w:b/>
        </w:rPr>
        <w:t>完整改正后的程序：</w:t>
      </w:r>
      <w:r/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using System;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class Shape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public virtual double GetArea()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return 0;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class Circle : Shape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private double radius;               // 添加字段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public Circle(double r)              // 添加构造函数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radius = r;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public override double GetArea()     // 添加 override 关键字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return 3.14 * radius * radius;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p>
      <w:pPr>
        <w:pStyle w:val="Heading3"/>
      </w:pPr>
      <w:r>
        <w:t xml:space="preserve"> 五、简答题参考答案</w:t>
      </w:r>
    </w:p>
    <w:p>
      <w:r/>
      <w:r>
        <w:rPr>
          <w:b/>
        </w:rPr>
        <w:t>1. 构造函数需要满足的三个条件：</w:t>
      </w:r>
      <w:r/>
    </w:p>
    <w:p>
      <w:r>
        <w:t>① 方法名</w:t>
      </w:r>
      <w:r>
        <w:rPr>
          <w:b/>
        </w:rPr>
        <w:t>与类名相同</w:t>
      </w:r>
      <w:r>
        <w:t xml:space="preserve">  </w:t>
      </w:r>
    </w:p>
    <w:p>
      <w:r>
        <w:t>② 方法名前</w:t>
      </w:r>
      <w:r>
        <w:rPr>
          <w:b/>
        </w:rPr>
        <w:t>没有返回值声明</w:t>
      </w:r>
      <w:r>
        <w:t xml:space="preserve">（连 </w:t>
      </w:r>
      <w:r>
        <w:rPr>
          <w:rFonts w:ascii="Consolas" w:hAnsi="Consolas"/>
          <w:sz w:val="20"/>
        </w:rPr>
        <w:t>void</w:t>
      </w:r>
      <w:r>
        <w:t xml:space="preserve"> 都不能写）  </w:t>
      </w:r>
    </w:p>
    <w:p>
      <w:r>
        <w:t>③ 在方法体中</w:t>
      </w:r>
      <w:r>
        <w:rPr>
          <w:b/>
        </w:rPr>
        <w:t>不能使用 `return` 语句返回一个值</w:t>
      </w:r>
      <w:r/>
    </w:p>
    <w:p>
      <w:r/>
      <w:r>
        <w:rPr>
          <w:b/>
        </w:rPr>
        <w:t>2. 方法重载的定义及判断规则：</w:t>
      </w:r>
      <w:r/>
    </w:p>
    <w:p>
      <w:pPr>
        <w:pStyle w:val="ListBullet"/>
      </w:pPr>
      <w:r/>
      <w:r>
        <w:rPr>
          <w:b/>
        </w:rPr>
        <w:t>定义</w:t>
      </w:r>
      <w:r>
        <w:t>：在同一个类中，允许使用同一方法名定义多个方法。</w:t>
      </w:r>
    </w:p>
    <w:p>
      <w:pPr>
        <w:pStyle w:val="ListBullet"/>
      </w:pPr>
      <w:r/>
      <w:r>
        <w:rPr>
          <w:b/>
        </w:rPr>
        <w:t>判断规则</w:t>
      </w:r>
      <w:r>
        <w:t>：方法名相同，但</w:t>
      </w:r>
      <w:r>
        <w:rPr>
          <w:b/>
        </w:rPr>
        <w:t>参数的个数不同</w:t>
      </w:r>
      <w:r>
        <w:t>或</w:t>
      </w:r>
      <w:r>
        <w:rPr>
          <w:b/>
        </w:rPr>
        <w:t>参数的类型不同</w:t>
      </w:r>
      <w:r>
        <w:t>。</w:t>
      </w:r>
    </w:p>
    <w:p>
      <w:pPr>
        <w:pStyle w:val="ListBullet"/>
      </w:pPr>
      <w:r>
        <w:t>❌ 仅返回值类型不同、参数列表相同，</w:t>
      </w:r>
      <w:r>
        <w:rPr>
          <w:b/>
        </w:rPr>
        <w:t>不属于</w:t>
      </w:r>
      <w:r>
        <w:t>方法重载。</w:t>
      </w:r>
    </w:p>
    <w:p>
      <w:pPr>
        <w:pStyle w:val="Heading3"/>
      </w:pPr>
      <w:r>
        <w:t xml:space="preserve"> 六、编程题参考答案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using System;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// 抽象类 Shape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abstract class Shape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public string name;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public abstract double GetArea();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// Circle 类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class Circle : Shape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private double radius;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public Circle(double r)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radius = r;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name = "圆形";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public override double GetArea()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return Math.PI * radius * radius;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// Rectangle 类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class Rectangle : Shape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private double width;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private double height;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public Rectangle(double w, double h)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width = w;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height = h;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name = "矩形";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public override double GetArea()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return width * height;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class Program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static void Main(string[] args)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Circle circle = new Circle(5.0);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Rectangle rect = new Rectangle(4.0, 6.0);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Console.WriteLine(circle.name + "的面积是：" + circle.GetArea());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Console.WriteLine(rect.name + "的面积是：" + rect.GetArea());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p>
      <w:r/>
      <w:r>
        <w:rPr>
          <w:b/>
        </w:rPr>
        <w:t>预期输出：</w:t>
      </w:r>
      <w:r/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圆形的面积是：78.53981633974483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矩形的面积是：24</w:t>
      </w:r>
    </w:p>
    <w:p>
      <w:r>
        <w:t>____________________________________________________________</w:t>
      </w:r>
    </w:p>
    <w:p>
      <w:r>
        <w:t xml:space="preserve">&gt; 🎯 </w:t>
      </w:r>
      <w:r>
        <w:rPr>
          <w:b/>
        </w:rPr>
        <w:t>做完后记得对照答案检查！考试加油！</w:t>
      </w:r>
      <w:r/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