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Title"/>
        <w:jc w:val="center"/>
      </w:pPr>
      <w:r>
        <w:rPr>
          <w:sz w:val="44"/>
        </w:rPr>
        <w:t>随机取题 · 自测题库</w:t>
      </w:r>
    </w:p>
    <w:p>
      <w:pPr>
        <w:jc w:val="center"/>
      </w:pPr>
      <w:r>
        <w:rPr>
          <w:i/>
          <w:color w:val="646464"/>
          <w:sz w:val="22"/>
        </w:rPr>
        <w:t>**总题数:** 500  |  **题型:** 单选题285 · 多选题145 · 判断题70  |  **生成时间:** 2026-06-16</w:t>
      </w:r>
    </w:p>
    <w:p>
      <w:pPr>
        <w:pStyle w:val="Heading1"/>
      </w:pPr>
      <w:r>
        <w:rPr>
          <w:sz w:val="32"/>
        </w:rPr>
        <w:t>一、单选题（共 285 题）</w:t>
      </w:r>
    </w:p>
    <w:p>
      <w:pPr>
        <w:spacing w:before="160"/>
      </w:pPr>
      <w:r>
        <w:rPr>
          <w:b/>
          <w:sz w:val="22"/>
        </w:rPr>
        <w:t>1. “心诚则灵，心不诚则不灵”的说法是( )。</w:t>
      </w:r>
    </w:p>
    <w:p>
      <w:pPr>
        <w:spacing w:before="20" w:after="20"/>
      </w:pPr>
      <w:r>
        <w:rPr>
          <w:sz w:val="22"/>
        </w:rPr>
        <w:t xml:space="preserve">    A. 主张物质和意识具有同一性的辩证唯物主义观点</w:t>
      </w:r>
    </w:p>
    <w:p>
      <w:pPr>
        <w:spacing w:before="20" w:after="20"/>
      </w:pPr>
      <w:r>
        <w:rPr>
          <w:sz w:val="22"/>
        </w:rPr>
        <w:t xml:space="preserve">    B. 主张思想就是物质的庸俗唯物主义观点</w:t>
      </w:r>
    </w:p>
    <w:p>
      <w:pPr>
        <w:spacing w:before="20" w:after="20"/>
      </w:pPr>
      <w:r>
        <w:rPr>
          <w:sz w:val="22"/>
        </w:rPr>
        <w:t xml:space="preserve">    C. 认为世界是绝对精神外化的客观唯心主义观点</w:t>
      </w:r>
    </w:p>
    <w:p>
      <w:pPr>
        <w:spacing w:before="20" w:after="20"/>
      </w:pPr>
      <w:r>
        <w:rPr>
          <w:sz w:val="22"/>
        </w:rPr>
        <w:t xml:space="preserve">    D. 夸大了意识能动作用的唯心主义观点</w:t>
      </w:r>
    </w:p>
    <w:p>
      <w:pPr>
        <w:spacing w:before="160"/>
      </w:pPr>
      <w:r>
        <w:rPr>
          <w:b/>
          <w:sz w:val="22"/>
        </w:rPr>
        <w:t>2. 近年来，随着比特币、ICO等话题的火爆，区块链这一概念开始走进人们的视野，中外科技公司也纷纷“拥抱”区块链。虽然一些打着区块链旗号的“炒币”事件给这一新技术带来一些负面影响，也引起了各国政府的重视和监管，但专家们普遍认为区块链技术有望成为继互联网、人工智能之后的又一项颠覆性技术。现实中，“区块链+”已涉及金融、物流、医疗健康、文娱传媒、法律服务等各领域，用区块链技术实现食品溯源、音乐数字版权确权、证据保全、公益善款追寻等应用也已走进百姓生活。以上材料说明( )。</w:t>
      </w:r>
    </w:p>
    <w:p>
      <w:pPr>
        <w:spacing w:before="20" w:after="20"/>
      </w:pPr>
      <w:r>
        <w:rPr>
          <w:sz w:val="22"/>
        </w:rPr>
        <w:t xml:space="preserve">    A. 新事物与旧事物的融合推动社会发展</w:t>
      </w:r>
    </w:p>
    <w:p>
      <w:pPr>
        <w:spacing w:before="20" w:after="20"/>
      </w:pPr>
      <w:r>
        <w:rPr>
          <w:sz w:val="22"/>
        </w:rPr>
        <w:t xml:space="preserve">    B. 矛盾的性质主要是由矛盾的主要方面决定的</w:t>
      </w:r>
    </w:p>
    <w:p>
      <w:pPr>
        <w:spacing w:before="20" w:after="20"/>
      </w:pPr>
      <w:r>
        <w:rPr>
          <w:sz w:val="22"/>
        </w:rPr>
        <w:t xml:space="preserve">    C. 对现存事物的否定中包含着对未来事物的肯定</w:t>
      </w:r>
    </w:p>
    <w:p>
      <w:pPr>
        <w:spacing w:before="20" w:after="20"/>
      </w:pPr>
      <w:r>
        <w:rPr>
          <w:sz w:val="22"/>
        </w:rPr>
        <w:t xml:space="preserve">    D. 量变是质变的必要准备</w:t>
      </w:r>
    </w:p>
    <w:p>
      <w:pPr>
        <w:spacing w:before="160"/>
      </w:pPr>
      <w:r>
        <w:rPr>
          <w:b/>
          <w:sz w:val="22"/>
        </w:rPr>
        <w:t>3. 国家垄断资本主义的实质是( )。</w:t>
      </w:r>
    </w:p>
    <w:p>
      <w:pPr>
        <w:spacing w:before="20" w:after="20"/>
      </w:pPr>
      <w:r>
        <w:rPr>
          <w:sz w:val="22"/>
        </w:rPr>
        <w:t xml:space="preserve">    A. 国家利用垄断组织造福民生</w:t>
      </w:r>
    </w:p>
    <w:p>
      <w:pPr>
        <w:spacing w:before="20" w:after="20"/>
      </w:pPr>
      <w:r>
        <w:rPr>
          <w:sz w:val="22"/>
        </w:rPr>
        <w:t xml:space="preserve">    B. 私人垄断资本主义利用国家机器为其发展服务</w:t>
      </w:r>
    </w:p>
    <w:p>
      <w:pPr>
        <w:spacing w:before="20" w:after="20"/>
      </w:pPr>
      <w:r>
        <w:rPr>
          <w:sz w:val="22"/>
        </w:rPr>
        <w:t xml:space="preserve">    C. 超越资本主义的新的社会形态</w:t>
      </w:r>
    </w:p>
    <w:p>
      <w:pPr>
        <w:spacing w:before="20" w:after="20"/>
      </w:pPr>
      <w:r>
        <w:rPr>
          <w:sz w:val="22"/>
        </w:rPr>
        <w:t xml:space="preserve">    D. 消除基本矛盾后的资本主义运行机制</w:t>
      </w:r>
    </w:p>
    <w:p>
      <w:pPr>
        <w:spacing w:before="160"/>
      </w:pPr>
      <w:r>
        <w:rPr>
          <w:b/>
          <w:sz w:val="22"/>
        </w:rPr>
        <w:t>4. 实践的( )特征把它和主观认识活动区分开来。</w:t>
      </w:r>
    </w:p>
    <w:p>
      <w:pPr>
        <w:spacing w:before="20" w:after="20"/>
      </w:pPr>
      <w:r>
        <w:rPr>
          <w:sz w:val="22"/>
        </w:rPr>
        <w:t xml:space="preserve">    A. 自觉能动性</w:t>
      </w:r>
    </w:p>
    <w:p>
      <w:pPr>
        <w:spacing w:before="20" w:after="20"/>
      </w:pPr>
      <w:r>
        <w:rPr>
          <w:sz w:val="22"/>
        </w:rPr>
        <w:t xml:space="preserve">    B. 客观实在性</w:t>
      </w:r>
    </w:p>
    <w:p>
      <w:pPr>
        <w:spacing w:before="20" w:after="20"/>
      </w:pPr>
      <w:r>
        <w:rPr>
          <w:sz w:val="22"/>
        </w:rPr>
        <w:t xml:space="preserve">    C. 社会历史性</w:t>
      </w:r>
    </w:p>
    <w:p>
      <w:pPr>
        <w:spacing w:before="20" w:after="20"/>
      </w:pPr>
      <w:r>
        <w:rPr>
          <w:sz w:val="22"/>
        </w:rPr>
        <w:t xml:space="preserve">    D. 创造性</w:t>
      </w:r>
    </w:p>
    <w:p>
      <w:pPr>
        <w:spacing w:before="160"/>
      </w:pPr>
      <w:r>
        <w:rPr>
          <w:b/>
          <w:sz w:val="22"/>
        </w:rPr>
        <w:t>5. 认为真理是“观念与主体感觉相符合”的观点的局限性在于( )。</w:t>
      </w:r>
    </w:p>
    <w:p>
      <w:pPr>
        <w:spacing w:before="20" w:after="20"/>
      </w:pPr>
      <w:r>
        <w:rPr>
          <w:sz w:val="22"/>
        </w:rPr>
        <w:t xml:space="preserve">    A. 否认了真理的相对性</w:t>
      </w:r>
    </w:p>
    <w:p>
      <w:pPr>
        <w:spacing w:before="20" w:after="20"/>
      </w:pPr>
      <w:r>
        <w:rPr>
          <w:sz w:val="22"/>
        </w:rPr>
        <w:t xml:space="preserve">    B. 否认了真理的主观形式</w:t>
      </w:r>
    </w:p>
    <w:p>
      <w:pPr>
        <w:spacing w:before="20" w:after="20"/>
      </w:pPr>
      <w:r>
        <w:rPr>
          <w:sz w:val="22"/>
        </w:rPr>
        <w:t xml:space="preserve">    C. 否认了真理的客观性</w:t>
      </w:r>
    </w:p>
    <w:p>
      <w:pPr>
        <w:spacing w:before="20" w:after="20"/>
      </w:pPr>
      <w:r>
        <w:rPr>
          <w:sz w:val="22"/>
        </w:rPr>
        <w:t xml:space="preserve">    D. 否认了真理的绝对性</w:t>
      </w:r>
    </w:p>
    <w:p>
      <w:pPr>
        <w:spacing w:before="160"/>
      </w:pPr>
      <w:r>
        <w:rPr>
          <w:b/>
          <w:sz w:val="22"/>
        </w:rPr>
        <w:t>6. ( )构成社会财富的物质内容。</w:t>
      </w:r>
    </w:p>
    <w:p>
      <w:pPr>
        <w:spacing w:before="20" w:after="20"/>
      </w:pPr>
      <w:r>
        <w:rPr>
          <w:sz w:val="22"/>
        </w:rPr>
        <w:t xml:space="preserve">    A. 抽象劳动</w:t>
      </w:r>
    </w:p>
    <w:p>
      <w:pPr>
        <w:spacing w:before="20" w:after="20"/>
      </w:pPr>
      <w:r>
        <w:rPr>
          <w:sz w:val="22"/>
        </w:rPr>
        <w:t xml:space="preserve">    B. 使用价值</w:t>
      </w:r>
    </w:p>
    <w:p>
      <w:pPr>
        <w:spacing w:before="20" w:after="20"/>
      </w:pPr>
      <w:r>
        <w:rPr>
          <w:sz w:val="22"/>
        </w:rPr>
        <w:t xml:space="preserve">    C. 具体劳动</w:t>
      </w:r>
    </w:p>
    <w:p>
      <w:pPr>
        <w:spacing w:before="20" w:after="20"/>
      </w:pPr>
      <w:r>
        <w:rPr>
          <w:sz w:val="22"/>
        </w:rPr>
        <w:t xml:space="preserve">    D. 价值</w:t>
      </w:r>
    </w:p>
    <w:p>
      <w:pPr>
        <w:spacing w:before="160"/>
      </w:pPr>
      <w:r>
        <w:rPr>
          <w:b/>
          <w:sz w:val="22"/>
        </w:rPr>
        <w:t>7. 在生产力的基本要素中，( )是生产力中最活跃的因素。</w:t>
      </w:r>
    </w:p>
    <w:p>
      <w:pPr>
        <w:spacing w:before="20" w:after="20"/>
      </w:pPr>
      <w:r>
        <w:rPr>
          <w:sz w:val="22"/>
        </w:rPr>
        <w:t xml:space="preserve">    A. 劳动者</w:t>
      </w:r>
    </w:p>
    <w:p>
      <w:pPr>
        <w:spacing w:before="20" w:after="20"/>
      </w:pPr>
      <w:r>
        <w:rPr>
          <w:sz w:val="22"/>
        </w:rPr>
        <w:t xml:space="preserve">    B. 生产工具</w:t>
      </w:r>
    </w:p>
    <w:p>
      <w:pPr>
        <w:spacing w:before="20" w:after="20"/>
      </w:pPr>
      <w:r>
        <w:rPr>
          <w:sz w:val="22"/>
        </w:rPr>
        <w:t xml:space="preserve">    C. 劳动对象</w:t>
      </w:r>
    </w:p>
    <w:p>
      <w:pPr>
        <w:spacing w:before="20" w:after="20"/>
      </w:pPr>
      <w:r>
        <w:rPr>
          <w:sz w:val="22"/>
        </w:rPr>
        <w:t xml:space="preserve">    D. 劳动产品</w:t>
      </w:r>
    </w:p>
    <w:p>
      <w:pPr>
        <w:spacing w:before="160"/>
      </w:pPr>
      <w:r>
        <w:rPr>
          <w:b/>
          <w:sz w:val="22"/>
        </w:rPr>
        <w:t>8. 马克思曾说:“(人们)在行会制度及各种规则的保护下积累了资本，发展了海上贸易，建立了殖民地，而人们如果想把这些果实赖以成熟起来的那些形式保存下去，他们就会失去这一切果实。”这说明( )。</w:t>
      </w:r>
    </w:p>
    <w:p>
      <w:pPr>
        <w:spacing w:before="20" w:after="20"/>
      </w:pPr>
      <w:r>
        <w:rPr>
          <w:sz w:val="22"/>
        </w:rPr>
        <w:t xml:space="preserve">    A. 生产力的发展决定生产关系的变化</w:t>
      </w:r>
    </w:p>
    <w:p>
      <w:pPr>
        <w:spacing w:before="20" w:after="20"/>
      </w:pPr>
      <w:r>
        <w:rPr>
          <w:sz w:val="22"/>
        </w:rPr>
        <w:t xml:space="preserve">    B. 生产关系不能促进生产力的发展</w:t>
      </w:r>
    </w:p>
    <w:p>
      <w:pPr>
        <w:spacing w:before="20" w:after="20"/>
      </w:pPr>
      <w:r>
        <w:rPr>
          <w:sz w:val="22"/>
        </w:rPr>
        <w:t xml:space="preserve">    C. 社会制度是社会关系中最基本的关系</w:t>
      </w:r>
    </w:p>
    <w:p>
      <w:pPr>
        <w:spacing w:before="20" w:after="20"/>
      </w:pPr>
      <w:r>
        <w:rPr>
          <w:sz w:val="22"/>
        </w:rPr>
        <w:t xml:space="preserve">    D. 生产关系的作用只在资本原始积累阶段发生</w:t>
      </w:r>
    </w:p>
    <w:p>
      <w:pPr>
        <w:spacing w:before="160"/>
      </w:pPr>
      <w:r>
        <w:rPr>
          <w:b/>
          <w:sz w:val="22"/>
        </w:rPr>
        <w:t>9. 《资本论》(德文版)第一卷于1867年9月在汉堡出版，其影响力历经150年风雨而不衰，至今对我们分析、理解现实经济问题依然具有很强的指导意义。马克思主义政治经济学的理论十分丰富，其中“理解政治经济学的枢纽”的理论是( )。</w:t>
      </w:r>
    </w:p>
    <w:p>
      <w:pPr>
        <w:spacing w:before="20" w:after="20"/>
      </w:pPr>
      <w:r>
        <w:rPr>
          <w:sz w:val="22"/>
        </w:rPr>
        <w:t xml:space="preserve">    A. 剩余价值理论</w:t>
      </w:r>
    </w:p>
    <w:p>
      <w:pPr>
        <w:spacing w:before="20" w:after="20"/>
      </w:pPr>
      <w:r>
        <w:rPr>
          <w:sz w:val="22"/>
        </w:rPr>
        <w:t xml:space="preserve">    B. 价值规律理论</w:t>
      </w:r>
    </w:p>
    <w:p>
      <w:pPr>
        <w:spacing w:before="20" w:after="20"/>
      </w:pPr>
      <w:r>
        <w:rPr>
          <w:sz w:val="22"/>
        </w:rPr>
        <w:t xml:space="preserve">    C. 劳动二重性理论</w:t>
      </w:r>
    </w:p>
    <w:p>
      <w:pPr>
        <w:spacing w:before="20" w:after="20"/>
      </w:pPr>
      <w:r>
        <w:rPr>
          <w:sz w:val="22"/>
        </w:rPr>
        <w:t xml:space="preserve">    D. 商品二因素理论</w:t>
      </w:r>
    </w:p>
    <w:p>
      <w:pPr>
        <w:spacing w:before="160"/>
      </w:pPr>
      <w:r>
        <w:rPr>
          <w:b/>
          <w:sz w:val="22"/>
        </w:rPr>
        <w:t>10. 资本主义制度下的工资之所以掩盖了资本主义剥削关系，是因为( )。</w:t>
      </w:r>
    </w:p>
    <w:p>
      <w:pPr>
        <w:spacing w:before="20" w:after="20"/>
      </w:pPr>
      <w:r>
        <w:rPr>
          <w:sz w:val="22"/>
        </w:rPr>
        <w:t xml:space="preserve">    A. 工资表现为“劳动的价格”</w:t>
      </w:r>
    </w:p>
    <w:p>
      <w:pPr>
        <w:spacing w:before="20" w:after="20"/>
      </w:pPr>
      <w:r>
        <w:rPr>
          <w:sz w:val="22"/>
        </w:rPr>
        <w:t xml:space="preserve">    B. 工资表现为劳动力的价值</w:t>
      </w:r>
    </w:p>
    <w:p>
      <w:pPr>
        <w:spacing w:before="20" w:after="20"/>
      </w:pPr>
      <w:r>
        <w:rPr>
          <w:sz w:val="22"/>
        </w:rPr>
        <w:t xml:space="preserve">    C. 工资模糊了个别劳动时间和社会必要劳动时间的界限</w:t>
      </w:r>
    </w:p>
    <w:p>
      <w:pPr>
        <w:spacing w:before="20" w:after="20"/>
      </w:pPr>
      <w:r>
        <w:rPr>
          <w:sz w:val="22"/>
        </w:rPr>
        <w:t xml:space="preserve">    D. 工资的价值只计算了转移到新产品中去的那一部分</w:t>
      </w:r>
    </w:p>
    <w:p>
      <w:pPr>
        <w:spacing w:before="160"/>
      </w:pPr>
      <w:r>
        <w:rPr>
          <w:b/>
          <w:sz w:val="22"/>
        </w:rPr>
        <w:t>11. 剩余价值率反映的是( )。</w:t>
      </w:r>
    </w:p>
    <w:p>
      <w:pPr>
        <w:spacing w:before="20" w:after="20"/>
      </w:pPr>
      <w:r>
        <w:rPr>
          <w:sz w:val="22"/>
        </w:rPr>
        <w:t xml:space="preserve">    A. 预付资本的价值增殖程度</w:t>
      </w:r>
    </w:p>
    <w:p>
      <w:pPr>
        <w:spacing w:before="20" w:after="20"/>
      </w:pPr>
      <w:r>
        <w:rPr>
          <w:sz w:val="22"/>
        </w:rPr>
        <w:t xml:space="preserve">    B. 资本家对工人的剥削程度</w:t>
      </w:r>
    </w:p>
    <w:p>
      <w:pPr>
        <w:spacing w:before="20" w:after="20"/>
      </w:pPr>
      <w:r>
        <w:rPr>
          <w:sz w:val="22"/>
        </w:rPr>
        <w:t xml:space="preserve">    C. 固定资本的价值增殖程度</w:t>
      </w:r>
    </w:p>
    <w:p>
      <w:pPr>
        <w:spacing w:before="20" w:after="20"/>
      </w:pPr>
      <w:r>
        <w:rPr>
          <w:sz w:val="22"/>
        </w:rPr>
        <w:t xml:space="preserve">    D. 不变资本的价值增殖程度</w:t>
      </w:r>
    </w:p>
    <w:p>
      <w:pPr>
        <w:spacing w:before="160"/>
      </w:pPr>
      <w:r>
        <w:rPr>
          <w:b/>
          <w:sz w:val="22"/>
        </w:rPr>
        <w:t>12. “少年安得长少年，海波尚变为桑田。”唐代诗人李贺的这一诗句体现了( )。</w:t>
      </w:r>
    </w:p>
    <w:p>
      <w:pPr>
        <w:spacing w:before="20" w:after="20"/>
      </w:pPr>
      <w:r>
        <w:rPr>
          <w:sz w:val="22"/>
        </w:rPr>
        <w:t xml:space="preserve">    A. 运动具有一维性</w:t>
      </w:r>
    </w:p>
    <w:p>
      <w:pPr>
        <w:spacing w:before="20" w:after="20"/>
      </w:pPr>
      <w:r>
        <w:rPr>
          <w:sz w:val="22"/>
        </w:rPr>
        <w:t xml:space="preserve">    B. 运动是静止的衡量尺度</w:t>
      </w:r>
    </w:p>
    <w:p>
      <w:pPr>
        <w:spacing w:before="20" w:after="20"/>
      </w:pPr>
      <w:r>
        <w:rPr>
          <w:sz w:val="22"/>
        </w:rPr>
        <w:t xml:space="preserve">    C. 运动是物质的根本属性或存在方式</w:t>
      </w:r>
    </w:p>
    <w:p>
      <w:pPr>
        <w:spacing w:before="20" w:after="20"/>
      </w:pPr>
      <w:r>
        <w:rPr>
          <w:sz w:val="22"/>
        </w:rPr>
        <w:t xml:space="preserve">    D. 运动是物质的唯一特性</w:t>
      </w:r>
    </w:p>
    <w:p>
      <w:pPr>
        <w:spacing w:before="160"/>
      </w:pPr>
      <w:r>
        <w:rPr>
          <w:b/>
          <w:sz w:val="22"/>
        </w:rPr>
        <w:t>13. 在商品经济条件下，解决私人劳动和社会劳动之间矛盾的唯一途径是( )。</w:t>
      </w:r>
    </w:p>
    <w:p>
      <w:pPr>
        <w:spacing w:before="20" w:after="20"/>
      </w:pPr>
      <w:r>
        <w:rPr>
          <w:sz w:val="22"/>
        </w:rPr>
        <w:t xml:space="preserve">    A. 按劳分配</w:t>
      </w:r>
    </w:p>
    <w:p>
      <w:pPr>
        <w:spacing w:before="20" w:after="20"/>
      </w:pPr>
      <w:r>
        <w:rPr>
          <w:sz w:val="22"/>
        </w:rPr>
        <w:t xml:space="preserve">    B. 扩大再生产</w:t>
      </w:r>
    </w:p>
    <w:p>
      <w:pPr>
        <w:spacing w:before="20" w:after="20"/>
      </w:pPr>
      <w:r>
        <w:rPr>
          <w:sz w:val="22"/>
        </w:rPr>
        <w:t xml:space="preserve">    C. 经济危机</w:t>
      </w:r>
    </w:p>
    <w:p>
      <w:pPr>
        <w:spacing w:before="20" w:after="20"/>
      </w:pPr>
      <w:r>
        <w:rPr>
          <w:sz w:val="22"/>
        </w:rPr>
        <w:t xml:space="preserve">    D. 商品交换</w:t>
      </w:r>
    </w:p>
    <w:p>
      <w:pPr>
        <w:spacing w:before="160"/>
      </w:pPr>
      <w:r>
        <w:rPr>
          <w:b/>
          <w:sz w:val="22"/>
        </w:rPr>
        <w:t>14. 新经济政策的主要特征是( )。</w:t>
      </w:r>
    </w:p>
    <w:p>
      <w:pPr>
        <w:spacing w:before="20" w:after="20"/>
      </w:pPr>
      <w:r>
        <w:rPr>
          <w:sz w:val="22"/>
        </w:rPr>
        <w:t xml:space="preserve">    A. 取消商品货币关系</w:t>
      </w:r>
    </w:p>
    <w:p>
      <w:pPr>
        <w:spacing w:before="20" w:after="20"/>
      </w:pPr>
      <w:r>
        <w:rPr>
          <w:sz w:val="22"/>
        </w:rPr>
        <w:t xml:space="preserve">    B. 实行社会主义计划经济</w:t>
      </w:r>
    </w:p>
    <w:p>
      <w:pPr>
        <w:spacing w:before="20" w:after="20"/>
      </w:pPr>
      <w:r>
        <w:rPr>
          <w:sz w:val="22"/>
        </w:rPr>
        <w:t xml:space="preserve">    C. 实行社会主义市场经济</w:t>
      </w:r>
    </w:p>
    <w:p>
      <w:pPr>
        <w:spacing w:before="20" w:after="20"/>
      </w:pPr>
      <w:r>
        <w:rPr>
          <w:sz w:val="22"/>
        </w:rPr>
        <w:t xml:space="preserve">    D. 发展商品经济</w:t>
      </w:r>
    </w:p>
    <w:p>
      <w:pPr>
        <w:spacing w:before="160"/>
      </w:pPr>
      <w:r>
        <w:rPr>
          <w:b/>
          <w:sz w:val="22"/>
        </w:rPr>
        <w:t>15. 由于在资本主义发展过程中生产社会化和生产集中的发展程度的不同，资本主义大型企业之间互相勾结或联合的程度和具体目的也不一样，因而垄断组织便有各种不同的形式。常见的垄断组织有卡特尔、辛迪加、托拉斯和康采恩等。尽管垄断组织的形式多样，但它们在本质上是一样的，都是( )。</w:t>
      </w:r>
    </w:p>
    <w:p>
      <w:pPr>
        <w:spacing w:before="20" w:after="20"/>
      </w:pPr>
      <w:r>
        <w:rPr>
          <w:sz w:val="22"/>
        </w:rPr>
        <w:t xml:space="preserve">    A. 通过联合来操纵垄断价格以攫取高额垄断利润</w:t>
      </w:r>
    </w:p>
    <w:p>
      <w:pPr>
        <w:spacing w:before="20" w:after="20"/>
      </w:pPr>
      <w:r>
        <w:rPr>
          <w:sz w:val="22"/>
        </w:rPr>
        <w:t xml:space="preserve">    B. 通过签订各种协定阻止其他企业进入高利润行业</w:t>
      </w:r>
    </w:p>
    <w:p>
      <w:pPr>
        <w:spacing w:before="20" w:after="20"/>
      </w:pPr>
      <w:r>
        <w:rPr>
          <w:sz w:val="22"/>
        </w:rPr>
        <w:t xml:space="preserve">    C. 通过消除竞争达到独自占有市场的目的</w:t>
      </w:r>
    </w:p>
    <w:p>
      <w:pPr>
        <w:spacing w:before="20" w:after="20"/>
      </w:pPr>
      <w:r>
        <w:rPr>
          <w:sz w:val="22"/>
        </w:rPr>
        <w:t xml:space="preserve">    D. 通过兼并小企业以达到生产集中和资本集中的目的</w:t>
      </w:r>
    </w:p>
    <w:p>
      <w:pPr>
        <w:spacing w:before="160"/>
      </w:pPr>
      <w:r>
        <w:rPr>
          <w:b/>
          <w:sz w:val="22"/>
        </w:rPr>
        <w:t>16. 恩格斯指出:“不管是在波斯和印度兴起和衰落的专制政府有多少，每一个专制政府都十分清楚地知道它们首先是河谷灌溉的总管。”这说明( )。</w:t>
      </w:r>
    </w:p>
    <w:p>
      <w:pPr>
        <w:spacing w:before="20" w:after="20"/>
      </w:pPr>
      <w:r>
        <w:rPr>
          <w:sz w:val="22"/>
        </w:rPr>
        <w:t xml:space="preserve">    A. 地理环境决定上层建筑</w:t>
      </w:r>
    </w:p>
    <w:p>
      <w:pPr>
        <w:spacing w:before="20" w:after="20"/>
      </w:pPr>
      <w:r>
        <w:rPr>
          <w:sz w:val="22"/>
        </w:rPr>
        <w:t xml:space="preserve">    B. 国家是为自己的经济基础所服务的</w:t>
      </w:r>
    </w:p>
    <w:p>
      <w:pPr>
        <w:spacing w:before="20" w:after="20"/>
      </w:pPr>
      <w:r>
        <w:rPr>
          <w:sz w:val="22"/>
        </w:rPr>
        <w:t xml:space="preserve">    C. 专制制度没有适应过生产力发展</w:t>
      </w:r>
    </w:p>
    <w:p>
      <w:pPr>
        <w:spacing w:before="20" w:after="20"/>
      </w:pPr>
      <w:r>
        <w:rPr>
          <w:sz w:val="22"/>
        </w:rPr>
        <w:t xml:space="preserve">    D. 农业只能在专制制度下存在</w:t>
      </w:r>
    </w:p>
    <w:p>
      <w:pPr>
        <w:spacing w:before="160"/>
      </w:pPr>
      <w:r>
        <w:rPr>
          <w:b/>
          <w:sz w:val="22"/>
        </w:rPr>
        <w:t>17. “生活中从不缺少美，而是缺少发现美的眼睛。”从马克思主义哲学的角度，对这句话的正确理解是( )。</w:t>
      </w:r>
    </w:p>
    <w:p>
      <w:pPr>
        <w:spacing w:before="20" w:after="20"/>
      </w:pPr>
      <w:r>
        <w:rPr>
          <w:sz w:val="22"/>
        </w:rPr>
        <w:t xml:space="preserve">    A. 客观事物的存在取决于主体的感知</w:t>
      </w:r>
    </w:p>
    <w:p>
      <w:pPr>
        <w:spacing w:before="20" w:after="20"/>
      </w:pPr>
      <w:r>
        <w:rPr>
          <w:sz w:val="22"/>
        </w:rPr>
        <w:t xml:space="preserve">    B. 非理性因素在感性认识中起决定性作用</w:t>
      </w:r>
    </w:p>
    <w:p>
      <w:pPr>
        <w:spacing w:before="20" w:after="20"/>
      </w:pPr>
      <w:r>
        <w:rPr>
          <w:sz w:val="22"/>
        </w:rPr>
        <w:t xml:space="preserve">    C. 认识是主体与客体相互作用的过程和结果</w:t>
      </w:r>
    </w:p>
    <w:p>
      <w:pPr>
        <w:spacing w:before="20" w:after="20"/>
      </w:pPr>
      <w:r>
        <w:rPr>
          <w:sz w:val="22"/>
        </w:rPr>
        <w:t xml:space="preserve">    D. 人的感觉器官的选择性是人的认识能力的界限</w:t>
      </w:r>
    </w:p>
    <w:p>
      <w:pPr>
        <w:spacing w:before="160"/>
      </w:pPr>
      <w:r>
        <w:rPr>
          <w:b/>
          <w:sz w:val="22"/>
        </w:rPr>
        <w:t>18. 资本主义国家选举制度的实际政治作用是( )。</w:t>
      </w:r>
    </w:p>
    <w:p>
      <w:pPr>
        <w:spacing w:before="20" w:after="20"/>
      </w:pPr>
      <w:r>
        <w:rPr>
          <w:sz w:val="22"/>
        </w:rPr>
        <w:t xml:space="preserve">    A. 资产阶级和无产阶级分权</w:t>
      </w:r>
    </w:p>
    <w:p>
      <w:pPr>
        <w:spacing w:before="20" w:after="20"/>
      </w:pPr>
      <w:r>
        <w:rPr>
          <w:sz w:val="22"/>
        </w:rPr>
        <w:t xml:space="preserve">    B. 每个公民都能通过竞选参与政治活动，表达自己的愿望和要求</w:t>
      </w:r>
    </w:p>
    <w:p>
      <w:pPr>
        <w:spacing w:before="20" w:after="20"/>
      </w:pPr>
      <w:r>
        <w:rPr>
          <w:sz w:val="22"/>
        </w:rPr>
        <w:t xml:space="preserve">    C. 协调统治阶级内部利益关系和矛盾</w:t>
      </w:r>
    </w:p>
    <w:p>
      <w:pPr>
        <w:spacing w:before="20" w:after="20"/>
      </w:pPr>
      <w:r>
        <w:rPr>
          <w:sz w:val="22"/>
        </w:rPr>
        <w:t xml:space="preserve">    D. 人民当家作主</w:t>
      </w:r>
    </w:p>
    <w:p>
      <w:pPr>
        <w:spacing w:before="160"/>
      </w:pPr>
      <w:r>
        <w:rPr>
          <w:b/>
          <w:sz w:val="22"/>
        </w:rPr>
        <w:t>19. 马克思指出:“商品价值从商品体跳到金体上，像我在别处说过的，是商品的惊险跳跃。这个跳跃如果不成功，摔坏的不是商品，但一定是商品占有者”，这里的“惊险跳跃”指的是( )。</w:t>
      </w:r>
    </w:p>
    <w:p>
      <w:pPr>
        <w:spacing w:before="20" w:after="20"/>
      </w:pPr>
      <w:r>
        <w:rPr>
          <w:sz w:val="22"/>
        </w:rPr>
        <w:t xml:space="preserve">    A. 商品转化为货币</w:t>
      </w:r>
    </w:p>
    <w:p>
      <w:pPr>
        <w:spacing w:before="20" w:after="20"/>
      </w:pPr>
      <w:r>
        <w:rPr>
          <w:sz w:val="22"/>
        </w:rPr>
        <w:t xml:space="preserve">    B. 价值转化为使用价值</w:t>
      </w:r>
    </w:p>
    <w:p>
      <w:pPr>
        <w:spacing w:before="20" w:after="20"/>
      </w:pPr>
      <w:r>
        <w:rPr>
          <w:sz w:val="22"/>
        </w:rPr>
        <w:t xml:space="preserve">    C. 抽象劳动转化为具体劳动</w:t>
      </w:r>
    </w:p>
    <w:p>
      <w:pPr>
        <w:spacing w:before="20" w:after="20"/>
      </w:pPr>
      <w:r>
        <w:rPr>
          <w:sz w:val="22"/>
        </w:rPr>
        <w:t xml:space="preserve">    D. 社会劳动转化为私人劳动</w:t>
      </w:r>
    </w:p>
    <w:p>
      <w:pPr>
        <w:spacing w:before="160"/>
      </w:pPr>
      <w:r>
        <w:rPr>
          <w:b/>
          <w:sz w:val="22"/>
        </w:rPr>
        <w:t>20. 马克思主义哲学大厦的基石是( )</w:t>
      </w:r>
    </w:p>
    <w:p>
      <w:pPr>
        <w:spacing w:before="20" w:after="20"/>
      </w:pPr>
      <w:r>
        <w:rPr>
          <w:sz w:val="22"/>
        </w:rPr>
        <w:t xml:space="preserve">    A. 矛盾的普遍性原理</w:t>
      </w:r>
    </w:p>
    <w:p>
      <w:pPr>
        <w:spacing w:before="20" w:after="20"/>
      </w:pPr>
      <w:r>
        <w:rPr>
          <w:sz w:val="22"/>
        </w:rPr>
        <w:t xml:space="preserve">    B. 矛盾的特殊性原理</w:t>
      </w:r>
    </w:p>
    <w:p>
      <w:pPr>
        <w:spacing w:before="20" w:after="20"/>
      </w:pPr>
      <w:r>
        <w:rPr>
          <w:sz w:val="22"/>
        </w:rPr>
        <w:t xml:space="preserve">    C. 世界统一于物质的原理</w:t>
      </w:r>
    </w:p>
    <w:p>
      <w:pPr>
        <w:spacing w:before="20" w:after="20"/>
      </w:pPr>
      <w:r>
        <w:rPr>
          <w:sz w:val="22"/>
        </w:rPr>
        <w:t xml:space="preserve">    D. 普遍联系的原理</w:t>
      </w:r>
    </w:p>
    <w:p>
      <w:pPr>
        <w:spacing w:before="160"/>
      </w:pPr>
      <w:r>
        <w:rPr>
          <w:b/>
          <w:sz w:val="22"/>
        </w:rPr>
        <w:t>21. 社会生产是连续不断地进行的，这种连续不断重复的生产就是再生产。社会再生产的核心问题是( )。</w:t>
      </w:r>
    </w:p>
    <w:p>
      <w:pPr>
        <w:spacing w:before="20" w:after="20"/>
      </w:pPr>
      <w:r>
        <w:rPr>
          <w:sz w:val="22"/>
        </w:rPr>
        <w:t xml:space="preserve">    A. 两大部类在总量上的比例问题</w:t>
      </w:r>
    </w:p>
    <w:p>
      <w:pPr>
        <w:spacing w:before="20" w:after="20"/>
      </w:pPr>
      <w:r>
        <w:rPr>
          <w:sz w:val="22"/>
        </w:rPr>
        <w:t xml:space="preserve">    B. 工资与剩余价值的分配问题</w:t>
      </w:r>
    </w:p>
    <w:p>
      <w:pPr>
        <w:spacing w:before="20" w:after="20"/>
      </w:pPr>
      <w:r>
        <w:rPr>
          <w:sz w:val="22"/>
        </w:rPr>
        <w:t xml:space="preserve">    C. 社会总产品的实现问题</w:t>
      </w:r>
    </w:p>
    <w:p>
      <w:pPr>
        <w:spacing w:before="20" w:after="20"/>
      </w:pPr>
      <w:r>
        <w:rPr>
          <w:sz w:val="22"/>
        </w:rPr>
        <w:t xml:space="preserve">    D. 劳动过程和价值增殖过程的统一问题</w:t>
      </w:r>
    </w:p>
    <w:p>
      <w:pPr>
        <w:spacing w:before="160"/>
      </w:pPr>
      <w:r>
        <w:rPr>
          <w:b/>
          <w:sz w:val="22"/>
        </w:rPr>
        <w:t>22. 在根据马克思、恩格斯的论述及社会主义现实的启示所概括的科学社会主义基本原则中，社会主义生产的根本目的是( )。</w:t>
      </w:r>
    </w:p>
    <w:p>
      <w:pPr>
        <w:spacing w:before="20" w:after="20"/>
      </w:pPr>
      <w:r>
        <w:rPr>
          <w:sz w:val="22"/>
        </w:rPr>
        <w:t xml:space="preserve">    A. 发展生产力</w:t>
      </w:r>
    </w:p>
    <w:p>
      <w:pPr>
        <w:spacing w:before="20" w:after="20"/>
      </w:pPr>
      <w:r>
        <w:rPr>
          <w:sz w:val="22"/>
        </w:rPr>
        <w:t xml:space="preserve">    B. 满足全体社会成员的需要</w:t>
      </w:r>
    </w:p>
    <w:p>
      <w:pPr>
        <w:spacing w:before="20" w:after="20"/>
      </w:pPr>
      <w:r>
        <w:rPr>
          <w:sz w:val="22"/>
        </w:rPr>
        <w:t xml:space="preserve">    C. 实现工业现代化</w:t>
      </w:r>
    </w:p>
    <w:p>
      <w:pPr>
        <w:spacing w:before="20" w:after="20"/>
      </w:pPr>
      <w:r>
        <w:rPr>
          <w:sz w:val="22"/>
        </w:rPr>
        <w:t xml:space="preserve">    D. 获取超额剩余价值</w:t>
      </w:r>
    </w:p>
    <w:p>
      <w:pPr>
        <w:spacing w:before="160"/>
      </w:pPr>
      <w:r>
        <w:rPr>
          <w:b/>
          <w:sz w:val="22"/>
        </w:rPr>
        <w:t>23. 经济危机实际上是资本主义条件下以强制的方式解决社会再生产的实现问题的途径。资本主义经济危机具有周期性，这是由( )决定的。</w:t>
      </w:r>
    </w:p>
    <w:p>
      <w:pPr>
        <w:spacing w:before="20" w:after="20"/>
      </w:pPr>
      <w:r>
        <w:rPr>
          <w:sz w:val="22"/>
        </w:rPr>
        <w:t xml:space="preserve">    A. 社会资本再生产的周期性</w:t>
      </w:r>
    </w:p>
    <w:p>
      <w:pPr>
        <w:spacing w:before="20" w:after="20"/>
      </w:pPr>
      <w:r>
        <w:rPr>
          <w:sz w:val="22"/>
        </w:rPr>
        <w:t xml:space="preserve">    B. 资本主义基本矛盾运动的阶段性</w:t>
      </w:r>
    </w:p>
    <w:p>
      <w:pPr>
        <w:spacing w:before="20" w:after="20"/>
      </w:pPr>
      <w:r>
        <w:rPr>
          <w:sz w:val="22"/>
        </w:rPr>
        <w:t xml:space="preserve">    C. 工人运动进入低潮和重新高涨的周期运动</w:t>
      </w:r>
    </w:p>
    <w:p>
      <w:pPr>
        <w:spacing w:before="20" w:after="20"/>
      </w:pPr>
      <w:r>
        <w:rPr>
          <w:sz w:val="22"/>
        </w:rPr>
        <w:t xml:space="preserve">    D. 货币资本、生产资本、商品资本三种职能形式在时间上的继起性</w:t>
      </w:r>
    </w:p>
    <w:p>
      <w:pPr>
        <w:spacing w:before="160"/>
      </w:pPr>
      <w:r>
        <w:rPr>
          <w:b/>
          <w:sz w:val="22"/>
        </w:rPr>
        <w:t>24. 唯物主义运动观与唯心主义运动观的根本区别在于是否承认( )。</w:t>
      </w:r>
    </w:p>
    <w:p>
      <w:pPr>
        <w:spacing w:before="20" w:after="20"/>
      </w:pPr>
      <w:r>
        <w:rPr>
          <w:sz w:val="22"/>
        </w:rPr>
        <w:t xml:space="preserve">    A. 物质是运动的</w:t>
      </w:r>
    </w:p>
    <w:p>
      <w:pPr>
        <w:spacing w:before="20" w:after="20"/>
      </w:pPr>
      <w:r>
        <w:rPr>
          <w:sz w:val="22"/>
        </w:rPr>
        <w:t xml:space="preserve">    B. 运动是绝对的</w:t>
      </w:r>
    </w:p>
    <w:p>
      <w:pPr>
        <w:spacing w:before="20" w:after="20"/>
      </w:pPr>
      <w:r>
        <w:rPr>
          <w:sz w:val="22"/>
        </w:rPr>
        <w:t xml:space="preserve">    C. 静止是运动的特殊状态</w:t>
      </w:r>
    </w:p>
    <w:p>
      <w:pPr>
        <w:spacing w:before="20" w:after="20"/>
      </w:pPr>
      <w:r>
        <w:rPr>
          <w:sz w:val="22"/>
        </w:rPr>
        <w:t xml:space="preserve">    D. 运动是物质的运动</w:t>
      </w:r>
    </w:p>
    <w:p>
      <w:pPr>
        <w:spacing w:before="160"/>
      </w:pPr>
      <w:r>
        <w:rPr>
          <w:b/>
          <w:sz w:val="22"/>
        </w:rPr>
        <w:t>25. 商品内在的使用价值和价值的矛盾，其完备的外在表现形式是( )。</w:t>
      </w:r>
    </w:p>
    <w:p>
      <w:pPr>
        <w:spacing w:before="20" w:after="20"/>
      </w:pPr>
      <w:r>
        <w:rPr>
          <w:sz w:val="22"/>
        </w:rPr>
        <w:t xml:space="preserve">    A. 商品与商品的对立</w:t>
      </w:r>
    </w:p>
    <w:p>
      <w:pPr>
        <w:spacing w:before="20" w:after="20"/>
      </w:pPr>
      <w:r>
        <w:rPr>
          <w:sz w:val="22"/>
        </w:rPr>
        <w:t xml:space="preserve">    B. 具体劳动与抽象劳动的对立</w:t>
      </w:r>
    </w:p>
    <w:p>
      <w:pPr>
        <w:spacing w:before="20" w:after="20"/>
      </w:pPr>
      <w:r>
        <w:rPr>
          <w:sz w:val="22"/>
        </w:rPr>
        <w:t xml:space="preserve">    C. 私人劳动与社会劳动的对立</w:t>
      </w:r>
    </w:p>
    <w:p>
      <w:pPr>
        <w:spacing w:before="20" w:after="20"/>
      </w:pPr>
      <w:r>
        <w:rPr>
          <w:sz w:val="22"/>
        </w:rPr>
        <w:t xml:space="preserve">    D. 商品与货币的对立</w:t>
      </w:r>
    </w:p>
    <w:p>
      <w:pPr>
        <w:spacing w:before="160"/>
      </w:pPr>
      <w:r>
        <w:rPr>
          <w:b/>
          <w:sz w:val="22"/>
        </w:rPr>
        <w:t>26. 毛泽东曾说:“人的认识物质，就是认识物质的运动形式”，这是因为( )。</w:t>
      </w:r>
    </w:p>
    <w:p>
      <w:pPr>
        <w:spacing w:before="20" w:after="20"/>
      </w:pPr>
      <w:r>
        <w:rPr>
          <w:sz w:val="22"/>
        </w:rPr>
        <w:t xml:space="preserve">    A. 物质的静止状态不可认识</w:t>
      </w:r>
    </w:p>
    <w:p>
      <w:pPr>
        <w:spacing w:before="20" w:after="20"/>
      </w:pPr>
      <w:r>
        <w:rPr>
          <w:sz w:val="22"/>
        </w:rPr>
        <w:t xml:space="preserve">    B. 物质本身不可认识</w:t>
      </w:r>
    </w:p>
    <w:p>
      <w:pPr>
        <w:spacing w:before="20" w:after="20"/>
      </w:pPr>
      <w:r>
        <w:rPr>
          <w:sz w:val="22"/>
        </w:rPr>
        <w:t xml:space="preserve">    C. 物质和运动不可分割</w:t>
      </w:r>
    </w:p>
    <w:p>
      <w:pPr>
        <w:spacing w:before="20" w:after="20"/>
      </w:pPr>
      <w:r>
        <w:rPr>
          <w:sz w:val="22"/>
        </w:rPr>
        <w:t xml:space="preserve">    D. 意识和运动直接同一</w:t>
      </w:r>
    </w:p>
    <w:p>
      <w:pPr>
        <w:spacing w:before="160"/>
      </w:pPr>
      <w:r>
        <w:rPr>
          <w:b/>
          <w:sz w:val="22"/>
        </w:rPr>
        <w:t>27. ( )是指大资本吞并小资本，或由许多小资本合并而成大资本的过程。</w:t>
      </w:r>
    </w:p>
    <w:p>
      <w:pPr>
        <w:spacing w:before="20" w:after="20"/>
      </w:pPr>
      <w:r>
        <w:rPr>
          <w:sz w:val="22"/>
        </w:rPr>
        <w:t xml:space="preserve">    A. 生产集中</w:t>
      </w:r>
    </w:p>
    <w:p>
      <w:pPr>
        <w:spacing w:before="20" w:after="20"/>
      </w:pPr>
      <w:r>
        <w:rPr>
          <w:sz w:val="22"/>
        </w:rPr>
        <w:t xml:space="preserve">    B. 资本集中</w:t>
      </w:r>
    </w:p>
    <w:p>
      <w:pPr>
        <w:spacing w:before="20" w:after="20"/>
      </w:pPr>
      <w:r>
        <w:rPr>
          <w:sz w:val="22"/>
        </w:rPr>
        <w:t xml:space="preserve">    C. 扩大再生产</w:t>
      </w:r>
    </w:p>
    <w:p>
      <w:pPr>
        <w:spacing w:before="20" w:after="20"/>
      </w:pPr>
      <w:r>
        <w:rPr>
          <w:sz w:val="22"/>
        </w:rPr>
        <w:t xml:space="preserve">    D. 资本循环</w:t>
      </w:r>
    </w:p>
    <w:p>
      <w:pPr>
        <w:spacing w:before="160"/>
      </w:pPr>
      <w:r>
        <w:rPr>
          <w:b/>
          <w:sz w:val="22"/>
        </w:rPr>
        <w:t>28. 在人的物质生产中存在着双重关系，其中生产关系中所体现的是( )。</w:t>
      </w:r>
    </w:p>
    <w:p>
      <w:pPr>
        <w:spacing w:before="20" w:after="20"/>
      </w:pPr>
      <w:r>
        <w:rPr>
          <w:sz w:val="22"/>
        </w:rPr>
        <w:t xml:space="preserve">    A. 人与自然的关系</w:t>
      </w:r>
    </w:p>
    <w:p>
      <w:pPr>
        <w:spacing w:before="20" w:after="20"/>
      </w:pPr>
      <w:r>
        <w:rPr>
          <w:sz w:val="22"/>
        </w:rPr>
        <w:t xml:space="preserve">    B. 人与人的关系</w:t>
      </w:r>
    </w:p>
    <w:p>
      <w:pPr>
        <w:spacing w:before="20" w:after="20"/>
      </w:pPr>
      <w:r>
        <w:rPr>
          <w:sz w:val="22"/>
        </w:rPr>
        <w:t xml:space="preserve">    C. 意识与意识的关系</w:t>
      </w:r>
    </w:p>
    <w:p>
      <w:pPr>
        <w:spacing w:before="20" w:after="20"/>
      </w:pPr>
      <w:r>
        <w:rPr>
          <w:sz w:val="22"/>
        </w:rPr>
        <w:t xml:space="preserve">    D. 共性与个性的关系</w:t>
      </w:r>
    </w:p>
    <w:p>
      <w:pPr>
        <w:spacing w:before="160"/>
      </w:pPr>
      <w:r>
        <w:rPr>
          <w:b/>
          <w:sz w:val="22"/>
        </w:rPr>
        <w:t>29. 以下西方的知识思想成果中，为马克思主义哲学的创立提供了直接理论来源的是( )</w:t>
      </w:r>
    </w:p>
    <w:p>
      <w:pPr>
        <w:spacing w:before="20" w:after="20"/>
      </w:pPr>
      <w:r>
        <w:rPr>
          <w:sz w:val="22"/>
        </w:rPr>
        <w:t xml:space="preserve">    A. 英国古典政治经济学</w:t>
      </w:r>
    </w:p>
    <w:p>
      <w:pPr>
        <w:spacing w:before="20" w:after="20"/>
      </w:pPr>
      <w:r>
        <w:rPr>
          <w:sz w:val="22"/>
        </w:rPr>
        <w:t xml:space="preserve">    B. 德国古典哲学</w:t>
      </w:r>
    </w:p>
    <w:p>
      <w:pPr>
        <w:spacing w:before="20" w:after="20"/>
      </w:pPr>
      <w:r>
        <w:rPr>
          <w:sz w:val="22"/>
        </w:rPr>
        <w:t xml:space="preserve">    C. 文艺复兴运动思想成果</w:t>
      </w:r>
    </w:p>
    <w:p>
      <w:pPr>
        <w:spacing w:before="20" w:after="20"/>
      </w:pPr>
      <w:r>
        <w:rPr>
          <w:sz w:val="22"/>
        </w:rPr>
        <w:t xml:space="preserve">    D. 英法空想社会主义</w:t>
      </w:r>
    </w:p>
    <w:p>
      <w:pPr>
        <w:spacing w:before="160"/>
      </w:pPr>
      <w:r>
        <w:rPr>
          <w:b/>
          <w:sz w:val="22"/>
        </w:rPr>
        <w:t>30. 马克思在《资本论》中写道:“实际上，在商品市场上同货币所有者对立的不是劳动，而是工人。”这说明资本家购买的是( )。</w:t>
      </w:r>
    </w:p>
    <w:p>
      <w:pPr>
        <w:spacing w:before="20" w:after="20"/>
      </w:pPr>
      <w:r>
        <w:rPr>
          <w:sz w:val="22"/>
        </w:rPr>
        <w:t xml:space="preserve">    A. 工人的劳动</w:t>
      </w:r>
    </w:p>
    <w:p>
      <w:pPr>
        <w:spacing w:before="20" w:after="20"/>
      </w:pPr>
      <w:r>
        <w:rPr>
          <w:sz w:val="22"/>
        </w:rPr>
        <w:t xml:space="preserve">    B. 工人的人身自由</w:t>
      </w:r>
    </w:p>
    <w:p>
      <w:pPr>
        <w:spacing w:before="20" w:after="20"/>
      </w:pPr>
      <w:r>
        <w:rPr>
          <w:sz w:val="22"/>
        </w:rPr>
        <w:t xml:space="preserve">    C. 工人的劳动力</w:t>
      </w:r>
    </w:p>
    <w:p>
      <w:pPr>
        <w:spacing w:before="20" w:after="20"/>
      </w:pPr>
      <w:r>
        <w:rPr>
          <w:sz w:val="22"/>
        </w:rPr>
        <w:t xml:space="preserve">    D. 工人的消费能力</w:t>
      </w:r>
    </w:p>
    <w:p>
      <w:pPr>
        <w:spacing w:before="160"/>
      </w:pPr>
      <w:r>
        <w:rPr>
          <w:b/>
          <w:sz w:val="22"/>
        </w:rPr>
        <w:t>31. 商品价值的量是由( )决定的。</w:t>
      </w:r>
    </w:p>
    <w:p>
      <w:pPr>
        <w:spacing w:before="20" w:after="20"/>
      </w:pPr>
      <w:r>
        <w:rPr>
          <w:sz w:val="22"/>
        </w:rPr>
        <w:t xml:space="preserve">    A. 商品能满足人的需要的程度</w:t>
      </w:r>
    </w:p>
    <w:p>
      <w:pPr>
        <w:spacing w:before="20" w:after="20"/>
      </w:pPr>
      <w:r>
        <w:rPr>
          <w:sz w:val="22"/>
        </w:rPr>
        <w:t xml:space="preserve">    B. 商品的自然属性</w:t>
      </w:r>
    </w:p>
    <w:p>
      <w:pPr>
        <w:spacing w:before="20" w:after="20"/>
      </w:pPr>
      <w:r>
        <w:rPr>
          <w:sz w:val="22"/>
        </w:rPr>
        <w:t xml:space="preserve">    C. 生产商品所耗费的劳动量</w:t>
      </w:r>
    </w:p>
    <w:p>
      <w:pPr>
        <w:spacing w:before="20" w:after="20"/>
      </w:pPr>
      <w:r>
        <w:rPr>
          <w:sz w:val="22"/>
        </w:rPr>
        <w:t xml:space="preserve">    D. 生产商品所采取的手段和方式</w:t>
      </w:r>
    </w:p>
    <w:p>
      <w:pPr>
        <w:spacing w:before="160"/>
      </w:pPr>
      <w:r>
        <w:rPr>
          <w:b/>
          <w:sz w:val="22"/>
        </w:rPr>
        <w:t>32. 从“加速发展”到“又快又好”到“又好又快”再到“高质量发展”，充分体现了我们党对我国发展阶段性特征的准确把握。这种认识的变化说明( )。</w:t>
      </w:r>
    </w:p>
    <w:p>
      <w:pPr>
        <w:spacing w:before="20" w:after="20"/>
      </w:pPr>
      <w:r>
        <w:rPr>
          <w:sz w:val="22"/>
        </w:rPr>
        <w:t xml:space="preserve">    A. 感性认识的不断丰富自然会产生正确的理性认识</w:t>
      </w:r>
    </w:p>
    <w:p>
      <w:pPr>
        <w:spacing w:before="20" w:after="20"/>
      </w:pPr>
      <w:r>
        <w:rPr>
          <w:sz w:val="22"/>
        </w:rPr>
        <w:t xml:space="preserve">    B. 社会规律具有难以预测的不稳定性</w:t>
      </w:r>
    </w:p>
    <w:p>
      <w:pPr>
        <w:spacing w:before="20" w:after="20"/>
      </w:pPr>
      <w:r>
        <w:rPr>
          <w:sz w:val="22"/>
        </w:rPr>
        <w:t xml:space="preserve">    C. 主观与客观、认识与实践的统一是具体的和历史的</w:t>
      </w:r>
    </w:p>
    <w:p>
      <w:pPr>
        <w:spacing w:before="20" w:after="20"/>
      </w:pPr>
      <w:r>
        <w:rPr>
          <w:sz w:val="22"/>
        </w:rPr>
        <w:t xml:space="preserve">    D. 人的认识总是由个别上升到一般再到个别的辩证过程</w:t>
      </w:r>
    </w:p>
    <w:p>
      <w:pPr>
        <w:spacing w:before="160"/>
      </w:pPr>
      <w:r>
        <w:rPr>
          <w:b/>
          <w:sz w:val="22"/>
        </w:rPr>
        <w:t>33. 唯物史观和唯心史观在谁是历史创造者问题上的根本对立在于是否承认( )。</w:t>
      </w:r>
    </w:p>
    <w:p>
      <w:pPr>
        <w:spacing w:before="20" w:after="20"/>
      </w:pPr>
      <w:r>
        <w:rPr>
          <w:sz w:val="22"/>
        </w:rPr>
        <w:t xml:space="preserve">    A. 人的意识在历史活动中有能动作用</w:t>
      </w:r>
    </w:p>
    <w:p>
      <w:pPr>
        <w:spacing w:before="20" w:after="20"/>
      </w:pPr>
      <w:r>
        <w:rPr>
          <w:sz w:val="22"/>
        </w:rPr>
        <w:t xml:space="preserve">    B. 人民群众是历史的创造者</w:t>
      </w:r>
    </w:p>
    <w:p>
      <w:pPr>
        <w:spacing w:before="20" w:after="20"/>
      </w:pPr>
      <w:r>
        <w:rPr>
          <w:sz w:val="22"/>
        </w:rPr>
        <w:t xml:space="preserve">    C. 杰出人物在历史上的突出作用</w:t>
      </w:r>
    </w:p>
    <w:p>
      <w:pPr>
        <w:spacing w:before="20" w:after="20"/>
      </w:pPr>
      <w:r>
        <w:rPr>
          <w:sz w:val="22"/>
        </w:rPr>
        <w:t xml:space="preserve">    D. 知识分子在历史上起决定作用</w:t>
      </w:r>
    </w:p>
    <w:p>
      <w:pPr>
        <w:spacing w:before="160"/>
      </w:pPr>
      <w:r>
        <w:rPr>
          <w:b/>
          <w:sz w:val="22"/>
        </w:rPr>
        <w:t>34. ( )是实现社会形态变革的首要、基本的标志。</w:t>
      </w:r>
    </w:p>
    <w:p>
      <w:pPr>
        <w:spacing w:before="20" w:after="20"/>
      </w:pPr>
      <w:r>
        <w:rPr>
          <w:sz w:val="22"/>
        </w:rPr>
        <w:t xml:space="preserve">    A. 国家意识形态采取新的形式</w:t>
      </w:r>
    </w:p>
    <w:p>
      <w:pPr>
        <w:spacing w:before="20" w:after="20"/>
      </w:pPr>
      <w:r>
        <w:rPr>
          <w:sz w:val="22"/>
        </w:rPr>
        <w:t xml:space="preserve">    B. 社会经济体制发生变革</w:t>
      </w:r>
    </w:p>
    <w:p>
      <w:pPr>
        <w:spacing w:before="20" w:after="20"/>
      </w:pPr>
      <w:r>
        <w:rPr>
          <w:sz w:val="22"/>
        </w:rPr>
        <w:t xml:space="preserve">    C. 社会基本矛盾彻底解决</w:t>
      </w:r>
    </w:p>
    <w:p>
      <w:pPr>
        <w:spacing w:before="20" w:after="20"/>
      </w:pPr>
      <w:r>
        <w:rPr>
          <w:sz w:val="22"/>
        </w:rPr>
        <w:t xml:space="preserve">    D. 国家政权转移到革命阶级手里</w:t>
      </w:r>
    </w:p>
    <w:p>
      <w:pPr>
        <w:spacing w:before="160"/>
      </w:pPr>
      <w:r>
        <w:rPr>
          <w:b/>
          <w:sz w:val="22"/>
        </w:rPr>
        <w:t>35. 把世界的本原归结为某种或某几种具体物质形态的观点属于( )。</w:t>
      </w:r>
    </w:p>
    <w:p>
      <w:pPr>
        <w:spacing w:before="20" w:after="20"/>
      </w:pPr>
      <w:r>
        <w:rPr>
          <w:sz w:val="22"/>
        </w:rPr>
        <w:t xml:space="preserve">    A. 形而上学唯物主义</w:t>
      </w:r>
    </w:p>
    <w:p>
      <w:pPr>
        <w:spacing w:before="20" w:after="20"/>
      </w:pPr>
      <w:r>
        <w:rPr>
          <w:sz w:val="22"/>
        </w:rPr>
        <w:t xml:space="preserve">    B. 朴素唯物主义</w:t>
      </w:r>
    </w:p>
    <w:p>
      <w:pPr>
        <w:spacing w:before="20" w:after="20"/>
      </w:pPr>
      <w:r>
        <w:rPr>
          <w:sz w:val="22"/>
        </w:rPr>
        <w:t xml:space="preserve">    C. 唯心主义</w:t>
      </w:r>
    </w:p>
    <w:p>
      <w:pPr>
        <w:spacing w:before="20" w:after="20"/>
      </w:pPr>
      <w:r>
        <w:rPr>
          <w:sz w:val="22"/>
        </w:rPr>
        <w:t xml:space="preserve">    D. 辩证唯物主义</w:t>
      </w:r>
    </w:p>
    <w:p>
      <w:pPr>
        <w:spacing w:before="160"/>
      </w:pPr>
      <w:r>
        <w:rPr>
          <w:b/>
          <w:sz w:val="22"/>
        </w:rPr>
        <w:t>36. 英雄人物的活动是理解历史发展的基本线索，这种观点是( )。</w:t>
      </w:r>
    </w:p>
    <w:p>
      <w:pPr>
        <w:spacing w:before="20" w:after="20"/>
      </w:pPr>
      <w:r>
        <w:rPr>
          <w:sz w:val="22"/>
        </w:rPr>
        <w:t xml:space="preserve">    A. 辩证主义的观点</w:t>
      </w:r>
    </w:p>
    <w:p>
      <w:pPr>
        <w:spacing w:before="20" w:after="20"/>
      </w:pPr>
      <w:r>
        <w:rPr>
          <w:sz w:val="22"/>
        </w:rPr>
        <w:t xml:space="preserve">    B. 唯物史观的观点</w:t>
      </w:r>
    </w:p>
    <w:p>
      <w:pPr>
        <w:spacing w:before="20" w:after="20"/>
      </w:pPr>
      <w:r>
        <w:rPr>
          <w:sz w:val="22"/>
        </w:rPr>
        <w:t xml:space="preserve">    C. 历史主义的观点</w:t>
      </w:r>
    </w:p>
    <w:p>
      <w:pPr>
        <w:spacing w:before="20" w:after="20"/>
      </w:pPr>
      <w:r>
        <w:rPr>
          <w:sz w:val="22"/>
        </w:rPr>
        <w:t xml:space="preserve">    D. 历史唯心主义</w:t>
      </w:r>
    </w:p>
    <w:p>
      <w:pPr>
        <w:spacing w:before="160"/>
      </w:pPr>
      <w:r>
        <w:rPr>
          <w:b/>
          <w:sz w:val="22"/>
        </w:rPr>
        <w:t>37. “批判的武器不能代替武器的批判，物质力量只能用物质力量摧毁，理论一经掌握群众，也会变成物质力量。”这一论断包含的哲学思想是( )。 ‌</w:t>
      </w:r>
    </w:p>
    <w:p>
      <w:pPr>
        <w:spacing w:before="20" w:after="20"/>
      </w:pPr>
      <w:r>
        <w:rPr>
          <w:sz w:val="22"/>
        </w:rPr>
        <w:t xml:space="preserve">    A. 理论本身就是物质力量</w:t>
      </w:r>
    </w:p>
    <w:p>
      <w:pPr>
        <w:spacing w:before="20" w:after="20"/>
      </w:pPr>
      <w:r>
        <w:rPr>
          <w:sz w:val="22"/>
        </w:rPr>
        <w:t xml:space="preserve">    B. 意识不具有创造性</w:t>
      </w:r>
    </w:p>
    <w:p>
      <w:pPr>
        <w:spacing w:before="20" w:after="20"/>
      </w:pPr>
      <w:r>
        <w:rPr>
          <w:sz w:val="22"/>
        </w:rPr>
        <w:t xml:space="preserve">    C. 意识具有指导实践改造客观世界的作用</w:t>
      </w:r>
    </w:p>
    <w:p>
      <w:pPr>
        <w:spacing w:before="20" w:after="20"/>
      </w:pPr>
      <w:r>
        <w:rPr>
          <w:sz w:val="22"/>
        </w:rPr>
        <w:t xml:space="preserve">    D. 意识决定现实世界</w:t>
      </w:r>
    </w:p>
    <w:p>
      <w:pPr>
        <w:spacing w:before="160"/>
      </w:pPr>
      <w:r>
        <w:rPr>
          <w:b/>
          <w:sz w:val="22"/>
        </w:rPr>
        <w:t>38. 恩格斯指出:“小生产只能同生产和社会狭隘的、自然生产的界限相容，因而它发展到一定程度就产生消灭它自身的手段”。这说明否定( )。</w:t>
      </w:r>
    </w:p>
    <w:p>
      <w:pPr>
        <w:spacing w:before="20" w:after="20"/>
      </w:pPr>
      <w:r>
        <w:rPr>
          <w:sz w:val="22"/>
        </w:rPr>
        <w:t xml:space="preserve">    A. 是矛盾运动的原因</w:t>
      </w:r>
    </w:p>
    <w:p>
      <w:pPr>
        <w:spacing w:before="20" w:after="20"/>
      </w:pPr>
      <w:r>
        <w:rPr>
          <w:sz w:val="22"/>
        </w:rPr>
        <w:t xml:space="preserve">    B. 是外部自然的产物</w:t>
      </w:r>
    </w:p>
    <w:p>
      <w:pPr>
        <w:spacing w:before="20" w:after="20"/>
      </w:pPr>
      <w:r>
        <w:rPr>
          <w:sz w:val="22"/>
        </w:rPr>
        <w:t xml:space="preserve">    C. 是事物自身的否定</w:t>
      </w:r>
    </w:p>
    <w:p>
      <w:pPr>
        <w:spacing w:before="20" w:after="20"/>
      </w:pPr>
      <w:r>
        <w:rPr>
          <w:sz w:val="22"/>
        </w:rPr>
        <w:t xml:space="preserve">    D. 是一次完成的</w:t>
      </w:r>
    </w:p>
    <w:p>
      <w:pPr>
        <w:spacing w:before="160"/>
      </w:pPr>
      <w:r>
        <w:rPr>
          <w:b/>
          <w:sz w:val="22"/>
        </w:rPr>
        <w:t>39. 共产主义是人类解放的实现。共产主义社会的根本特征是( )。</w:t>
      </w:r>
    </w:p>
    <w:p>
      <w:pPr>
        <w:spacing w:before="20" w:after="20"/>
      </w:pPr>
      <w:r>
        <w:rPr>
          <w:sz w:val="22"/>
        </w:rPr>
        <w:t xml:space="preserve">    A. 物质财富极大丰富，消费资料按需分配</w:t>
      </w:r>
    </w:p>
    <w:p>
      <w:pPr>
        <w:spacing w:before="20" w:after="20"/>
      </w:pPr>
      <w:r>
        <w:rPr>
          <w:sz w:val="22"/>
        </w:rPr>
        <w:t xml:space="preserve">    B. 社会关系高度和谐</w:t>
      </w:r>
    </w:p>
    <w:p>
      <w:pPr>
        <w:spacing w:before="20" w:after="20"/>
      </w:pPr>
      <w:r>
        <w:rPr>
          <w:sz w:val="22"/>
        </w:rPr>
        <w:t xml:space="preserve">    C. 人们精神境界极大提高</w:t>
      </w:r>
    </w:p>
    <w:p>
      <w:pPr>
        <w:spacing w:before="20" w:after="20"/>
      </w:pPr>
      <w:r>
        <w:rPr>
          <w:sz w:val="22"/>
        </w:rPr>
        <w:t xml:space="preserve">    D. 实现人的自由而全面的发展</w:t>
      </w:r>
    </w:p>
    <w:p>
      <w:pPr>
        <w:spacing w:before="160"/>
      </w:pPr>
      <w:r>
        <w:rPr>
          <w:b/>
          <w:sz w:val="22"/>
        </w:rPr>
        <w:t>40. 关于资本主义劳动过程，下列说法中正确的是( )。</w:t>
      </w:r>
    </w:p>
    <w:p>
      <w:pPr>
        <w:spacing w:before="20" w:after="20"/>
      </w:pPr>
      <w:r>
        <w:rPr>
          <w:sz w:val="22"/>
        </w:rPr>
        <w:t xml:space="preserve">    A. 劳动成果或产品全部归资本家所有</w:t>
      </w:r>
    </w:p>
    <w:p>
      <w:pPr>
        <w:spacing w:before="20" w:after="20"/>
      </w:pPr>
      <w:r>
        <w:rPr>
          <w:sz w:val="22"/>
        </w:rPr>
        <w:t xml:space="preserve">    B. 是工人自由创造的劳动过程</w:t>
      </w:r>
    </w:p>
    <w:p>
      <w:pPr>
        <w:spacing w:before="20" w:after="20"/>
      </w:pPr>
      <w:r>
        <w:rPr>
          <w:sz w:val="22"/>
        </w:rPr>
        <w:t xml:space="preserve">    C. 生产以满足资本家的生活需要为目的</w:t>
      </w:r>
    </w:p>
    <w:p>
      <w:pPr>
        <w:spacing w:before="20" w:after="20"/>
      </w:pPr>
      <w:r>
        <w:rPr>
          <w:sz w:val="22"/>
        </w:rPr>
        <w:t xml:space="preserve">    D. 生产以满足工人的生活需要为目的</w:t>
      </w:r>
    </w:p>
    <w:p>
      <w:pPr>
        <w:spacing w:before="160"/>
      </w:pPr>
      <w:r>
        <w:rPr>
          <w:b/>
          <w:sz w:val="22"/>
        </w:rPr>
        <w:t>41. 变化泛指事物发生的一切改变，( )则是事物变化中前进的、上升的运动。</w:t>
      </w:r>
    </w:p>
    <w:p>
      <w:pPr>
        <w:spacing w:before="20" w:after="20"/>
      </w:pPr>
      <w:r>
        <w:rPr>
          <w:sz w:val="22"/>
        </w:rPr>
        <w:t xml:space="preserve">    A. 发展</w:t>
      </w:r>
    </w:p>
    <w:p>
      <w:pPr>
        <w:spacing w:before="20" w:after="20"/>
      </w:pPr>
      <w:r>
        <w:rPr>
          <w:sz w:val="22"/>
        </w:rPr>
        <w:t xml:space="preserve">    B. 联系</w:t>
      </w:r>
    </w:p>
    <w:p>
      <w:pPr>
        <w:spacing w:before="20" w:after="20"/>
      </w:pPr>
      <w:r>
        <w:rPr>
          <w:sz w:val="22"/>
        </w:rPr>
        <w:t xml:space="preserve">    C. 运动</w:t>
      </w:r>
    </w:p>
    <w:p>
      <w:pPr>
        <w:spacing w:before="20" w:after="20"/>
      </w:pPr>
      <w:r>
        <w:rPr>
          <w:sz w:val="22"/>
        </w:rPr>
        <w:t xml:space="preserve">    D. 静止</w:t>
      </w:r>
    </w:p>
    <w:p>
      <w:pPr>
        <w:spacing w:before="160"/>
      </w:pPr>
      <w:r>
        <w:rPr>
          <w:b/>
          <w:sz w:val="22"/>
        </w:rPr>
        <w:t>42. 马克思指出:“正像古代各民族是在想象中、在神话中经历了自己的史前时期一样，我们德国人在思想中、在哲学中经历了自己的未来的历史”，这说明( )。</w:t>
      </w:r>
    </w:p>
    <w:p>
      <w:pPr>
        <w:spacing w:before="20" w:after="20"/>
      </w:pPr>
      <w:r>
        <w:rPr>
          <w:sz w:val="22"/>
        </w:rPr>
        <w:t xml:space="preserve">    A. 社会意识受制于社会存在</w:t>
      </w:r>
    </w:p>
    <w:p>
      <w:pPr>
        <w:spacing w:before="20" w:after="20"/>
      </w:pPr>
      <w:r>
        <w:rPr>
          <w:sz w:val="22"/>
        </w:rPr>
        <w:t xml:space="preserve">    B. 社会意识能够摆脱社会存在</w:t>
      </w:r>
    </w:p>
    <w:p>
      <w:pPr>
        <w:spacing w:before="20" w:after="20"/>
      </w:pPr>
      <w:r>
        <w:rPr>
          <w:sz w:val="22"/>
        </w:rPr>
        <w:t xml:space="preserve">    C. 社会意识具有相对独立性</w:t>
      </w:r>
    </w:p>
    <w:p>
      <w:pPr>
        <w:spacing w:before="20" w:after="20"/>
      </w:pPr>
      <w:r>
        <w:rPr>
          <w:sz w:val="22"/>
        </w:rPr>
        <w:t xml:space="preserve">    D. 社会意识决定社会存在</w:t>
      </w:r>
    </w:p>
    <w:p>
      <w:pPr>
        <w:spacing w:before="160"/>
      </w:pPr>
      <w:r>
        <w:rPr>
          <w:b/>
          <w:sz w:val="22"/>
        </w:rPr>
        <w:t>43. 习近平总书记在党的二十大报告中指出:“坚持把国家和民族发展放在自己力量的基点上，坚持把中国发展进步的命运牢牢掌握在自己手中。”这一论断蕴含的哲理是( )。</w:t>
      </w:r>
    </w:p>
    <w:p>
      <w:pPr>
        <w:spacing w:before="20" w:after="20"/>
      </w:pPr>
      <w:r>
        <w:rPr>
          <w:sz w:val="22"/>
        </w:rPr>
        <w:t xml:space="preserve">    A. 内因是事物发展变化的根据，决定着事物发展的基本趋势</w:t>
      </w:r>
    </w:p>
    <w:p>
      <w:pPr>
        <w:spacing w:before="20" w:after="20"/>
      </w:pPr>
      <w:r>
        <w:rPr>
          <w:sz w:val="22"/>
        </w:rPr>
        <w:t xml:space="preserve">    B. 人们在自己选定的条件下创造历史，要发扬历史主动精神</w:t>
      </w:r>
    </w:p>
    <w:p>
      <w:pPr>
        <w:spacing w:before="20" w:after="20"/>
      </w:pPr>
      <w:r>
        <w:rPr>
          <w:sz w:val="22"/>
        </w:rPr>
        <w:t xml:space="preserve">    C. 量变是质变的必要准备，质变是量变的必然结果</w:t>
      </w:r>
    </w:p>
    <w:p>
      <w:pPr>
        <w:spacing w:before="20" w:after="20"/>
      </w:pPr>
      <w:r>
        <w:rPr>
          <w:sz w:val="22"/>
        </w:rPr>
        <w:t xml:space="preserve">    D. 新事物在本质上优越于旧事物，具有强大生命力</w:t>
      </w:r>
    </w:p>
    <w:p>
      <w:pPr>
        <w:spacing w:before="160"/>
      </w:pPr>
      <w:r>
        <w:rPr>
          <w:b/>
          <w:sz w:val="22"/>
        </w:rPr>
        <w:t>44. 资本主义国家的对内职能，主要是( )。</w:t>
      </w:r>
    </w:p>
    <w:p>
      <w:pPr>
        <w:spacing w:before="20" w:after="20"/>
      </w:pPr>
      <w:r>
        <w:rPr>
          <w:sz w:val="22"/>
        </w:rPr>
        <w:t xml:space="preserve">    A. 社会管理职能</w:t>
      </w:r>
    </w:p>
    <w:p>
      <w:pPr>
        <w:spacing w:before="20" w:after="20"/>
      </w:pPr>
      <w:r>
        <w:rPr>
          <w:sz w:val="22"/>
        </w:rPr>
        <w:t xml:space="preserve">    B. 政治统治的职能</w:t>
      </w:r>
    </w:p>
    <w:p>
      <w:pPr>
        <w:spacing w:before="20" w:after="20"/>
      </w:pPr>
      <w:r>
        <w:rPr>
          <w:sz w:val="22"/>
        </w:rPr>
        <w:t xml:space="preserve">    C. 管理邮政、铁路、水利等事业的职能</w:t>
      </w:r>
    </w:p>
    <w:p>
      <w:pPr>
        <w:spacing w:before="20" w:after="20"/>
      </w:pPr>
      <w:r>
        <w:rPr>
          <w:sz w:val="22"/>
        </w:rPr>
        <w:t xml:space="preserve">    D. 管理文教、卫生保健、社会福利等事业的职能</w:t>
      </w:r>
    </w:p>
    <w:p>
      <w:pPr>
        <w:spacing w:before="160"/>
      </w:pPr>
      <w:r>
        <w:rPr>
          <w:b/>
          <w:sz w:val="22"/>
        </w:rPr>
        <w:t>45. 相信“意念移物”，甚至相信可以用意念来直接改变物质结构，就是信奉( )。</w:t>
      </w:r>
    </w:p>
    <w:p>
      <w:pPr>
        <w:spacing w:before="20" w:after="20"/>
      </w:pPr>
      <w:r>
        <w:rPr>
          <w:sz w:val="22"/>
        </w:rPr>
        <w:t xml:space="preserve">    A. 主张精神主宰客观物质世界的主观唯心论</w:t>
      </w:r>
    </w:p>
    <w:p>
      <w:pPr>
        <w:spacing w:before="20" w:after="20"/>
      </w:pPr>
      <w:r>
        <w:rPr>
          <w:sz w:val="22"/>
        </w:rPr>
        <w:t xml:space="preserve">    B. 主张精神是脱离人脑独立存在的客观唯心论</w:t>
      </w:r>
    </w:p>
    <w:p>
      <w:pPr>
        <w:spacing w:before="20" w:after="20"/>
      </w:pPr>
      <w:r>
        <w:rPr>
          <w:sz w:val="22"/>
        </w:rPr>
        <w:t xml:space="preserve">    C. 认为人的思想是特殊物质的机械唯物主义</w:t>
      </w:r>
    </w:p>
    <w:p>
      <w:pPr>
        <w:spacing w:before="20" w:after="20"/>
      </w:pPr>
      <w:r>
        <w:rPr>
          <w:sz w:val="22"/>
        </w:rPr>
        <w:t xml:space="preserve">    D. 认为人具有主观能动性的实践唯物主义</w:t>
      </w:r>
    </w:p>
    <w:p>
      <w:pPr>
        <w:spacing w:before="160"/>
      </w:pPr>
      <w:r>
        <w:rPr>
          <w:b/>
          <w:sz w:val="22"/>
        </w:rPr>
        <w:t>46. 一项医学研究表明乐观有助改善新陈代谢、减轻炎症反应等，乐观者与悲观者相比，全因死亡风险低14%。这说明( )。</w:t>
      </w:r>
    </w:p>
    <w:p>
      <w:pPr>
        <w:spacing w:before="20" w:after="20"/>
      </w:pPr>
      <w:r>
        <w:rPr>
          <w:sz w:val="22"/>
        </w:rPr>
        <w:t xml:space="preserve">    A. 心态决定着寿命的长短</w:t>
      </w:r>
    </w:p>
    <w:p>
      <w:pPr>
        <w:spacing w:before="20" w:after="20"/>
      </w:pPr>
      <w:r>
        <w:rPr>
          <w:sz w:val="22"/>
        </w:rPr>
        <w:t xml:space="preserve">    B. 只有乐观的意识能够改造世界</w:t>
      </w:r>
    </w:p>
    <w:p>
      <w:pPr>
        <w:spacing w:before="20" w:after="20"/>
      </w:pPr>
      <w:r>
        <w:rPr>
          <w:sz w:val="22"/>
        </w:rPr>
        <w:t xml:space="preserve">    C. 乐观的意识能够影响人的生理活动</w:t>
      </w:r>
    </w:p>
    <w:p>
      <w:pPr>
        <w:spacing w:before="20" w:after="20"/>
      </w:pPr>
      <w:r>
        <w:rPr>
          <w:sz w:val="22"/>
        </w:rPr>
        <w:t xml:space="preserve">    D. 乐观的意识是对世界的正确反映</w:t>
      </w:r>
    </w:p>
    <w:p>
      <w:pPr>
        <w:spacing w:before="160"/>
      </w:pPr>
      <w:r>
        <w:rPr>
          <w:b/>
          <w:sz w:val="22"/>
        </w:rPr>
        <w:t>47. 2021年3月11日，十三届全国人大四次会议表决通过了《关于国民经济和社会发展第十四个五年规划和2035年远景目标纲要的决议》。制定五年规划对我国经济社会发展具有重要意义，五年规划的制定说明意识( )。</w:t>
      </w:r>
    </w:p>
    <w:p>
      <w:pPr>
        <w:spacing w:before="20" w:after="20"/>
      </w:pPr>
      <w:r>
        <w:rPr>
          <w:sz w:val="22"/>
        </w:rPr>
        <w:t xml:space="preserve">    A. 具有目的性和计划性</w:t>
      </w:r>
    </w:p>
    <w:p>
      <w:pPr>
        <w:spacing w:before="20" w:after="20"/>
      </w:pPr>
      <w:r>
        <w:rPr>
          <w:sz w:val="22"/>
        </w:rPr>
        <w:t xml:space="preserve">    B. 能够直观反映现实</w:t>
      </w:r>
    </w:p>
    <w:p>
      <w:pPr>
        <w:spacing w:before="20" w:after="20"/>
      </w:pPr>
      <w:r>
        <w:rPr>
          <w:sz w:val="22"/>
        </w:rPr>
        <w:t xml:space="preserve">    C. 在内容上是主观的</w:t>
      </w:r>
    </w:p>
    <w:p>
      <w:pPr>
        <w:spacing w:before="20" w:after="20"/>
      </w:pPr>
      <w:r>
        <w:rPr>
          <w:sz w:val="22"/>
        </w:rPr>
        <w:t xml:space="preserve">    D. 能够任意对感性材料加工创造</w:t>
      </w:r>
    </w:p>
    <w:p>
      <w:pPr>
        <w:spacing w:before="160"/>
      </w:pPr>
      <w:r>
        <w:rPr>
          <w:b/>
          <w:sz w:val="22"/>
        </w:rPr>
        <w:t>48. 辩证否定的实质是“扬弃”。“扬弃”是指新事物对旧事物( )。</w:t>
      </w:r>
    </w:p>
    <w:p>
      <w:pPr>
        <w:spacing w:before="20" w:after="20"/>
      </w:pPr>
      <w:r>
        <w:rPr>
          <w:sz w:val="22"/>
        </w:rPr>
        <w:t xml:space="preserve">    A. 既克服又保留</w:t>
      </w:r>
    </w:p>
    <w:p>
      <w:pPr>
        <w:spacing w:before="20" w:after="20"/>
      </w:pPr>
      <w:r>
        <w:rPr>
          <w:sz w:val="22"/>
        </w:rPr>
        <w:t xml:space="preserve">    B. 绝对的否定</w:t>
      </w:r>
    </w:p>
    <w:p>
      <w:pPr>
        <w:spacing w:before="20" w:after="20"/>
      </w:pPr>
      <w:r>
        <w:rPr>
          <w:sz w:val="22"/>
        </w:rPr>
        <w:t xml:space="preserve">    C. 不包含肯定的否定</w:t>
      </w:r>
    </w:p>
    <w:p>
      <w:pPr>
        <w:spacing w:before="20" w:after="20"/>
      </w:pPr>
      <w:r>
        <w:rPr>
          <w:sz w:val="22"/>
        </w:rPr>
        <w:t xml:space="preserve">    D. 外在的否定</w:t>
      </w:r>
    </w:p>
    <w:p>
      <w:pPr>
        <w:spacing w:before="160"/>
      </w:pPr>
      <w:r>
        <w:rPr>
          <w:b/>
          <w:sz w:val="22"/>
        </w:rPr>
        <w:t>49. ( )标志着简单商品生产发展到资本主义商品生产的新阶段。</w:t>
      </w:r>
    </w:p>
    <w:p>
      <w:pPr>
        <w:spacing w:before="20" w:after="20"/>
      </w:pPr>
      <w:r>
        <w:rPr>
          <w:sz w:val="22"/>
        </w:rPr>
        <w:t xml:space="preserve">    A. 劳动力成为商品</w:t>
      </w:r>
    </w:p>
    <w:p>
      <w:pPr>
        <w:spacing w:before="20" w:after="20"/>
      </w:pPr>
      <w:r>
        <w:rPr>
          <w:sz w:val="22"/>
        </w:rPr>
        <w:t xml:space="preserve">    B. 资本主义制度的确立</w:t>
      </w:r>
    </w:p>
    <w:p>
      <w:pPr>
        <w:spacing w:before="20" w:after="20"/>
      </w:pPr>
      <w:r>
        <w:rPr>
          <w:sz w:val="22"/>
        </w:rPr>
        <w:t xml:space="preserve">    C. 私人劳动和社会劳动矛盾的解决</w:t>
      </w:r>
    </w:p>
    <w:p>
      <w:pPr>
        <w:spacing w:before="20" w:after="20"/>
      </w:pPr>
      <w:r>
        <w:rPr>
          <w:sz w:val="22"/>
        </w:rPr>
        <w:t xml:space="preserve">    D. 商品完成“惊险的跳跃”</w:t>
      </w:r>
    </w:p>
    <w:p>
      <w:pPr>
        <w:spacing w:before="160"/>
      </w:pPr>
      <w:r>
        <w:rPr>
          <w:b/>
          <w:sz w:val="22"/>
        </w:rPr>
        <w:t>50. 明代诗人曾写道:“空手把锄头，步行骑水牛。人在桥上走，桥流水不流。”从辩证唯物主义来理解，“水不流”体现的是( )。</w:t>
      </w:r>
    </w:p>
    <w:p>
      <w:pPr>
        <w:spacing w:before="20" w:after="20"/>
      </w:pPr>
      <w:r>
        <w:rPr>
          <w:sz w:val="22"/>
        </w:rPr>
        <w:t xml:space="preserve">    A. 物质运动的变动性</w:t>
      </w:r>
    </w:p>
    <w:p>
      <w:pPr>
        <w:spacing w:before="20" w:after="20"/>
      </w:pPr>
      <w:r>
        <w:rPr>
          <w:sz w:val="22"/>
        </w:rPr>
        <w:t xml:space="preserve">    B. 物质运动的稳定性</w:t>
      </w:r>
    </w:p>
    <w:p>
      <w:pPr>
        <w:spacing w:before="20" w:after="20"/>
      </w:pPr>
      <w:r>
        <w:rPr>
          <w:sz w:val="22"/>
        </w:rPr>
        <w:t xml:space="preserve">    C. 物质运动的一维性</w:t>
      </w:r>
    </w:p>
    <w:p>
      <w:pPr>
        <w:spacing w:before="20" w:after="20"/>
      </w:pPr>
      <w:r>
        <w:rPr>
          <w:sz w:val="22"/>
        </w:rPr>
        <w:t xml:space="preserve">    D. 物质运动的三维性</w:t>
      </w:r>
    </w:p>
    <w:p>
      <w:pPr>
        <w:spacing w:before="160"/>
      </w:pPr>
      <w:r>
        <w:rPr>
          <w:b/>
          <w:sz w:val="22"/>
        </w:rPr>
        <w:t>51. 人类社会物质性的集中体现是( )。</w:t>
      </w:r>
    </w:p>
    <w:p>
      <w:pPr>
        <w:spacing w:before="20" w:after="20"/>
      </w:pPr>
      <w:r>
        <w:rPr>
          <w:sz w:val="22"/>
        </w:rPr>
        <w:t xml:space="preserve">    A. 生产方式</w:t>
      </w:r>
    </w:p>
    <w:p>
      <w:pPr>
        <w:spacing w:before="20" w:after="20"/>
      </w:pPr>
      <w:r>
        <w:rPr>
          <w:sz w:val="22"/>
        </w:rPr>
        <w:t xml:space="preserve">    B. 自然地理环境</w:t>
      </w:r>
    </w:p>
    <w:p>
      <w:pPr>
        <w:spacing w:before="20" w:after="20"/>
      </w:pPr>
      <w:r>
        <w:rPr>
          <w:sz w:val="22"/>
        </w:rPr>
        <w:t xml:space="preserve">    C. 人口</w:t>
      </w:r>
    </w:p>
    <w:p>
      <w:pPr>
        <w:spacing w:before="20" w:after="20"/>
      </w:pPr>
      <w:r>
        <w:rPr>
          <w:sz w:val="22"/>
        </w:rPr>
        <w:t xml:space="preserve">    D. 文化</w:t>
      </w:r>
    </w:p>
    <w:p>
      <w:pPr>
        <w:spacing w:before="160"/>
      </w:pPr>
      <w:r>
        <w:rPr>
          <w:b/>
          <w:sz w:val="22"/>
        </w:rPr>
        <w:t>52. 资本家竞相改进技术的主观动机是( )。</w:t>
      </w:r>
    </w:p>
    <w:p>
      <w:pPr>
        <w:spacing w:before="20" w:after="20"/>
      </w:pPr>
      <w:r>
        <w:rPr>
          <w:sz w:val="22"/>
        </w:rPr>
        <w:t xml:space="preserve">    A. 降低劳动力价值</w:t>
      </w:r>
    </w:p>
    <w:p>
      <w:pPr>
        <w:spacing w:before="20" w:after="20"/>
      </w:pPr>
      <w:r>
        <w:rPr>
          <w:sz w:val="22"/>
        </w:rPr>
        <w:t xml:space="preserve">    B. 追逐超额剩余价值</w:t>
      </w:r>
    </w:p>
    <w:p>
      <w:pPr>
        <w:spacing w:before="20" w:after="20"/>
      </w:pPr>
      <w:r>
        <w:rPr>
          <w:sz w:val="22"/>
        </w:rPr>
        <w:t xml:space="preserve">    C. 获取绝对剩余价值</w:t>
      </w:r>
    </w:p>
    <w:p>
      <w:pPr>
        <w:spacing w:before="20" w:after="20"/>
      </w:pPr>
      <w:r>
        <w:rPr>
          <w:sz w:val="22"/>
        </w:rPr>
        <w:t xml:space="preserve">    D. 获取相对剩余价值</w:t>
      </w:r>
    </w:p>
    <w:p>
      <w:pPr>
        <w:spacing w:before="160"/>
      </w:pPr>
      <w:r>
        <w:rPr>
          <w:b/>
          <w:sz w:val="22"/>
        </w:rPr>
        <w:t>53. “调查研究是从实际出发的中心一环。没有调查就没有发言权，没有调查也没有决策权。”调查才能获得第一手材料，获得感性认识。感性认识的突出特点是( )。</w:t>
      </w:r>
    </w:p>
    <w:p>
      <w:pPr>
        <w:spacing w:before="20" w:after="20"/>
      </w:pPr>
      <w:r>
        <w:rPr>
          <w:sz w:val="22"/>
        </w:rPr>
        <w:t xml:space="preserve">    A. 直接性</w:t>
      </w:r>
    </w:p>
    <w:p>
      <w:pPr>
        <w:spacing w:before="20" w:after="20"/>
      </w:pPr>
      <w:r>
        <w:rPr>
          <w:sz w:val="22"/>
        </w:rPr>
        <w:t xml:space="preserve">    B. 间接性</w:t>
      </w:r>
    </w:p>
    <w:p>
      <w:pPr>
        <w:spacing w:before="20" w:after="20"/>
      </w:pPr>
      <w:r>
        <w:rPr>
          <w:sz w:val="22"/>
        </w:rPr>
        <w:t xml:space="preserve">    C. 抽象性</w:t>
      </w:r>
    </w:p>
    <w:p>
      <w:pPr>
        <w:spacing w:before="20" w:after="20"/>
      </w:pPr>
      <w:r>
        <w:rPr>
          <w:sz w:val="22"/>
        </w:rPr>
        <w:t xml:space="preserve">    D. 深刻性</w:t>
      </w:r>
    </w:p>
    <w:p>
      <w:pPr>
        <w:spacing w:before="160"/>
      </w:pPr>
      <w:r>
        <w:rPr>
          <w:b/>
          <w:sz w:val="22"/>
        </w:rPr>
        <w:t>54. 列宁认为:“世界上除了运动着的物质之外，什么也没有”，这种观点属于( )。</w:t>
      </w:r>
    </w:p>
    <w:p>
      <w:pPr>
        <w:spacing w:before="20" w:after="20"/>
      </w:pPr>
      <w:r>
        <w:rPr>
          <w:sz w:val="22"/>
        </w:rPr>
        <w:t xml:space="preserve">    A. 否认意识能动性的直观唯物主义</w:t>
      </w:r>
    </w:p>
    <w:p>
      <w:pPr>
        <w:spacing w:before="20" w:after="20"/>
      </w:pPr>
      <w:r>
        <w:rPr>
          <w:sz w:val="22"/>
        </w:rPr>
        <w:t xml:space="preserve">    B. 否认世界可知性的经验批判主义</w:t>
      </w:r>
    </w:p>
    <w:p>
      <w:pPr>
        <w:spacing w:before="20" w:after="20"/>
      </w:pPr>
      <w:r>
        <w:rPr>
          <w:sz w:val="22"/>
        </w:rPr>
        <w:t xml:space="preserve">    C. 认为运动是物质的根本属性的辩证唯物主义</w:t>
      </w:r>
    </w:p>
    <w:p>
      <w:pPr>
        <w:spacing w:before="20" w:after="20"/>
      </w:pPr>
      <w:r>
        <w:rPr>
          <w:sz w:val="22"/>
        </w:rPr>
        <w:t xml:space="preserve">    D. 认为世界运转永恒不变的机械唯物主义</w:t>
      </w:r>
    </w:p>
    <w:p>
      <w:pPr>
        <w:spacing w:before="160"/>
      </w:pPr>
      <w:r>
        <w:rPr>
          <w:b/>
          <w:sz w:val="22"/>
        </w:rPr>
        <w:t>55. 恩格斯指出:“所谓的主观辩证法，不过是在自然中到处发生作用的、对立中的运动的反映。”这表明( )。</w:t>
      </w:r>
    </w:p>
    <w:p>
      <w:pPr>
        <w:spacing w:before="20" w:after="20"/>
      </w:pPr>
      <w:r>
        <w:rPr>
          <w:sz w:val="22"/>
        </w:rPr>
        <w:t xml:space="preserve">    A. 主观辩证法不具备能动性</w:t>
      </w:r>
    </w:p>
    <w:p>
      <w:pPr>
        <w:spacing w:before="20" w:after="20"/>
      </w:pPr>
      <w:r>
        <w:rPr>
          <w:sz w:val="22"/>
        </w:rPr>
        <w:t xml:space="preserve">    B. 主观辩证法与客观辩证法完全一致</w:t>
      </w:r>
    </w:p>
    <w:p>
      <w:pPr>
        <w:spacing w:before="20" w:after="20"/>
      </w:pPr>
      <w:r>
        <w:rPr>
          <w:sz w:val="22"/>
        </w:rPr>
        <w:t xml:space="preserve">    C. 主观辩证法与客观辩证法本质上是统一的</w:t>
      </w:r>
    </w:p>
    <w:p>
      <w:pPr>
        <w:spacing w:before="20" w:after="20"/>
      </w:pPr>
      <w:r>
        <w:rPr>
          <w:sz w:val="22"/>
        </w:rPr>
        <w:t xml:space="preserve">    D. 客观辩证法不能被认识</w:t>
      </w:r>
    </w:p>
    <w:p>
      <w:pPr>
        <w:spacing w:before="160"/>
      </w:pPr>
      <w:r>
        <w:rPr>
          <w:b/>
          <w:sz w:val="22"/>
        </w:rPr>
        <w:t>56. 社会主义国家的改革的性质是( )。</w:t>
      </w:r>
    </w:p>
    <w:p>
      <w:pPr>
        <w:spacing w:before="20" w:after="20"/>
      </w:pPr>
      <w:r>
        <w:rPr>
          <w:sz w:val="22"/>
        </w:rPr>
        <w:t xml:space="preserve">    A. 改变共产党的领导地位</w:t>
      </w:r>
    </w:p>
    <w:p>
      <w:pPr>
        <w:spacing w:before="20" w:after="20"/>
      </w:pPr>
      <w:r>
        <w:rPr>
          <w:sz w:val="22"/>
        </w:rPr>
        <w:t xml:space="preserve">    B. 自下而上的革命</w:t>
      </w:r>
    </w:p>
    <w:p>
      <w:pPr>
        <w:spacing w:before="20" w:after="20"/>
      </w:pPr>
      <w:r>
        <w:rPr>
          <w:sz w:val="22"/>
        </w:rPr>
        <w:t xml:space="preserve">    C. 从根本上改变社会主义制度</w:t>
      </w:r>
    </w:p>
    <w:p>
      <w:pPr>
        <w:spacing w:before="20" w:after="20"/>
      </w:pPr>
      <w:r>
        <w:rPr>
          <w:sz w:val="22"/>
        </w:rPr>
        <w:t xml:space="preserve">    D. 社会主义社会的自我发展和完善</w:t>
      </w:r>
    </w:p>
    <w:p>
      <w:pPr>
        <w:spacing w:before="160"/>
      </w:pPr>
      <w:r>
        <w:rPr>
          <w:b/>
          <w:sz w:val="22"/>
        </w:rPr>
        <w:t>57. 资本主义再生产的特点是扩大再生产。资本家将获得剩余价值的一部分转化为资本，使生产在扩大的规模上重复进行，这就是资本主义扩大再生产。资本主义扩大再生产的源泉是( )。</w:t>
      </w:r>
    </w:p>
    <w:p>
      <w:pPr>
        <w:spacing w:before="20" w:after="20"/>
      </w:pPr>
      <w:r>
        <w:rPr>
          <w:sz w:val="22"/>
        </w:rPr>
        <w:t xml:space="preserve">    A. 资本集中</w:t>
      </w:r>
    </w:p>
    <w:p>
      <w:pPr>
        <w:spacing w:before="20" w:after="20"/>
      </w:pPr>
      <w:r>
        <w:rPr>
          <w:sz w:val="22"/>
        </w:rPr>
        <w:t xml:space="preserve">    B. 资本积累</w:t>
      </w:r>
    </w:p>
    <w:p>
      <w:pPr>
        <w:spacing w:before="20" w:after="20"/>
      </w:pPr>
      <w:r>
        <w:rPr>
          <w:sz w:val="22"/>
        </w:rPr>
        <w:t xml:space="preserve">    C. 资本循环</w:t>
      </w:r>
    </w:p>
    <w:p>
      <w:pPr>
        <w:spacing w:before="20" w:after="20"/>
      </w:pPr>
      <w:r>
        <w:rPr>
          <w:sz w:val="22"/>
        </w:rPr>
        <w:t xml:space="preserve">    D. 资本周转</w:t>
      </w:r>
    </w:p>
    <w:p>
      <w:pPr>
        <w:spacing w:before="160"/>
      </w:pPr>
      <w:r>
        <w:rPr>
          <w:b/>
          <w:sz w:val="22"/>
        </w:rPr>
        <w:t>58. 区分不同生产方式、判定社会经济结构性质的客观依据是( )。</w:t>
      </w:r>
    </w:p>
    <w:p>
      <w:pPr>
        <w:spacing w:before="20" w:after="20"/>
      </w:pPr>
      <w:r>
        <w:rPr>
          <w:sz w:val="22"/>
        </w:rPr>
        <w:t xml:space="preserve">    A. 生产工具的性质</w:t>
      </w:r>
    </w:p>
    <w:p>
      <w:pPr>
        <w:spacing w:before="20" w:after="20"/>
      </w:pPr>
      <w:r>
        <w:rPr>
          <w:sz w:val="22"/>
        </w:rPr>
        <w:t xml:space="preserve">    B. 生产资料所有制</w:t>
      </w:r>
    </w:p>
    <w:p>
      <w:pPr>
        <w:spacing w:before="20" w:after="20"/>
      </w:pPr>
      <w:r>
        <w:rPr>
          <w:sz w:val="22"/>
        </w:rPr>
        <w:t xml:space="preserve">    C. 劳动者发展程度</w:t>
      </w:r>
    </w:p>
    <w:p>
      <w:pPr>
        <w:spacing w:before="20" w:after="20"/>
      </w:pPr>
      <w:r>
        <w:rPr>
          <w:sz w:val="22"/>
        </w:rPr>
        <w:t xml:space="preserve">    D. 科学技术水平</w:t>
      </w:r>
    </w:p>
    <w:p>
      <w:pPr>
        <w:spacing w:before="160"/>
      </w:pPr>
      <w:r>
        <w:rPr>
          <w:b/>
          <w:sz w:val="22"/>
        </w:rPr>
        <w:t>59. 安慰剂是指没有药物治疗作用的片、丸、针剂等，本身没有任何治疗作用，但因患者对医生信任、患者进行自我暗示以及对某种药物疗效的期望等，安慰剂可能起到缓解症状的作用。安慰剂效应说明( )。</w:t>
      </w:r>
    </w:p>
    <w:p>
      <w:pPr>
        <w:spacing w:before="20" w:after="20"/>
      </w:pPr>
      <w:r>
        <w:rPr>
          <w:sz w:val="22"/>
        </w:rPr>
        <w:t xml:space="preserve">    A. 物质世界存在着人们无法认知的领域与现象</w:t>
      </w:r>
    </w:p>
    <w:p>
      <w:pPr>
        <w:spacing w:before="20" w:after="20"/>
      </w:pPr>
      <w:r>
        <w:rPr>
          <w:sz w:val="22"/>
        </w:rPr>
        <w:t xml:space="preserve">    B. 精神的力量可以代替物质的力量</w:t>
      </w:r>
    </w:p>
    <w:p>
      <w:pPr>
        <w:spacing w:before="20" w:after="20"/>
      </w:pPr>
      <w:r>
        <w:rPr>
          <w:sz w:val="22"/>
        </w:rPr>
        <w:t xml:space="preserve">    C. 意识具有调控人的行为和生理活动的作用</w:t>
      </w:r>
    </w:p>
    <w:p>
      <w:pPr>
        <w:spacing w:before="20" w:after="20"/>
      </w:pPr>
      <w:r>
        <w:rPr>
          <w:sz w:val="22"/>
        </w:rPr>
        <w:t xml:space="preserve">    D. 人的本质是变化发展的</w:t>
      </w:r>
    </w:p>
    <w:p>
      <w:pPr>
        <w:spacing w:before="160"/>
      </w:pPr>
      <w:r>
        <w:rPr>
          <w:b/>
          <w:sz w:val="22"/>
        </w:rPr>
        <w:t>60. 共产主义社会中人的自由而全面的发展指的是( )的发展。</w:t>
      </w:r>
    </w:p>
    <w:p>
      <w:pPr>
        <w:spacing w:before="20" w:after="20"/>
      </w:pPr>
      <w:r>
        <w:rPr>
          <w:sz w:val="22"/>
        </w:rPr>
        <w:t xml:space="preserve">    A. 社会统治者</w:t>
      </w:r>
    </w:p>
    <w:p>
      <w:pPr>
        <w:spacing w:before="20" w:after="20"/>
      </w:pPr>
      <w:r>
        <w:rPr>
          <w:sz w:val="22"/>
        </w:rPr>
        <w:t xml:space="preserve">    B. 少数社会精英</w:t>
      </w:r>
    </w:p>
    <w:p>
      <w:pPr>
        <w:spacing w:before="20" w:after="20"/>
      </w:pPr>
      <w:r>
        <w:rPr>
          <w:sz w:val="22"/>
        </w:rPr>
        <w:t xml:space="preserve">    C. 社会管理者</w:t>
      </w:r>
    </w:p>
    <w:p>
      <w:pPr>
        <w:spacing w:before="20" w:after="20"/>
      </w:pPr>
      <w:r>
        <w:rPr>
          <w:sz w:val="22"/>
        </w:rPr>
        <w:t xml:space="preserve">    D. 全体社会成员</w:t>
      </w:r>
    </w:p>
    <w:p>
      <w:pPr>
        <w:spacing w:before="160"/>
      </w:pPr>
      <w:r>
        <w:rPr>
          <w:b/>
          <w:sz w:val="22"/>
        </w:rPr>
        <w:t>61. 我国在社会主义建设时期，以( )和《关于正确处理人民内部矛盾的问题》为主要标志，党对怎样建设社会主义有了自己的新认识。</w:t>
      </w:r>
    </w:p>
    <w:p>
      <w:pPr>
        <w:spacing w:before="20" w:after="20"/>
      </w:pPr>
      <w:r>
        <w:rPr>
          <w:sz w:val="22"/>
        </w:rPr>
        <w:t xml:space="preserve">    A. 《井冈山的斗争》</w:t>
      </w:r>
    </w:p>
    <w:p>
      <w:pPr>
        <w:spacing w:before="20" w:after="20"/>
      </w:pPr>
      <w:r>
        <w:rPr>
          <w:sz w:val="22"/>
        </w:rPr>
        <w:t xml:space="preserve">    B. 《论十大关系》</w:t>
      </w:r>
    </w:p>
    <w:p>
      <w:pPr>
        <w:spacing w:before="20" w:after="20"/>
      </w:pPr>
      <w:r>
        <w:rPr>
          <w:sz w:val="22"/>
        </w:rPr>
        <w:t xml:space="preserve">    C. 《星星之火，可以燎原》</w:t>
      </w:r>
    </w:p>
    <w:p>
      <w:pPr>
        <w:spacing w:before="20" w:after="20"/>
      </w:pPr>
      <w:r>
        <w:rPr>
          <w:sz w:val="22"/>
        </w:rPr>
        <w:t xml:space="preserve">    D. 《矛盾论》</w:t>
      </w:r>
    </w:p>
    <w:p>
      <w:pPr>
        <w:spacing w:before="160"/>
      </w:pPr>
      <w:r>
        <w:rPr>
          <w:b/>
          <w:sz w:val="22"/>
        </w:rPr>
        <w:t>62. 垄断资本所获得的高额利润，归根到底来自于( )。</w:t>
      </w:r>
    </w:p>
    <w:p>
      <w:pPr>
        <w:spacing w:before="20" w:after="20"/>
      </w:pPr>
      <w:r>
        <w:rPr>
          <w:sz w:val="22"/>
        </w:rPr>
        <w:t xml:space="preserve">    A. 垄断资本家的预付资本</w:t>
      </w:r>
    </w:p>
    <w:p>
      <w:pPr>
        <w:spacing w:before="20" w:after="20"/>
      </w:pPr>
      <w:r>
        <w:rPr>
          <w:sz w:val="22"/>
        </w:rPr>
        <w:t xml:space="preserve">    B. 垄断资本家所制定的垄断价格</w:t>
      </w:r>
    </w:p>
    <w:p>
      <w:pPr>
        <w:spacing w:before="20" w:after="20"/>
      </w:pPr>
      <w:r>
        <w:rPr>
          <w:sz w:val="22"/>
        </w:rPr>
        <w:t xml:space="preserve">    C. 劳动工人所创造的剩余价值</w:t>
      </w:r>
    </w:p>
    <w:p>
      <w:pPr>
        <w:spacing w:before="20" w:after="20"/>
      </w:pPr>
      <w:r>
        <w:rPr>
          <w:sz w:val="22"/>
        </w:rPr>
        <w:t xml:space="preserve">    D. 转移到产品中生产资料价值</w:t>
      </w:r>
    </w:p>
    <w:p>
      <w:pPr>
        <w:spacing w:before="160"/>
      </w:pPr>
      <w:r>
        <w:rPr>
          <w:b/>
          <w:sz w:val="22"/>
        </w:rPr>
        <w:t>63. 马赫主义主张世界第一性的东西既不是物质也不是精神，而是感觉经验，强调一切科学理论都不过是假说，不存在真实的外部世界。马赫主义的观点从根本上否认了物质世界的( )。</w:t>
      </w:r>
    </w:p>
    <w:p>
      <w:pPr>
        <w:spacing w:before="20" w:after="20"/>
      </w:pPr>
      <w:r>
        <w:rPr>
          <w:sz w:val="22"/>
        </w:rPr>
        <w:t xml:space="preserve">    A. 主观能动性</w:t>
      </w:r>
    </w:p>
    <w:p>
      <w:pPr>
        <w:spacing w:before="20" w:after="20"/>
      </w:pPr>
      <w:r>
        <w:rPr>
          <w:sz w:val="22"/>
        </w:rPr>
        <w:t xml:space="preserve">    B. 统一性</w:t>
      </w:r>
    </w:p>
    <w:p>
      <w:pPr>
        <w:spacing w:before="20" w:after="20"/>
      </w:pPr>
      <w:r>
        <w:rPr>
          <w:sz w:val="22"/>
        </w:rPr>
        <w:t xml:space="preserve">    C. 多样性</w:t>
      </w:r>
    </w:p>
    <w:p>
      <w:pPr>
        <w:spacing w:before="20" w:after="20"/>
      </w:pPr>
      <w:r>
        <w:rPr>
          <w:sz w:val="22"/>
        </w:rPr>
        <w:t xml:space="preserve">    D. 客观实在性</w:t>
      </w:r>
    </w:p>
    <w:p>
      <w:pPr>
        <w:spacing w:before="160"/>
      </w:pPr>
      <w:r>
        <w:rPr>
          <w:b/>
          <w:sz w:val="22"/>
        </w:rPr>
        <w:t>64. 2023年3、4月份，受持续降雨影响，广东部分地区蔬菜供应不足，叶类蔬菜价格上涨二到三成，个别时令菜涨幅达四成。从政治经济学角度看，“蔬菜涨价”说明( )。</w:t>
      </w:r>
    </w:p>
    <w:p>
      <w:pPr>
        <w:spacing w:before="20" w:after="20"/>
      </w:pPr>
      <w:r>
        <w:rPr>
          <w:sz w:val="22"/>
        </w:rPr>
        <w:t xml:space="preserve">    A. 价值规律不起作用</w:t>
      </w:r>
    </w:p>
    <w:p>
      <w:pPr>
        <w:spacing w:before="20" w:after="20"/>
      </w:pPr>
      <w:r>
        <w:rPr>
          <w:sz w:val="22"/>
        </w:rPr>
        <w:t xml:space="preserve">    B. 市场供求影响了商品的价格</w:t>
      </w:r>
    </w:p>
    <w:p>
      <w:pPr>
        <w:spacing w:before="20" w:after="20"/>
      </w:pPr>
      <w:r>
        <w:rPr>
          <w:sz w:val="22"/>
        </w:rPr>
        <w:t xml:space="preserve">    C. 商品交换以价格为基础</w:t>
      </w:r>
    </w:p>
    <w:p>
      <w:pPr>
        <w:spacing w:before="20" w:after="20"/>
      </w:pPr>
      <w:r>
        <w:rPr>
          <w:sz w:val="22"/>
        </w:rPr>
        <w:t xml:space="preserve">    D. 供求决定商品的价值量</w:t>
      </w:r>
    </w:p>
    <w:p>
      <w:pPr>
        <w:spacing w:before="160"/>
      </w:pPr>
      <w:r>
        <w:rPr>
          <w:b/>
          <w:sz w:val="22"/>
        </w:rPr>
        <w:t>65. 马克思指出:“一切劳动，一方面是人类劳动力在生理学意义上的耗费，……另一方面是人类劳动力在有一定目的的形式上的耗费”，后者指的是劳动二重性中的( )。</w:t>
      </w:r>
    </w:p>
    <w:p>
      <w:pPr>
        <w:spacing w:before="20" w:after="20"/>
      </w:pPr>
      <w:r>
        <w:rPr>
          <w:sz w:val="22"/>
        </w:rPr>
        <w:t xml:space="preserve">    A. 抽象劳动</w:t>
      </w:r>
    </w:p>
    <w:p>
      <w:pPr>
        <w:spacing w:before="20" w:after="20"/>
      </w:pPr>
      <w:r>
        <w:rPr>
          <w:sz w:val="22"/>
        </w:rPr>
        <w:t xml:space="preserve">    B. 具体劳动</w:t>
      </w:r>
    </w:p>
    <w:p>
      <w:pPr>
        <w:spacing w:before="20" w:after="20"/>
      </w:pPr>
      <w:r>
        <w:rPr>
          <w:sz w:val="22"/>
        </w:rPr>
        <w:t xml:space="preserve">    C. 私人劳动</w:t>
      </w:r>
    </w:p>
    <w:p>
      <w:pPr>
        <w:spacing w:before="20" w:after="20"/>
      </w:pPr>
      <w:r>
        <w:rPr>
          <w:sz w:val="22"/>
        </w:rPr>
        <w:t xml:space="preserve">    D. 社会劳动</w:t>
      </w:r>
    </w:p>
    <w:p>
      <w:pPr>
        <w:spacing w:before="160"/>
      </w:pPr>
      <w:r>
        <w:rPr>
          <w:b/>
          <w:sz w:val="22"/>
        </w:rPr>
        <w:t>66. 近年来人工智能快速发展，从“智能服务员”到无人港口，人工智能正在改变人的生活，而实际上在人工智能还没有成为现实的时候，关于人工智能的思想与模型就已经出现在科幻小说的场景中和科学家的论文里，这说明( )。</w:t>
      </w:r>
    </w:p>
    <w:p>
      <w:pPr>
        <w:spacing w:before="20" w:after="20"/>
      </w:pPr>
      <w:r>
        <w:rPr>
          <w:sz w:val="22"/>
        </w:rPr>
        <w:t xml:space="preserve">    A. 意识是实践的基础</w:t>
      </w:r>
    </w:p>
    <w:p>
      <w:pPr>
        <w:spacing w:before="20" w:after="20"/>
      </w:pPr>
      <w:r>
        <w:rPr>
          <w:sz w:val="22"/>
        </w:rPr>
        <w:t xml:space="preserve">    B. 认识是理念的重现</w:t>
      </w:r>
    </w:p>
    <w:p>
      <w:pPr>
        <w:spacing w:before="20" w:after="20"/>
      </w:pPr>
      <w:r>
        <w:rPr>
          <w:sz w:val="22"/>
        </w:rPr>
        <w:t xml:space="preserve">    C. 认识改变世界而不是反映世界</w:t>
      </w:r>
    </w:p>
    <w:p>
      <w:pPr>
        <w:spacing w:before="20" w:after="20"/>
      </w:pPr>
      <w:r>
        <w:rPr>
          <w:sz w:val="22"/>
        </w:rPr>
        <w:t xml:space="preserve">    D. 认识具有能动性和创造性</w:t>
      </w:r>
    </w:p>
    <w:p>
      <w:pPr>
        <w:spacing w:before="160"/>
      </w:pPr>
      <w:r>
        <w:rPr>
          <w:b/>
          <w:sz w:val="22"/>
        </w:rPr>
        <w:t>67. 恩格斯说过，恰巧拿破仑做了法国的军事独裁者，是因为当时的法国需要这样的人。假如没有拿破仑这个人，那么就会有别人来扮演这个角色。这句话蕴含的哲学思想是( )。</w:t>
      </w:r>
    </w:p>
    <w:p>
      <w:pPr>
        <w:spacing w:before="20" w:after="20"/>
      </w:pPr>
      <w:r>
        <w:rPr>
          <w:sz w:val="22"/>
        </w:rPr>
        <w:t xml:space="preserve">    A. 任何历史人物的出现都体现了必然性与偶然性的统一</w:t>
      </w:r>
    </w:p>
    <w:p>
      <w:pPr>
        <w:spacing w:before="20" w:after="20"/>
      </w:pPr>
      <w:r>
        <w:rPr>
          <w:sz w:val="22"/>
        </w:rPr>
        <w:t xml:space="preserve">    B. 杰出人物的出现纯粹是偶然的</w:t>
      </w:r>
    </w:p>
    <w:p>
      <w:pPr>
        <w:spacing w:before="20" w:after="20"/>
      </w:pPr>
      <w:r>
        <w:rPr>
          <w:sz w:val="22"/>
        </w:rPr>
        <w:t xml:space="preserve">    C. 社会历史发展是没有规律的</w:t>
      </w:r>
    </w:p>
    <w:p>
      <w:pPr>
        <w:spacing w:before="20" w:after="20"/>
      </w:pPr>
      <w:r>
        <w:rPr>
          <w:sz w:val="22"/>
        </w:rPr>
        <w:t xml:space="preserve">    D. 历史人物都能起到推动社会前进的积极作用</w:t>
      </w:r>
    </w:p>
    <w:p>
      <w:pPr>
        <w:spacing w:before="160"/>
      </w:pPr>
      <w:r>
        <w:rPr>
          <w:b/>
          <w:sz w:val="22"/>
        </w:rPr>
        <w:t>68. 相比于自由竞争，垄断下的竞争以( )为主要目的。</w:t>
      </w:r>
    </w:p>
    <w:p>
      <w:pPr>
        <w:spacing w:before="20" w:after="20"/>
      </w:pPr>
      <w:r>
        <w:rPr>
          <w:sz w:val="22"/>
        </w:rPr>
        <w:t xml:space="preserve">    A. 榨取剩余价值</w:t>
      </w:r>
    </w:p>
    <w:p>
      <w:pPr>
        <w:spacing w:before="20" w:after="20"/>
      </w:pPr>
      <w:r>
        <w:rPr>
          <w:sz w:val="22"/>
        </w:rPr>
        <w:t xml:space="preserve">    B. 获得平均利润</w:t>
      </w:r>
    </w:p>
    <w:p>
      <w:pPr>
        <w:spacing w:before="20" w:after="20"/>
      </w:pPr>
      <w:r>
        <w:rPr>
          <w:sz w:val="22"/>
        </w:rPr>
        <w:t xml:space="preserve">    C. 获得垄断利润</w:t>
      </w:r>
    </w:p>
    <w:p>
      <w:pPr>
        <w:spacing w:before="20" w:after="20"/>
      </w:pPr>
      <w:r>
        <w:rPr>
          <w:sz w:val="22"/>
        </w:rPr>
        <w:t xml:space="preserve">    D. 实现价值补偿</w:t>
      </w:r>
    </w:p>
    <w:p>
      <w:pPr>
        <w:spacing w:before="160"/>
      </w:pPr>
      <w:r>
        <w:rPr>
          <w:b/>
          <w:sz w:val="22"/>
        </w:rPr>
        <w:t>69. 人类社会发展和进步的最终决定力量是( )。</w:t>
      </w:r>
    </w:p>
    <w:p>
      <w:pPr>
        <w:spacing w:before="20" w:after="20"/>
      </w:pPr>
      <w:r>
        <w:rPr>
          <w:sz w:val="22"/>
        </w:rPr>
        <w:t xml:space="preserve">    A. 自我意识</w:t>
      </w:r>
    </w:p>
    <w:p>
      <w:pPr>
        <w:spacing w:before="20" w:after="20"/>
      </w:pPr>
      <w:r>
        <w:rPr>
          <w:sz w:val="22"/>
        </w:rPr>
        <w:t xml:space="preserve">    B. 绝对精神</w:t>
      </w:r>
    </w:p>
    <w:p>
      <w:pPr>
        <w:spacing w:before="20" w:after="20"/>
      </w:pPr>
      <w:r>
        <w:rPr>
          <w:sz w:val="22"/>
        </w:rPr>
        <w:t xml:space="preserve">    C. 经济基础</w:t>
      </w:r>
    </w:p>
    <w:p>
      <w:pPr>
        <w:spacing w:before="20" w:after="20"/>
      </w:pPr>
      <w:r>
        <w:rPr>
          <w:sz w:val="22"/>
        </w:rPr>
        <w:t xml:space="preserve">    D. 生产力</w:t>
      </w:r>
    </w:p>
    <w:p>
      <w:pPr>
        <w:spacing w:before="160"/>
      </w:pPr>
      <w:r>
        <w:rPr>
          <w:b/>
          <w:sz w:val="22"/>
        </w:rPr>
        <w:t>70. ( )从根本上回答了事物为什么会发展的问题。</w:t>
      </w:r>
    </w:p>
    <w:p>
      <w:pPr>
        <w:spacing w:before="20" w:after="20"/>
      </w:pPr>
      <w:r>
        <w:rPr>
          <w:sz w:val="22"/>
        </w:rPr>
        <w:t xml:space="preserve">    A. 对立统一规律</w:t>
      </w:r>
    </w:p>
    <w:p>
      <w:pPr>
        <w:spacing w:before="20" w:after="20"/>
      </w:pPr>
      <w:r>
        <w:rPr>
          <w:sz w:val="22"/>
        </w:rPr>
        <w:t xml:space="preserve">    B. 价值规律</w:t>
      </w:r>
    </w:p>
    <w:p>
      <w:pPr>
        <w:spacing w:before="20" w:after="20"/>
      </w:pPr>
      <w:r>
        <w:rPr>
          <w:sz w:val="22"/>
        </w:rPr>
        <w:t xml:space="preserve">    C. 剩余价值规律</w:t>
      </w:r>
    </w:p>
    <w:p>
      <w:pPr>
        <w:spacing w:before="20" w:after="20"/>
      </w:pPr>
      <w:r>
        <w:rPr>
          <w:sz w:val="22"/>
        </w:rPr>
        <w:t xml:space="preserve">    D. 社会基本矛盾运动规律</w:t>
      </w:r>
    </w:p>
    <w:p>
      <w:pPr>
        <w:spacing w:before="160"/>
      </w:pPr>
      <w:r>
        <w:rPr>
          <w:b/>
          <w:sz w:val="22"/>
        </w:rPr>
        <w:t>71. 16世纪末，伽利略通过在比萨斜塔所做的自由落体实验，推翻了亚里士多德关于物体的降落速度与物体的重量成正比的说法。这件事说明( )。</w:t>
      </w:r>
    </w:p>
    <w:p>
      <w:pPr>
        <w:spacing w:before="20" w:after="20"/>
      </w:pPr>
      <w:r>
        <w:rPr>
          <w:sz w:val="22"/>
        </w:rPr>
        <w:t xml:space="preserve">    A. 感性认识只有上升到理性认识才能把握事物的本质</w:t>
      </w:r>
    </w:p>
    <w:p>
      <w:pPr>
        <w:spacing w:before="20" w:after="20"/>
      </w:pPr>
      <w:r>
        <w:rPr>
          <w:sz w:val="22"/>
        </w:rPr>
        <w:t xml:space="preserve">    B. 实践是检验认识真理性的唯一标准</w:t>
      </w:r>
    </w:p>
    <w:p>
      <w:pPr>
        <w:spacing w:before="20" w:after="20"/>
      </w:pPr>
      <w:r>
        <w:rPr>
          <w:sz w:val="22"/>
        </w:rPr>
        <w:t xml:space="preserve">    C. 实践是认识发展的动力</w:t>
      </w:r>
    </w:p>
    <w:p>
      <w:pPr>
        <w:spacing w:before="20" w:after="20"/>
      </w:pPr>
      <w:r>
        <w:rPr>
          <w:sz w:val="22"/>
        </w:rPr>
        <w:t xml:space="preserve">    D. 真理是对事物及其发展规律的正确反映</w:t>
      </w:r>
    </w:p>
    <w:p>
      <w:pPr>
        <w:spacing w:before="160"/>
      </w:pPr>
      <w:r>
        <w:rPr>
          <w:b/>
          <w:sz w:val="22"/>
        </w:rPr>
        <w:t>72. 一种认识是不是真理，要看它( )。</w:t>
      </w:r>
    </w:p>
    <w:p>
      <w:pPr>
        <w:spacing w:before="20" w:after="20"/>
      </w:pPr>
      <w:r>
        <w:rPr>
          <w:sz w:val="22"/>
        </w:rPr>
        <w:t xml:space="preserve">    A. 能否满足人的需要</w:t>
      </w:r>
    </w:p>
    <w:p>
      <w:pPr>
        <w:spacing w:before="20" w:after="20"/>
      </w:pPr>
      <w:r>
        <w:rPr>
          <w:sz w:val="22"/>
        </w:rPr>
        <w:t xml:space="preserve">    B. 能否被多数人认可</w:t>
      </w:r>
    </w:p>
    <w:p>
      <w:pPr>
        <w:spacing w:before="20" w:after="20"/>
      </w:pPr>
      <w:r>
        <w:rPr>
          <w:sz w:val="22"/>
        </w:rPr>
        <w:t xml:space="preserve">    C. 能否付诸实践</w:t>
      </w:r>
    </w:p>
    <w:p>
      <w:pPr>
        <w:spacing w:before="20" w:after="20"/>
      </w:pPr>
      <w:r>
        <w:rPr>
          <w:sz w:val="22"/>
        </w:rPr>
        <w:t xml:space="preserve">    D. 能否在实践中最终取得预期的效果</w:t>
      </w:r>
    </w:p>
    <w:p>
      <w:pPr>
        <w:spacing w:before="160"/>
      </w:pPr>
      <w:r>
        <w:rPr>
          <w:b/>
          <w:sz w:val="22"/>
        </w:rPr>
        <w:t>73. 1920年10月，一位印度传教士在印度加尔各答的丛林中发现两个狼哺育的女孩，这两个女孩被人称为“狼孩”。在大脑结构上，狼孩和同龄人没多大差别，但智力缺不足同龄人的十分之一。这说明( )。</w:t>
      </w:r>
    </w:p>
    <w:p>
      <w:pPr>
        <w:spacing w:before="20" w:after="20"/>
      </w:pPr>
      <w:r>
        <w:rPr>
          <w:sz w:val="22"/>
        </w:rPr>
        <w:t xml:space="preserve">    A. 意识是人的本质</w:t>
      </w:r>
    </w:p>
    <w:p>
      <w:pPr>
        <w:spacing w:before="20" w:after="20"/>
      </w:pPr>
      <w:r>
        <w:rPr>
          <w:sz w:val="22"/>
        </w:rPr>
        <w:t xml:space="preserve">    B. 意识来源于人脑</w:t>
      </w:r>
    </w:p>
    <w:p>
      <w:pPr>
        <w:spacing w:before="20" w:after="20"/>
      </w:pPr>
      <w:r>
        <w:rPr>
          <w:sz w:val="22"/>
        </w:rPr>
        <w:t xml:space="preserve">    C. 社会实践在意识发展中具有决定作用</w:t>
      </w:r>
    </w:p>
    <w:p>
      <w:pPr>
        <w:spacing w:before="20" w:after="20"/>
      </w:pPr>
      <w:r>
        <w:rPr>
          <w:sz w:val="22"/>
        </w:rPr>
        <w:t xml:space="preserve">    D. 意识形式上是客观的</w:t>
      </w:r>
    </w:p>
    <w:p>
      <w:pPr>
        <w:spacing w:before="160"/>
      </w:pPr>
      <w:r>
        <w:rPr>
          <w:b/>
          <w:sz w:val="22"/>
        </w:rPr>
        <w:t>74. 俄国杰出的生理学家巴甫洛夫有一句名言:“实验上的失败，可能成为发现的开端。”失败的实验可能成为发现的开端是因为( )。</w:t>
      </w:r>
    </w:p>
    <w:p>
      <w:pPr>
        <w:spacing w:before="20" w:after="20"/>
      </w:pPr>
      <w:r>
        <w:rPr>
          <w:sz w:val="22"/>
        </w:rPr>
        <w:t xml:space="preserve">    A. 成功是普遍的，失败是个别的</w:t>
      </w:r>
    </w:p>
    <w:p>
      <w:pPr>
        <w:spacing w:before="20" w:after="20"/>
      </w:pPr>
      <w:r>
        <w:rPr>
          <w:sz w:val="22"/>
        </w:rPr>
        <w:t xml:space="preserve">    B. 真理与谬误没有原则的界限</w:t>
      </w:r>
    </w:p>
    <w:p>
      <w:pPr>
        <w:spacing w:before="20" w:after="20"/>
      </w:pPr>
      <w:r>
        <w:rPr>
          <w:sz w:val="22"/>
        </w:rPr>
        <w:t xml:space="preserve">    C. 成功与失败在一定条件下可以相互转化</w:t>
      </w:r>
    </w:p>
    <w:p>
      <w:pPr>
        <w:spacing w:before="20" w:after="20"/>
      </w:pPr>
      <w:r>
        <w:rPr>
          <w:sz w:val="22"/>
        </w:rPr>
        <w:t xml:space="preserve">    D. 意识能动性的实现可以超越时代实践水平的限制</w:t>
      </w:r>
    </w:p>
    <w:p>
      <w:pPr>
        <w:spacing w:before="160"/>
      </w:pPr>
      <w:r>
        <w:rPr>
          <w:b/>
          <w:sz w:val="22"/>
        </w:rPr>
        <w:t>75. 资本主义所有制的本质是( )。</w:t>
      </w:r>
    </w:p>
    <w:p>
      <w:pPr>
        <w:spacing w:before="20" w:after="20"/>
      </w:pPr>
      <w:r>
        <w:rPr>
          <w:sz w:val="22"/>
        </w:rPr>
        <w:t xml:space="preserve">    A. 完全占有工人的人身自由</w:t>
      </w:r>
    </w:p>
    <w:p>
      <w:pPr>
        <w:spacing w:before="20" w:after="20"/>
      </w:pPr>
      <w:r>
        <w:rPr>
          <w:sz w:val="22"/>
        </w:rPr>
        <w:t xml:space="preserve">    B. 使劳动力成为商品</w:t>
      </w:r>
    </w:p>
    <w:p>
      <w:pPr>
        <w:spacing w:before="20" w:after="20"/>
      </w:pPr>
      <w:r>
        <w:rPr>
          <w:sz w:val="22"/>
        </w:rPr>
        <w:t xml:space="preserve">    C. 资本家凭借对生产资料的占有，无偿占有雇佣工人创造的剩余价值</w:t>
      </w:r>
    </w:p>
    <w:p>
      <w:pPr>
        <w:spacing w:before="20" w:after="20"/>
      </w:pPr>
      <w:r>
        <w:rPr>
          <w:sz w:val="22"/>
        </w:rPr>
        <w:t xml:space="preserve">    D. 使社会两极分化</w:t>
      </w:r>
    </w:p>
    <w:p>
      <w:pPr>
        <w:spacing w:before="160"/>
      </w:pPr>
      <w:r>
        <w:rPr>
          <w:b/>
          <w:sz w:val="22"/>
        </w:rPr>
        <w:t>76. 关于资本主义经济危机，下列说法中错误的是( )。</w:t>
      </w:r>
    </w:p>
    <w:p>
      <w:pPr>
        <w:spacing w:before="20" w:after="20"/>
      </w:pPr>
      <w:r>
        <w:rPr>
          <w:sz w:val="22"/>
        </w:rPr>
        <w:t xml:space="preserve">    A. 资本主义基本矛盾运动的阶段性，决定了资本主义经济危机的周期性</w:t>
      </w:r>
    </w:p>
    <w:p>
      <w:pPr>
        <w:spacing w:before="20" w:after="20"/>
      </w:pPr>
      <w:r>
        <w:rPr>
          <w:sz w:val="22"/>
        </w:rPr>
        <w:t xml:space="preserve">    B. 资本主义经济危机爆发的根本原因是资本主义的基本矛盾</w:t>
      </w:r>
    </w:p>
    <w:p>
      <w:pPr>
        <w:spacing w:before="20" w:after="20"/>
      </w:pPr>
      <w:r>
        <w:rPr>
          <w:sz w:val="22"/>
        </w:rPr>
        <w:t xml:space="preserve">    C. 资本主义经济危机的生产过剩是与劳动者的实际需要相比的绝对过剩</w:t>
      </w:r>
    </w:p>
    <w:p>
      <w:pPr>
        <w:spacing w:before="20" w:after="20"/>
      </w:pPr>
      <w:r>
        <w:rPr>
          <w:sz w:val="22"/>
        </w:rPr>
        <w:t xml:space="preserve">    D. 只要存在资本主义制度，经济危机就是不可避免的</w:t>
      </w:r>
    </w:p>
    <w:p>
      <w:pPr>
        <w:spacing w:before="160"/>
      </w:pPr>
      <w:r>
        <w:rPr>
          <w:b/>
          <w:sz w:val="22"/>
        </w:rPr>
        <w:t>77. 马克思主义理论区别于其他理论的根本特征是( )。</w:t>
      </w:r>
    </w:p>
    <w:p>
      <w:pPr>
        <w:spacing w:before="20" w:after="20"/>
      </w:pPr>
      <w:r>
        <w:rPr>
          <w:sz w:val="22"/>
        </w:rPr>
        <w:t xml:space="preserve">    A. 科学性</w:t>
      </w:r>
    </w:p>
    <w:p>
      <w:pPr>
        <w:spacing w:before="20" w:after="20"/>
      </w:pPr>
      <w:r>
        <w:rPr>
          <w:sz w:val="22"/>
        </w:rPr>
        <w:t xml:space="preserve">    B. 人民性</w:t>
      </w:r>
    </w:p>
    <w:p>
      <w:pPr>
        <w:spacing w:before="20" w:after="20"/>
      </w:pPr>
      <w:r>
        <w:rPr>
          <w:sz w:val="22"/>
        </w:rPr>
        <w:t xml:space="preserve">    C. 实践性</w:t>
      </w:r>
    </w:p>
    <w:p>
      <w:pPr>
        <w:spacing w:before="20" w:after="20"/>
      </w:pPr>
      <w:r>
        <w:rPr>
          <w:sz w:val="22"/>
        </w:rPr>
        <w:t xml:space="preserve">    D. 发展性</w:t>
      </w:r>
    </w:p>
    <w:p>
      <w:pPr>
        <w:spacing w:before="160"/>
      </w:pPr>
      <w:r>
        <w:rPr>
          <w:b/>
          <w:sz w:val="22"/>
        </w:rPr>
        <w:t>78. 事物发展过程中的“度”是指( )。</w:t>
      </w:r>
    </w:p>
    <w:p>
      <w:pPr>
        <w:spacing w:before="20" w:after="20"/>
      </w:pPr>
      <w:r>
        <w:rPr>
          <w:sz w:val="22"/>
        </w:rPr>
        <w:t xml:space="preserve">    A. 事物质变的关节点</w:t>
      </w:r>
    </w:p>
    <w:p>
      <w:pPr>
        <w:spacing w:before="20" w:after="20"/>
      </w:pPr>
      <w:r>
        <w:rPr>
          <w:sz w:val="22"/>
        </w:rPr>
        <w:t xml:space="preserve">    B. 事物质变的临界点</w:t>
      </w:r>
    </w:p>
    <w:p>
      <w:pPr>
        <w:spacing w:before="20" w:after="20"/>
      </w:pPr>
      <w:r>
        <w:rPr>
          <w:sz w:val="22"/>
        </w:rPr>
        <w:t xml:space="preserve">    C. 保持事物质的稳定性的数量界限</w:t>
      </w:r>
    </w:p>
    <w:p>
      <w:pPr>
        <w:spacing w:before="20" w:after="20"/>
      </w:pPr>
      <w:r>
        <w:rPr>
          <w:sz w:val="22"/>
        </w:rPr>
        <w:t xml:space="preserve">    D. 事物保持一定量的质的限度</w:t>
      </w:r>
    </w:p>
    <w:p>
      <w:pPr>
        <w:spacing w:before="160"/>
      </w:pPr>
      <w:r>
        <w:rPr>
          <w:b/>
          <w:sz w:val="22"/>
        </w:rPr>
        <w:t>79. 下列选项中，属于因果联系的是( )。</w:t>
      </w:r>
    </w:p>
    <w:p>
      <w:pPr>
        <w:spacing w:before="20" w:after="20"/>
      </w:pPr>
      <w:r>
        <w:rPr>
          <w:sz w:val="22"/>
        </w:rPr>
        <w:t xml:space="preserve">    A. 风来雨至</w:t>
      </w:r>
    </w:p>
    <w:p>
      <w:pPr>
        <w:spacing w:before="20" w:after="20"/>
      </w:pPr>
      <w:r>
        <w:rPr>
          <w:sz w:val="22"/>
        </w:rPr>
        <w:t xml:space="preserve">    B. 摩擦生热</w:t>
      </w:r>
    </w:p>
    <w:p>
      <w:pPr>
        <w:spacing w:before="20" w:after="20"/>
      </w:pPr>
      <w:r>
        <w:rPr>
          <w:sz w:val="22"/>
        </w:rPr>
        <w:t xml:space="preserve">    C. 冬去春来</w:t>
      </w:r>
    </w:p>
    <w:p>
      <w:pPr>
        <w:spacing w:before="20" w:after="20"/>
      </w:pPr>
      <w:r>
        <w:rPr>
          <w:sz w:val="22"/>
        </w:rPr>
        <w:t xml:space="preserve">    D. 电闪雷鸣</w:t>
      </w:r>
    </w:p>
    <w:p>
      <w:pPr>
        <w:spacing w:before="160"/>
      </w:pPr>
      <w:r>
        <w:rPr>
          <w:b/>
          <w:sz w:val="22"/>
        </w:rPr>
        <w:t>80. 从物到感觉和思想与从思想和感觉到物的对立，反映的是( )。</w:t>
      </w:r>
    </w:p>
    <w:p>
      <w:pPr>
        <w:spacing w:before="20" w:after="20"/>
      </w:pPr>
      <w:r>
        <w:rPr>
          <w:sz w:val="22"/>
        </w:rPr>
        <w:t xml:space="preserve">    A. 可知论和不可知论的对立</w:t>
      </w:r>
    </w:p>
    <w:p>
      <w:pPr>
        <w:spacing w:before="20" w:after="20"/>
      </w:pPr>
      <w:r>
        <w:rPr>
          <w:sz w:val="22"/>
        </w:rPr>
        <w:t xml:space="preserve">    B. 经验论和唯理论的对立</w:t>
      </w:r>
    </w:p>
    <w:p>
      <w:pPr>
        <w:spacing w:before="20" w:after="20"/>
      </w:pPr>
      <w:r>
        <w:rPr>
          <w:sz w:val="22"/>
        </w:rPr>
        <w:t xml:space="preserve">    C. 唯物主义反映论与唯心主义先验论的对立</w:t>
      </w:r>
    </w:p>
    <w:p>
      <w:pPr>
        <w:spacing w:before="20" w:after="20"/>
      </w:pPr>
      <w:r>
        <w:rPr>
          <w:sz w:val="22"/>
        </w:rPr>
        <w:t xml:space="preserve">    D. 形而上学与辩证法的对立</w:t>
      </w:r>
    </w:p>
    <w:p>
      <w:pPr>
        <w:spacing w:before="160"/>
      </w:pPr>
      <w:r>
        <w:rPr>
          <w:b/>
          <w:sz w:val="22"/>
        </w:rPr>
        <w:t>81. 系统思维以确认事物的( )为前提，进而具体把握事物的系统存在、系统联系与系统规律。</w:t>
      </w:r>
    </w:p>
    <w:p>
      <w:pPr>
        <w:spacing w:before="20" w:after="20"/>
      </w:pPr>
      <w:r>
        <w:rPr>
          <w:sz w:val="22"/>
        </w:rPr>
        <w:t xml:space="preserve">    A. 特殊的个性存在</w:t>
      </w:r>
    </w:p>
    <w:p>
      <w:pPr>
        <w:spacing w:before="20" w:after="20"/>
      </w:pPr>
      <w:r>
        <w:rPr>
          <w:sz w:val="22"/>
        </w:rPr>
        <w:t xml:space="preserve">    B. 普遍有机联系</w:t>
      </w:r>
    </w:p>
    <w:p>
      <w:pPr>
        <w:spacing w:before="20" w:after="20"/>
      </w:pPr>
      <w:r>
        <w:rPr>
          <w:sz w:val="22"/>
        </w:rPr>
        <w:t xml:space="preserve">    C. 外在的否定</w:t>
      </w:r>
    </w:p>
    <w:p>
      <w:pPr>
        <w:spacing w:before="20" w:after="20"/>
      </w:pPr>
      <w:r>
        <w:rPr>
          <w:sz w:val="22"/>
        </w:rPr>
        <w:t xml:space="preserve">    D. 前进上升的运动</w:t>
      </w:r>
    </w:p>
    <w:p>
      <w:pPr>
        <w:spacing w:before="160"/>
      </w:pPr>
      <w:r>
        <w:rPr>
          <w:b/>
          <w:sz w:val="22"/>
        </w:rPr>
        <w:t>82. 1921年3月，俄共(布)召开十大，毅然决定从战时共产主义政策过渡到新经济政策。新经济政策的主要特征是( )。</w:t>
      </w:r>
    </w:p>
    <w:p>
      <w:pPr>
        <w:spacing w:before="20" w:after="20"/>
      </w:pPr>
      <w:r>
        <w:rPr>
          <w:sz w:val="22"/>
        </w:rPr>
        <w:t xml:space="preserve">    A. 开展农业合作化</w:t>
      </w:r>
    </w:p>
    <w:p>
      <w:pPr>
        <w:spacing w:before="20" w:after="20"/>
      </w:pPr>
      <w:r>
        <w:rPr>
          <w:sz w:val="22"/>
        </w:rPr>
        <w:t xml:space="preserve">    B. 发展商品经济</w:t>
      </w:r>
    </w:p>
    <w:p>
      <w:pPr>
        <w:spacing w:before="20" w:after="20"/>
      </w:pPr>
      <w:r>
        <w:rPr>
          <w:sz w:val="22"/>
        </w:rPr>
        <w:t xml:space="preserve">    C. 发展大工业</w:t>
      </w:r>
    </w:p>
    <w:p>
      <w:pPr>
        <w:spacing w:before="20" w:after="20"/>
      </w:pPr>
      <w:r>
        <w:rPr>
          <w:sz w:val="22"/>
        </w:rPr>
        <w:t xml:space="preserve">    D. 实行国家资本主义</w:t>
      </w:r>
    </w:p>
    <w:p>
      <w:pPr>
        <w:spacing w:before="160"/>
      </w:pPr>
      <w:r>
        <w:rPr>
          <w:b/>
          <w:sz w:val="22"/>
        </w:rPr>
        <w:t>83. ( )是社会革命的主力军，他们在社会形态更替的过程中发挥了巨大作用。</w:t>
      </w:r>
    </w:p>
    <w:p>
      <w:pPr>
        <w:spacing w:before="20" w:after="20"/>
      </w:pPr>
      <w:r>
        <w:rPr>
          <w:sz w:val="22"/>
        </w:rPr>
        <w:t xml:space="preserve">    A. 人民群众</w:t>
      </w:r>
    </w:p>
    <w:p>
      <w:pPr>
        <w:spacing w:before="20" w:after="20"/>
      </w:pPr>
      <w:r>
        <w:rPr>
          <w:sz w:val="22"/>
        </w:rPr>
        <w:t xml:space="preserve">    B. 资产阶级</w:t>
      </w:r>
    </w:p>
    <w:p>
      <w:pPr>
        <w:spacing w:before="20" w:after="20"/>
      </w:pPr>
      <w:r>
        <w:rPr>
          <w:sz w:val="22"/>
        </w:rPr>
        <w:t xml:space="preserve">    C. 思想家</w:t>
      </w:r>
    </w:p>
    <w:p>
      <w:pPr>
        <w:spacing w:before="20" w:after="20"/>
      </w:pPr>
      <w:r>
        <w:rPr>
          <w:sz w:val="22"/>
        </w:rPr>
        <w:t xml:space="preserve">    D. 统治阶级</w:t>
      </w:r>
    </w:p>
    <w:p>
      <w:pPr>
        <w:spacing w:before="160"/>
      </w:pPr>
      <w:r>
        <w:rPr>
          <w:b/>
          <w:sz w:val="22"/>
        </w:rPr>
        <w:t>84. “事实雄辩地证明，改革开放是决定当代中国命运的关键抉择，是发展中国特色社会主义、实现中华民族伟大复兴的必由之路;……只有改革开放才能发展中国、发展社会主义、发展马克思主义。”这表明( )。</w:t>
      </w:r>
    </w:p>
    <w:p>
      <w:pPr>
        <w:spacing w:before="20" w:after="20"/>
      </w:pPr>
      <w:r>
        <w:rPr>
          <w:sz w:val="22"/>
        </w:rPr>
        <w:t xml:space="preserve">    A. 改革是无产阶级反抗资产阶级斗争的最高形式</w:t>
      </w:r>
    </w:p>
    <w:p>
      <w:pPr>
        <w:spacing w:before="20" w:after="20"/>
      </w:pPr>
      <w:r>
        <w:rPr>
          <w:sz w:val="22"/>
        </w:rPr>
        <w:t xml:space="preserve">    B. 改革是社会主义社会发展的强大动力</w:t>
      </w:r>
    </w:p>
    <w:p>
      <w:pPr>
        <w:spacing w:before="20" w:after="20"/>
      </w:pPr>
      <w:r>
        <w:rPr>
          <w:sz w:val="22"/>
        </w:rPr>
        <w:t xml:space="preserve">    C. 改革是推动社会主义社会发展的根本动力</w:t>
      </w:r>
    </w:p>
    <w:p>
      <w:pPr>
        <w:spacing w:before="20" w:after="20"/>
      </w:pPr>
      <w:r>
        <w:rPr>
          <w:sz w:val="22"/>
        </w:rPr>
        <w:t xml:space="preserve">    D. 改革使中国已经跨越了社会主义初级阶段</w:t>
      </w:r>
    </w:p>
    <w:p>
      <w:pPr>
        <w:spacing w:before="160"/>
      </w:pPr>
      <w:r>
        <w:rPr>
          <w:b/>
          <w:sz w:val="22"/>
        </w:rPr>
        <w:t>85. “既然商品的价值由生产商品所耗费的劳动量来决定，那么一个人越懒，越不熟练，他的商品就越有价值，因为他制造商品需要花费的时间越多。”这个说法的错误在于混淆了( )。</w:t>
      </w:r>
    </w:p>
    <w:p>
      <w:pPr>
        <w:spacing w:before="20" w:after="20"/>
      </w:pPr>
      <w:r>
        <w:rPr>
          <w:sz w:val="22"/>
        </w:rPr>
        <w:t xml:space="preserve">    A. 具体劳动时间和抽象劳动时间</w:t>
      </w:r>
    </w:p>
    <w:p>
      <w:pPr>
        <w:spacing w:before="20" w:after="20"/>
      </w:pPr>
      <w:r>
        <w:rPr>
          <w:sz w:val="22"/>
        </w:rPr>
        <w:t xml:space="preserve">    B. 简单劳动时间和复杂劳动时间</w:t>
      </w:r>
    </w:p>
    <w:p>
      <w:pPr>
        <w:spacing w:before="20" w:after="20"/>
      </w:pPr>
      <w:r>
        <w:rPr>
          <w:sz w:val="22"/>
        </w:rPr>
        <w:t xml:space="preserve">    C. 必要劳动时间和剩余劳动时间</w:t>
      </w:r>
    </w:p>
    <w:p>
      <w:pPr>
        <w:spacing w:before="20" w:after="20"/>
      </w:pPr>
      <w:r>
        <w:rPr>
          <w:sz w:val="22"/>
        </w:rPr>
        <w:t xml:space="preserve">    D. 个别劳动时间和社会必要劳动时间</w:t>
      </w:r>
    </w:p>
    <w:p>
      <w:pPr>
        <w:spacing w:before="160"/>
      </w:pPr>
      <w:r>
        <w:rPr>
          <w:b/>
          <w:sz w:val="22"/>
        </w:rPr>
        <w:t>86. 既承认实践是检验真理的唯一标准，又承认逻辑证明在认识和探索真理中的作用，核心关键是承认( )。</w:t>
      </w:r>
    </w:p>
    <w:p>
      <w:pPr>
        <w:spacing w:before="20" w:after="20"/>
      </w:pPr>
      <w:r>
        <w:rPr>
          <w:sz w:val="22"/>
        </w:rPr>
        <w:t xml:space="preserve">    A. 检验真理的标准是多元的</w:t>
      </w:r>
    </w:p>
    <w:p>
      <w:pPr>
        <w:spacing w:before="20" w:after="20"/>
      </w:pPr>
      <w:r>
        <w:rPr>
          <w:sz w:val="22"/>
        </w:rPr>
        <w:t xml:space="preserve">    B. 逻辑证明可以取代实践标准</w:t>
      </w:r>
    </w:p>
    <w:p>
      <w:pPr>
        <w:spacing w:before="20" w:after="20"/>
      </w:pPr>
      <w:r>
        <w:rPr>
          <w:sz w:val="22"/>
        </w:rPr>
        <w:t xml:space="preserve">    C. 逻辑证明可以最终证实或驳倒真理</w:t>
      </w:r>
    </w:p>
    <w:p>
      <w:pPr>
        <w:spacing w:before="20" w:after="20"/>
      </w:pPr>
      <w:r>
        <w:rPr>
          <w:sz w:val="22"/>
        </w:rPr>
        <w:t xml:space="preserve">    D. 被逻辑证明和证伪了的认识最终还要靠实践的检验</w:t>
      </w:r>
    </w:p>
    <w:p>
      <w:pPr>
        <w:spacing w:before="160"/>
      </w:pPr>
      <w:r>
        <w:rPr>
          <w:b/>
          <w:sz w:val="22"/>
        </w:rPr>
        <w:t>87. 经济和政治发展的不平衡是资本主义的绝对规律，由此应当得出的结论是( )。</w:t>
      </w:r>
    </w:p>
    <w:p>
      <w:pPr>
        <w:spacing w:before="20" w:after="20"/>
      </w:pPr>
      <w:r>
        <w:rPr>
          <w:sz w:val="22"/>
        </w:rPr>
        <w:t xml:space="preserve">    A. 无产阶级革命至少将在几个主要的资本主义国家同时发生</w:t>
      </w:r>
    </w:p>
    <w:p>
      <w:pPr>
        <w:spacing w:before="20" w:after="20"/>
      </w:pPr>
      <w:r>
        <w:rPr>
          <w:sz w:val="22"/>
        </w:rPr>
        <w:t xml:space="preserve">    B. 社会主义必然在经济文化相对落后的俄国首先取得胜利</w:t>
      </w:r>
    </w:p>
    <w:p>
      <w:pPr>
        <w:spacing w:before="20" w:after="20"/>
      </w:pPr>
      <w:r>
        <w:rPr>
          <w:sz w:val="22"/>
        </w:rPr>
        <w:t xml:space="preserve">    C. 社会主义可能首先在少数甚至在单独一个资本主义国家内获得胜利</w:t>
      </w:r>
    </w:p>
    <w:p>
      <w:pPr>
        <w:spacing w:before="20" w:after="20"/>
      </w:pPr>
      <w:r>
        <w:rPr>
          <w:sz w:val="22"/>
        </w:rPr>
        <w:t xml:space="preserve">    D. 社会主义可能在经济文化相对发达的国家首先取得胜利</w:t>
      </w:r>
    </w:p>
    <w:p>
      <w:pPr>
        <w:spacing w:before="160"/>
      </w:pPr>
      <w:r>
        <w:rPr>
          <w:b/>
          <w:sz w:val="22"/>
        </w:rPr>
        <w:t>88. 列宁指出:“实践标准决不能完全地证实或驳倒人类的任何表象。”这说明( )。</w:t>
      </w:r>
    </w:p>
    <w:p>
      <w:pPr>
        <w:spacing w:before="20" w:after="20"/>
      </w:pPr>
      <w:r>
        <w:rPr>
          <w:sz w:val="22"/>
        </w:rPr>
        <w:t xml:space="preserve">    A. 实践不是检验认识真理性的标准</w:t>
      </w:r>
    </w:p>
    <w:p>
      <w:pPr>
        <w:spacing w:before="20" w:after="20"/>
      </w:pPr>
      <w:r>
        <w:rPr>
          <w:sz w:val="22"/>
        </w:rPr>
        <w:t xml:space="preserve">    B. 实践标准具有不确定性</w:t>
      </w:r>
    </w:p>
    <w:p>
      <w:pPr>
        <w:spacing w:before="20" w:after="20"/>
      </w:pPr>
      <w:r>
        <w:rPr>
          <w:sz w:val="22"/>
        </w:rPr>
        <w:t xml:space="preserve">    C. 表象是不可认知的</w:t>
      </w:r>
    </w:p>
    <w:p>
      <w:pPr>
        <w:spacing w:before="20" w:after="20"/>
      </w:pPr>
      <w:r>
        <w:rPr>
          <w:sz w:val="22"/>
        </w:rPr>
        <w:t xml:space="preserve">    D. 实践标准不具有确定性</w:t>
      </w:r>
    </w:p>
    <w:p>
      <w:pPr>
        <w:spacing w:before="160"/>
      </w:pPr>
      <w:r>
        <w:rPr>
          <w:b/>
          <w:sz w:val="22"/>
        </w:rPr>
        <w:t>89. 2021中国科幻大会推出沉浸式科幻产业展，其时空语境建立在多年以后，以“科幻共同体”为主题，打造在一艘太空飞船一日生活的沉浸式科幻体验场景。对多年以后时空语境的设想体现了( )。</w:t>
      </w:r>
    </w:p>
    <w:p>
      <w:pPr>
        <w:spacing w:before="20" w:after="20"/>
      </w:pPr>
      <w:r>
        <w:rPr>
          <w:sz w:val="22"/>
        </w:rPr>
        <w:t xml:space="preserve">    A. 意识是客观世界的客观映像</w:t>
      </w:r>
    </w:p>
    <w:p>
      <w:pPr>
        <w:spacing w:before="20" w:after="20"/>
      </w:pPr>
      <w:r>
        <w:rPr>
          <w:sz w:val="22"/>
        </w:rPr>
        <w:t xml:space="preserve">    B. 意识能够在思维中构造一个现实中没有的观念世界</w:t>
      </w:r>
    </w:p>
    <w:p>
      <w:pPr>
        <w:spacing w:before="20" w:after="20"/>
      </w:pPr>
      <w:r>
        <w:rPr>
          <w:sz w:val="22"/>
        </w:rPr>
        <w:t xml:space="preserve">    C. 意识能够脱离现实自由畅想</w:t>
      </w:r>
    </w:p>
    <w:p>
      <w:pPr>
        <w:spacing w:before="20" w:after="20"/>
      </w:pPr>
      <w:r>
        <w:rPr>
          <w:sz w:val="22"/>
        </w:rPr>
        <w:t xml:space="preserve">    D. 时空可以在现实物质运动之外被感知</w:t>
      </w:r>
    </w:p>
    <w:p>
      <w:pPr>
        <w:spacing w:before="160"/>
      </w:pPr>
      <w:r>
        <w:rPr>
          <w:b/>
          <w:sz w:val="22"/>
        </w:rPr>
        <w:t>90. 恩格斯指出:“为了达到伟大的目标和团结，为此所必需的千百万大军应当时刻记住主要的东西，不因那些无畏的吹毛求疵而迷失方向。”这句话旨在强调要( )。</w:t>
      </w:r>
    </w:p>
    <w:p>
      <w:pPr>
        <w:spacing w:before="20" w:after="20"/>
      </w:pPr>
      <w:r>
        <w:rPr>
          <w:sz w:val="22"/>
        </w:rPr>
        <w:t xml:space="preserve">    A. 抓住社会基本矛盾</w:t>
      </w:r>
    </w:p>
    <w:p>
      <w:pPr>
        <w:spacing w:before="20" w:after="20"/>
      </w:pPr>
      <w:r>
        <w:rPr>
          <w:sz w:val="22"/>
        </w:rPr>
        <w:t xml:space="preserve">    B. 抓住社会主要矛盾</w:t>
      </w:r>
    </w:p>
    <w:p>
      <w:pPr>
        <w:spacing w:before="20" w:after="20"/>
      </w:pPr>
      <w:r>
        <w:rPr>
          <w:sz w:val="22"/>
        </w:rPr>
        <w:t xml:space="preserve">    C. 认识社会非主要矛盾</w:t>
      </w:r>
    </w:p>
    <w:p>
      <w:pPr>
        <w:spacing w:before="20" w:after="20"/>
      </w:pPr>
      <w:r>
        <w:rPr>
          <w:sz w:val="22"/>
        </w:rPr>
        <w:t xml:space="preserve">    D. 避免社会矛盾</w:t>
      </w:r>
    </w:p>
    <w:p>
      <w:pPr>
        <w:spacing w:before="160"/>
      </w:pPr>
      <w:r>
        <w:rPr>
          <w:b/>
          <w:sz w:val="22"/>
        </w:rPr>
        <w:t>91. 科技创新特别是原始创新要有创造性思辨的能力、严格求证的方法，不迷信学术权威，不盲从既有学说，敢于大胆质疑，认真实证，不断试验。原创一般来自假设和猜想，是一个不断观察、思考、假设、实验、求证、归纳的复杂过程，而不是简单的归纳。从哲学的角度分析，之所以强调假设和猜想的创新性至关重要是因为( )。</w:t>
      </w:r>
    </w:p>
    <w:p>
      <w:pPr>
        <w:spacing w:before="20" w:after="20"/>
      </w:pPr>
      <w:r>
        <w:rPr>
          <w:sz w:val="22"/>
        </w:rPr>
        <w:t xml:space="preserve">    A. 反映和创造是人类认识的两种不同的本质</w:t>
      </w:r>
    </w:p>
    <w:p>
      <w:pPr>
        <w:spacing w:before="20" w:after="20"/>
      </w:pPr>
      <w:r>
        <w:rPr>
          <w:sz w:val="22"/>
        </w:rPr>
        <w:t xml:space="preserve">    B. 非理性因素对于人的认识能力和认识活动具有激活、驱动作用</w:t>
      </w:r>
    </w:p>
    <w:p>
      <w:pPr>
        <w:spacing w:before="20" w:after="20"/>
      </w:pPr>
      <w:r>
        <w:rPr>
          <w:sz w:val="22"/>
        </w:rPr>
        <w:t xml:space="preserve">    C. 原有的真理经常会在新的实践中被推翻</w:t>
      </w:r>
    </w:p>
    <w:p>
      <w:pPr>
        <w:spacing w:before="20" w:after="20"/>
      </w:pPr>
      <w:r>
        <w:rPr>
          <w:sz w:val="22"/>
        </w:rPr>
        <w:t xml:space="preserve">    D. 创新性思维能够把观念的存在变为现实的存在</w:t>
      </w:r>
    </w:p>
    <w:p>
      <w:pPr>
        <w:spacing w:before="160"/>
      </w:pPr>
      <w:r>
        <w:rPr>
          <w:b/>
          <w:sz w:val="22"/>
        </w:rPr>
        <w:t>92. 真理与谬误的对立只是在非常有限的范围内才具有绝对的意义。这是( )。</w:t>
      </w:r>
    </w:p>
    <w:p>
      <w:pPr>
        <w:spacing w:before="20" w:after="20"/>
      </w:pPr>
      <w:r>
        <w:rPr>
          <w:sz w:val="22"/>
        </w:rPr>
        <w:t xml:space="preserve">    A. 形而上学的观点</w:t>
      </w:r>
    </w:p>
    <w:p>
      <w:pPr>
        <w:spacing w:before="20" w:after="20"/>
      </w:pPr>
      <w:r>
        <w:rPr>
          <w:sz w:val="22"/>
        </w:rPr>
        <w:t xml:space="preserve">    B. 唯物辩证法的观点</w:t>
      </w:r>
    </w:p>
    <w:p>
      <w:pPr>
        <w:spacing w:before="20" w:after="20"/>
      </w:pPr>
      <w:r>
        <w:rPr>
          <w:sz w:val="22"/>
        </w:rPr>
        <w:t xml:space="preserve">    C. 诡辩论的观点</w:t>
      </w:r>
    </w:p>
    <w:p>
      <w:pPr>
        <w:spacing w:before="20" w:after="20"/>
      </w:pPr>
      <w:r>
        <w:rPr>
          <w:sz w:val="22"/>
        </w:rPr>
        <w:t xml:space="preserve">    D. 相对主义的观点</w:t>
      </w:r>
    </w:p>
    <w:p>
      <w:pPr>
        <w:spacing w:before="160"/>
      </w:pPr>
      <w:r>
        <w:rPr>
          <w:b/>
          <w:sz w:val="22"/>
        </w:rPr>
        <w:t>93. 马克思说:“纺纱机是纺棉花的机器。只有在一定的关系下，它才成为资本。脱离了这种关系，它也就不是资本了，就像黄金本身并不是货币，砂糖并不是砂糖的价格一样。”纺纱机之所以能够从纺棉花的机器变成为资本，是因为( )。</w:t>
      </w:r>
    </w:p>
    <w:p>
      <w:pPr>
        <w:spacing w:before="20" w:after="20"/>
      </w:pPr>
      <w:r>
        <w:rPr>
          <w:sz w:val="22"/>
        </w:rPr>
        <w:t xml:space="preserve">    A. 纺纱机与劳动力结合能够生产出社会需要的商品</w:t>
      </w:r>
    </w:p>
    <w:p>
      <w:pPr>
        <w:spacing w:before="20" w:after="20"/>
      </w:pPr>
      <w:r>
        <w:rPr>
          <w:sz w:val="22"/>
        </w:rPr>
        <w:t xml:space="preserve">    B. 纺纱机可以产生剩余价值</w:t>
      </w:r>
    </w:p>
    <w:p>
      <w:pPr>
        <w:spacing w:before="20" w:after="20"/>
      </w:pPr>
      <w:r>
        <w:rPr>
          <w:sz w:val="22"/>
        </w:rPr>
        <w:t xml:space="preserve">    C. 资本家购买到劳动力这种特殊商品</w:t>
      </w:r>
    </w:p>
    <w:p>
      <w:pPr>
        <w:spacing w:before="20" w:after="20"/>
      </w:pPr>
      <w:r>
        <w:rPr>
          <w:sz w:val="22"/>
        </w:rPr>
        <w:t xml:space="preserve">    D. 资本可以通过各种物品表现出来</w:t>
      </w:r>
    </w:p>
    <w:p>
      <w:pPr>
        <w:spacing w:before="160"/>
      </w:pPr>
      <w:r>
        <w:rPr>
          <w:b/>
          <w:sz w:val="22"/>
        </w:rPr>
        <w:t>94. 毛泽东在谈到艺术作品时曾指出:“我们的要求则是政治和艺术的统一，内容和形式的统一，革命的政治内容和尽可能完美的艺术形式的统一。缺乏艺术性的艺术品，无论政治上怎样进步，也是没有力量的。”“缺乏艺术性的艺术品，无论政治上怎样进步，也是没有力量的”这句话是要强调( )。</w:t>
      </w:r>
    </w:p>
    <w:p>
      <w:pPr>
        <w:spacing w:before="20" w:after="20"/>
      </w:pPr>
      <w:r>
        <w:rPr>
          <w:sz w:val="22"/>
        </w:rPr>
        <w:t xml:space="preserve">    A. 内容是事物存在的基础</w:t>
      </w:r>
    </w:p>
    <w:p>
      <w:pPr>
        <w:spacing w:before="20" w:after="20"/>
      </w:pPr>
      <w:r>
        <w:rPr>
          <w:sz w:val="22"/>
        </w:rPr>
        <w:t xml:space="preserve">    B. 内容较为稳定，形式较为易变</w:t>
      </w:r>
    </w:p>
    <w:p>
      <w:pPr>
        <w:spacing w:before="20" w:after="20"/>
      </w:pPr>
      <w:r>
        <w:rPr>
          <w:sz w:val="22"/>
        </w:rPr>
        <w:t xml:space="preserve">    C. 不适合内容的形式，对内容的发展起消极的阻碍作用</w:t>
      </w:r>
    </w:p>
    <w:p>
      <w:pPr>
        <w:spacing w:before="20" w:after="20"/>
      </w:pPr>
      <w:r>
        <w:rPr>
          <w:sz w:val="22"/>
        </w:rPr>
        <w:t xml:space="preserve">    D. 同一内容只能有一种形式</w:t>
      </w:r>
    </w:p>
    <w:p>
      <w:pPr>
        <w:spacing w:before="160"/>
      </w:pPr>
      <w:r>
        <w:rPr>
          <w:b/>
          <w:sz w:val="22"/>
        </w:rPr>
        <w:t>95. 内稳态是生物学的一个定义，属于稳态的一种，表示生物通过神经-体液-免疫系统协同工作而维持的一种自身内部相对稳定的状态。内稳态的存在体现了( )。</w:t>
      </w:r>
    </w:p>
    <w:p>
      <w:pPr>
        <w:spacing w:before="20" w:after="20"/>
      </w:pPr>
      <w:r>
        <w:rPr>
          <w:sz w:val="22"/>
        </w:rPr>
        <w:t xml:space="preserve">    A. 物质世界的运动是相对的</w:t>
      </w:r>
    </w:p>
    <w:p>
      <w:pPr>
        <w:spacing w:before="20" w:after="20"/>
      </w:pPr>
      <w:r>
        <w:rPr>
          <w:sz w:val="22"/>
        </w:rPr>
        <w:t xml:space="preserve">    B. 物质运动过程中存在相对静止</w:t>
      </w:r>
    </w:p>
    <w:p>
      <w:pPr>
        <w:spacing w:before="20" w:after="20"/>
      </w:pPr>
      <w:r>
        <w:rPr>
          <w:sz w:val="22"/>
        </w:rPr>
        <w:t xml:space="preserve">    C. 存在着不运动的物质</w:t>
      </w:r>
    </w:p>
    <w:p>
      <w:pPr>
        <w:spacing w:before="20" w:after="20"/>
      </w:pPr>
      <w:r>
        <w:rPr>
          <w:sz w:val="22"/>
        </w:rPr>
        <w:t xml:space="preserve">    D. 相对静止的无条件性</w:t>
      </w:r>
    </w:p>
    <w:p>
      <w:pPr>
        <w:spacing w:before="160"/>
      </w:pPr>
      <w:r>
        <w:rPr>
          <w:b/>
          <w:sz w:val="22"/>
        </w:rPr>
        <w:t>96. 从历史上看，奴隶制度、封建制度和资本主义制度都是剥削制度，其区别在于对( )的占有方式不同以及由此决定的劳动者与生产资料的结合方式不同。</w:t>
      </w:r>
    </w:p>
    <w:p>
      <w:pPr>
        <w:spacing w:before="20" w:after="20"/>
      </w:pPr>
      <w:r>
        <w:rPr>
          <w:sz w:val="22"/>
        </w:rPr>
        <w:t xml:space="preserve">    A. 生产关系</w:t>
      </w:r>
    </w:p>
    <w:p>
      <w:pPr>
        <w:spacing w:before="20" w:after="20"/>
      </w:pPr>
      <w:r>
        <w:rPr>
          <w:sz w:val="22"/>
        </w:rPr>
        <w:t xml:space="preserve">    B. 生产资料</w:t>
      </w:r>
    </w:p>
    <w:p>
      <w:pPr>
        <w:spacing w:before="20" w:after="20"/>
      </w:pPr>
      <w:r>
        <w:rPr>
          <w:sz w:val="22"/>
        </w:rPr>
        <w:t xml:space="preserve">    C. 劳动对象</w:t>
      </w:r>
    </w:p>
    <w:p>
      <w:pPr>
        <w:spacing w:before="20" w:after="20"/>
      </w:pPr>
      <w:r>
        <w:rPr>
          <w:sz w:val="22"/>
        </w:rPr>
        <w:t xml:space="preserve">    D. 生产过程</w:t>
      </w:r>
    </w:p>
    <w:p>
      <w:pPr>
        <w:spacing w:before="160"/>
      </w:pPr>
      <w:r>
        <w:rPr>
          <w:b/>
          <w:sz w:val="22"/>
        </w:rPr>
        <w:t>97. 以多数人的意见为真理的标准和强调有用即真理的实用主义，在真理标准问题上的共同错误是( )。</w:t>
      </w:r>
    </w:p>
    <w:p>
      <w:pPr>
        <w:spacing w:before="20" w:after="20"/>
      </w:pPr>
      <w:r>
        <w:rPr>
          <w:sz w:val="22"/>
        </w:rPr>
        <w:t xml:space="preserve">    A. 用认识检验认识</w:t>
      </w:r>
    </w:p>
    <w:p>
      <w:pPr>
        <w:spacing w:before="20" w:after="20"/>
      </w:pPr>
      <w:r>
        <w:rPr>
          <w:sz w:val="22"/>
        </w:rPr>
        <w:t xml:space="preserve">    B. 认为真理具有客观性</w:t>
      </w:r>
    </w:p>
    <w:p>
      <w:pPr>
        <w:spacing w:before="20" w:after="20"/>
      </w:pPr>
      <w:r>
        <w:rPr>
          <w:sz w:val="22"/>
        </w:rPr>
        <w:t xml:space="preserve">    C. 用实践检验认识</w:t>
      </w:r>
    </w:p>
    <w:p>
      <w:pPr>
        <w:spacing w:before="20" w:after="20"/>
      </w:pPr>
      <w:r>
        <w:rPr>
          <w:sz w:val="22"/>
        </w:rPr>
        <w:t xml:space="preserve">    D. 认为真理是绝对的</w:t>
      </w:r>
    </w:p>
    <w:p>
      <w:pPr>
        <w:spacing w:before="160"/>
      </w:pPr>
      <w:r>
        <w:rPr>
          <w:b/>
          <w:sz w:val="22"/>
        </w:rPr>
        <w:t>98. 没有进入人们视野的客观事物不会与人构成价值关系，对人也不具有现实的价值。随着实践和认识的发展，人们发现了更多的客体，掌握了它们的属性，从而在主客体的相互作用中把客体潜在的价值转化为现实的价值。这说明主客体之间的价值关系是( )。</w:t>
      </w:r>
    </w:p>
    <w:p>
      <w:pPr>
        <w:spacing w:before="20" w:after="20"/>
      </w:pPr>
      <w:r>
        <w:rPr>
          <w:sz w:val="22"/>
        </w:rPr>
        <w:t xml:space="preserve">    A. 一种自然的现成关系</w:t>
      </w:r>
    </w:p>
    <w:p>
      <w:pPr>
        <w:spacing w:before="20" w:after="20"/>
      </w:pPr>
      <w:r>
        <w:rPr>
          <w:sz w:val="22"/>
        </w:rPr>
        <w:t xml:space="preserve">    B. 主体在实践基础上确立的同客体之间的一种创造性的关系</w:t>
      </w:r>
    </w:p>
    <w:p>
      <w:pPr>
        <w:spacing w:before="20" w:after="20"/>
      </w:pPr>
      <w:r>
        <w:rPr>
          <w:sz w:val="22"/>
        </w:rPr>
        <w:t xml:space="preserve">    C. 主体需要与客体属性之间随机相遇的关系</w:t>
      </w:r>
    </w:p>
    <w:p>
      <w:pPr>
        <w:spacing w:before="20" w:after="20"/>
      </w:pPr>
      <w:r>
        <w:rPr>
          <w:sz w:val="22"/>
        </w:rPr>
        <w:t xml:space="preserve">    D. 由人的主观愿望决定的</w:t>
      </w:r>
    </w:p>
    <w:p>
      <w:pPr>
        <w:spacing w:before="160"/>
      </w:pPr>
      <w:r>
        <w:rPr>
          <w:b/>
          <w:sz w:val="22"/>
        </w:rPr>
        <w:t>99. 五四青年节前夕，新华社推出融媒产品《老照片会“说话”!“穿越”时空遇见TA》。工程师们利用人工智能技术先对黑白照片进行修复、上色，再通过拍摄捕捉真人的面部动作，然后将捕捉到的动作“移植”到图片之中，从而让照片上的人物动起来。“穿越”时空让老照片“说话”体现的哲学原理是( )。</w:t>
      </w:r>
    </w:p>
    <w:p>
      <w:pPr>
        <w:spacing w:before="20" w:after="20"/>
      </w:pPr>
      <w:r>
        <w:rPr>
          <w:sz w:val="22"/>
        </w:rPr>
        <w:t xml:space="preserve">    A. 物质世界的时空既是绝对的又是相对的</w:t>
      </w:r>
    </w:p>
    <w:p>
      <w:pPr>
        <w:spacing w:before="20" w:after="20"/>
      </w:pPr>
      <w:r>
        <w:rPr>
          <w:sz w:val="22"/>
        </w:rPr>
        <w:t xml:space="preserve">    B. 观念的东西可以指导实践创造出世界上原来所没有的东西</w:t>
      </w:r>
    </w:p>
    <w:p>
      <w:pPr>
        <w:spacing w:before="20" w:after="20"/>
      </w:pPr>
      <w:r>
        <w:rPr>
          <w:sz w:val="22"/>
        </w:rPr>
        <w:t xml:space="preserve">    C. 人们可以任意改变和创造条件来建立新的联系</w:t>
      </w:r>
    </w:p>
    <w:p>
      <w:pPr>
        <w:spacing w:before="20" w:after="20"/>
      </w:pPr>
      <w:r>
        <w:rPr>
          <w:sz w:val="22"/>
        </w:rPr>
        <w:t xml:space="preserve">    D. 人工智能已经真正具备了人类的社会属性</w:t>
      </w:r>
    </w:p>
    <w:p>
      <w:pPr>
        <w:spacing w:before="160"/>
      </w:pPr>
      <w:r>
        <w:rPr>
          <w:b/>
          <w:sz w:val="22"/>
        </w:rPr>
        <w:t>100. 马克思、恩格斯在《共产党宣言》中指出:“至今一切社会的历史都是阶级斗争的历史”，这说明( )。</w:t>
      </w:r>
    </w:p>
    <w:p>
      <w:pPr>
        <w:spacing w:before="20" w:after="20"/>
      </w:pPr>
      <w:r>
        <w:rPr>
          <w:sz w:val="22"/>
        </w:rPr>
        <w:t xml:space="preserve">    A. 阶级矛盾是社会基本矛盾</w:t>
      </w:r>
    </w:p>
    <w:p>
      <w:pPr>
        <w:spacing w:before="20" w:after="20"/>
      </w:pPr>
      <w:r>
        <w:rPr>
          <w:sz w:val="22"/>
        </w:rPr>
        <w:t xml:space="preserve">    B. 阶级斗争永远存在</w:t>
      </w:r>
    </w:p>
    <w:p>
      <w:pPr>
        <w:spacing w:before="20" w:after="20"/>
      </w:pPr>
      <w:r>
        <w:rPr>
          <w:sz w:val="22"/>
        </w:rPr>
        <w:t xml:space="preserve">    C. 阶级斗争是阶级社会发展的直接动力</w:t>
      </w:r>
    </w:p>
    <w:p>
      <w:pPr>
        <w:spacing w:before="20" w:after="20"/>
      </w:pPr>
      <w:r>
        <w:rPr>
          <w:sz w:val="22"/>
        </w:rPr>
        <w:t xml:space="preserve">    D. 阶级斗争是历史的创造者</w:t>
      </w:r>
    </w:p>
    <w:p>
      <w:pPr>
        <w:spacing w:before="160"/>
      </w:pPr>
      <w:r>
        <w:rPr>
          <w:b/>
          <w:sz w:val="22"/>
        </w:rPr>
        <w:t>101. 在帝国主义阶段，除无产阶级与资产阶级矛盾外，( )成为资本主义世界的又一重大矛盾。</w:t>
      </w:r>
    </w:p>
    <w:p>
      <w:pPr>
        <w:spacing w:before="20" w:after="20"/>
      </w:pPr>
      <w:r>
        <w:rPr>
          <w:sz w:val="22"/>
        </w:rPr>
        <w:t xml:space="preserve">    A. 农民阶级与地主阶级的矛盾</w:t>
      </w:r>
    </w:p>
    <w:p>
      <w:pPr>
        <w:spacing w:before="20" w:after="20"/>
      </w:pPr>
      <w:r>
        <w:rPr>
          <w:sz w:val="22"/>
        </w:rPr>
        <w:t xml:space="preserve">    B. 垄断资本家与小商品生产者的矛盾</w:t>
      </w:r>
    </w:p>
    <w:p>
      <w:pPr>
        <w:spacing w:before="20" w:after="20"/>
      </w:pPr>
      <w:r>
        <w:rPr>
          <w:sz w:val="22"/>
        </w:rPr>
        <w:t xml:space="preserve">    C. 金融资本与实体产业的矛盾</w:t>
      </w:r>
    </w:p>
    <w:p>
      <w:pPr>
        <w:spacing w:before="20" w:after="20"/>
      </w:pPr>
      <w:r>
        <w:rPr>
          <w:sz w:val="22"/>
        </w:rPr>
        <w:t xml:space="preserve">    D. 帝国主义和殖民地半殖民地国家的民族矛盾</w:t>
      </w:r>
    </w:p>
    <w:p>
      <w:pPr>
        <w:spacing w:before="160"/>
      </w:pPr>
      <w:r>
        <w:rPr>
          <w:b/>
          <w:sz w:val="22"/>
        </w:rPr>
        <w:t>102. 2022年4月23日，在首届全民阅读大会举办之际，习近平总书记致信表示祝贺。贺信中提到，阅读是人类获取知识、启智增慧、培养道德的重要途径，可以让人得到思想启发，树立崇高理想，涵养浩然之气。这段话说明( )。</w:t>
      </w:r>
    </w:p>
    <w:p>
      <w:pPr>
        <w:spacing w:before="20" w:after="20"/>
      </w:pPr>
      <w:r>
        <w:rPr>
          <w:sz w:val="22"/>
        </w:rPr>
        <w:t xml:space="preserve">    A. 理性认识是认识过程的终点</w:t>
      </w:r>
    </w:p>
    <w:p>
      <w:pPr>
        <w:spacing w:before="20" w:after="20"/>
      </w:pPr>
      <w:r>
        <w:rPr>
          <w:sz w:val="22"/>
        </w:rPr>
        <w:t xml:space="preserve">    B. 语言文字是意识的来源</w:t>
      </w:r>
    </w:p>
    <w:p>
      <w:pPr>
        <w:spacing w:before="20" w:after="20"/>
      </w:pPr>
      <w:r>
        <w:rPr>
          <w:sz w:val="22"/>
        </w:rPr>
        <w:t xml:space="preserve">    C. 知识可以来自间接经验</w:t>
      </w:r>
    </w:p>
    <w:p>
      <w:pPr>
        <w:spacing w:before="20" w:after="20"/>
      </w:pPr>
      <w:r>
        <w:rPr>
          <w:sz w:val="22"/>
        </w:rPr>
        <w:t xml:space="preserve">    D. 已被前人实践检验的真理是永恒不变的</w:t>
      </w:r>
    </w:p>
    <w:p>
      <w:pPr>
        <w:spacing w:before="160"/>
      </w:pPr>
      <w:r>
        <w:rPr>
          <w:b/>
          <w:sz w:val="22"/>
        </w:rPr>
        <w:t>103. 一切劳动产品所共有的属性是( )。</w:t>
      </w:r>
    </w:p>
    <w:p>
      <w:pPr>
        <w:spacing w:before="20" w:after="20"/>
      </w:pPr>
      <w:r>
        <w:rPr>
          <w:sz w:val="22"/>
        </w:rPr>
        <w:t xml:space="preserve">    A. 价值</w:t>
      </w:r>
    </w:p>
    <w:p>
      <w:pPr>
        <w:spacing w:before="20" w:after="20"/>
      </w:pPr>
      <w:r>
        <w:rPr>
          <w:sz w:val="22"/>
        </w:rPr>
        <w:t xml:space="preserve">    B. 交换价值</w:t>
      </w:r>
    </w:p>
    <w:p>
      <w:pPr>
        <w:spacing w:before="20" w:after="20"/>
      </w:pPr>
      <w:r>
        <w:rPr>
          <w:sz w:val="22"/>
        </w:rPr>
        <w:t xml:space="preserve">    C. 使用价值</w:t>
      </w:r>
    </w:p>
    <w:p>
      <w:pPr>
        <w:spacing w:before="20" w:after="20"/>
      </w:pPr>
      <w:r>
        <w:rPr>
          <w:sz w:val="22"/>
        </w:rPr>
        <w:t xml:space="preserve">    D. 历史价值</w:t>
      </w:r>
    </w:p>
    <w:p>
      <w:pPr>
        <w:spacing w:before="160"/>
      </w:pPr>
      <w:r>
        <w:rPr>
          <w:b/>
          <w:sz w:val="22"/>
        </w:rPr>
        <w:t>104. 在同一社会形态的发展中，社会基本矛盾通常是通过( )的方式来解决的。</w:t>
      </w:r>
    </w:p>
    <w:p>
      <w:pPr>
        <w:spacing w:before="20" w:after="20"/>
      </w:pPr>
      <w:r>
        <w:rPr>
          <w:sz w:val="22"/>
        </w:rPr>
        <w:t xml:space="preserve">    A. 革命</w:t>
      </w:r>
    </w:p>
    <w:p>
      <w:pPr>
        <w:spacing w:before="20" w:after="20"/>
      </w:pPr>
      <w:r>
        <w:rPr>
          <w:sz w:val="22"/>
        </w:rPr>
        <w:t xml:space="preserve">    B. 冲突</w:t>
      </w:r>
    </w:p>
    <w:p>
      <w:pPr>
        <w:spacing w:before="20" w:after="20"/>
      </w:pPr>
      <w:r>
        <w:rPr>
          <w:sz w:val="22"/>
        </w:rPr>
        <w:t xml:space="preserve">    C. 改革</w:t>
      </w:r>
    </w:p>
    <w:p>
      <w:pPr>
        <w:spacing w:before="20" w:after="20"/>
      </w:pPr>
      <w:r>
        <w:rPr>
          <w:sz w:val="22"/>
        </w:rPr>
        <w:t xml:space="preserve">    D. 妥协</w:t>
      </w:r>
    </w:p>
    <w:p>
      <w:pPr>
        <w:spacing w:before="160"/>
      </w:pPr>
      <w:r>
        <w:rPr>
          <w:b/>
          <w:sz w:val="22"/>
        </w:rPr>
        <w:t>105. 随着北京再次申奥成功，冰雪运动成为中国人民关注的热点，在此次冰雪运动热潮中，大批网络滑雪小组、论坛涌现，通过网络寻友组队，成为大部分滑雪爱好者的第一需求。从唯物史观角度看，这体现了( )。</w:t>
      </w:r>
    </w:p>
    <w:p>
      <w:pPr>
        <w:spacing w:before="20" w:after="20"/>
      </w:pPr>
      <w:r>
        <w:rPr>
          <w:sz w:val="22"/>
        </w:rPr>
        <w:t xml:space="preserve">    A. 虚拟交往是交往的主要形式</w:t>
      </w:r>
    </w:p>
    <w:p>
      <w:pPr>
        <w:spacing w:before="20" w:after="20"/>
      </w:pPr>
      <w:r>
        <w:rPr>
          <w:sz w:val="22"/>
        </w:rPr>
        <w:t xml:space="preserve">    B. 现代信息技术革命对生活方式产生巨大影响</w:t>
      </w:r>
    </w:p>
    <w:p>
      <w:pPr>
        <w:spacing w:before="20" w:after="20"/>
      </w:pPr>
      <w:r>
        <w:rPr>
          <w:sz w:val="22"/>
        </w:rPr>
        <w:t xml:space="preserve">    C. 精神交往是物质交往的基础</w:t>
      </w:r>
    </w:p>
    <w:p>
      <w:pPr>
        <w:spacing w:before="20" w:after="20"/>
      </w:pPr>
      <w:r>
        <w:rPr>
          <w:sz w:val="22"/>
        </w:rPr>
        <w:t xml:space="preserve">    D. 科学技术革命改变生产方式</w:t>
      </w:r>
    </w:p>
    <w:p>
      <w:pPr>
        <w:spacing w:before="160"/>
      </w:pPr>
      <w:r>
        <w:rPr>
          <w:b/>
          <w:sz w:val="22"/>
        </w:rPr>
        <w:t>106. ( )实现了社会主义从理想到现实的伟大飞跃。</w:t>
      </w:r>
    </w:p>
    <w:p>
      <w:pPr>
        <w:spacing w:before="20" w:after="20"/>
      </w:pPr>
      <w:r>
        <w:rPr>
          <w:sz w:val="22"/>
        </w:rPr>
        <w:t xml:space="preserve">    A. 十月革命</w:t>
      </w:r>
    </w:p>
    <w:p>
      <w:pPr>
        <w:spacing w:before="20" w:after="20"/>
      </w:pPr>
      <w:r>
        <w:rPr>
          <w:sz w:val="22"/>
        </w:rPr>
        <w:t xml:space="preserve">    B. 巴黎公社革命</w:t>
      </w:r>
    </w:p>
    <w:p>
      <w:pPr>
        <w:spacing w:before="20" w:after="20"/>
      </w:pPr>
      <w:r>
        <w:rPr>
          <w:sz w:val="22"/>
        </w:rPr>
        <w:t xml:space="preserve">    C. 第一国际</w:t>
      </w:r>
    </w:p>
    <w:p>
      <w:pPr>
        <w:spacing w:before="20" w:after="20"/>
      </w:pPr>
      <w:r>
        <w:rPr>
          <w:sz w:val="22"/>
        </w:rPr>
        <w:t xml:space="preserve">    D. 第二国际</w:t>
      </w:r>
    </w:p>
    <w:p>
      <w:pPr>
        <w:spacing w:before="160"/>
      </w:pPr>
      <w:r>
        <w:rPr>
          <w:b/>
          <w:sz w:val="22"/>
        </w:rPr>
        <w:t>107. 资本家提高对工人剥削程度的方法是多种多样的，最基本的方法有两种，即绝对剩余价值的生产和相对剩余价值的生产。绝对剩余价值的生产和相对剩余价值的生产都是依靠( )。</w:t>
      </w:r>
    </w:p>
    <w:p>
      <w:pPr>
        <w:spacing w:before="20" w:after="20"/>
      </w:pPr>
      <w:r>
        <w:rPr>
          <w:sz w:val="22"/>
        </w:rPr>
        <w:t xml:space="preserve">    A. 延长工作日获得的</w:t>
      </w:r>
    </w:p>
    <w:p>
      <w:pPr>
        <w:spacing w:before="20" w:after="20"/>
      </w:pPr>
      <w:r>
        <w:rPr>
          <w:sz w:val="22"/>
        </w:rPr>
        <w:t xml:space="preserve">    B. 提高劳动生产率获得的</w:t>
      </w:r>
    </w:p>
    <w:p>
      <w:pPr>
        <w:spacing w:before="20" w:after="20"/>
      </w:pPr>
      <w:r>
        <w:rPr>
          <w:sz w:val="22"/>
        </w:rPr>
        <w:t xml:space="preserve">    C. 减少工人的必要劳动时间获得的</w:t>
      </w:r>
    </w:p>
    <w:p>
      <w:pPr>
        <w:spacing w:before="20" w:after="20"/>
      </w:pPr>
      <w:r>
        <w:rPr>
          <w:sz w:val="22"/>
        </w:rPr>
        <w:t xml:space="preserve">    D. 延长工人的剩余劳动时间获得的</w:t>
      </w:r>
    </w:p>
    <w:p>
      <w:pPr>
        <w:spacing w:before="160"/>
      </w:pPr>
      <w:r>
        <w:rPr>
          <w:b/>
          <w:sz w:val="22"/>
        </w:rPr>
        <w:t>108. 资本主义经济危机爆发的根本原因是( )。</w:t>
      </w:r>
    </w:p>
    <w:p>
      <w:pPr>
        <w:spacing w:before="20" w:after="20"/>
      </w:pPr>
      <w:r>
        <w:rPr>
          <w:sz w:val="22"/>
        </w:rPr>
        <w:t xml:space="preserve">    A. 货币作为流通手段和支付手段</w:t>
      </w:r>
    </w:p>
    <w:p>
      <w:pPr>
        <w:spacing w:before="20" w:after="20"/>
      </w:pPr>
      <w:r>
        <w:rPr>
          <w:sz w:val="22"/>
        </w:rPr>
        <w:t xml:space="preserve">    B. 资本主义的基本矛盾</w:t>
      </w:r>
    </w:p>
    <w:p>
      <w:pPr>
        <w:spacing w:before="20" w:after="20"/>
      </w:pPr>
      <w:r>
        <w:rPr>
          <w:sz w:val="22"/>
        </w:rPr>
        <w:t xml:space="preserve">    C. 绝对过剩人口的存在</w:t>
      </w:r>
    </w:p>
    <w:p>
      <w:pPr>
        <w:spacing w:before="20" w:after="20"/>
      </w:pPr>
      <w:r>
        <w:rPr>
          <w:sz w:val="22"/>
        </w:rPr>
        <w:t xml:space="preserve">    D. 无产阶级对资产阶级的对抗</w:t>
      </w:r>
    </w:p>
    <w:p>
      <w:pPr>
        <w:spacing w:before="160"/>
      </w:pPr>
      <w:r>
        <w:rPr>
          <w:b/>
          <w:sz w:val="22"/>
        </w:rPr>
        <w:t>109. 在诸多阶级组织中，最集中、最严密、最高级的形式是( )。</w:t>
      </w:r>
    </w:p>
    <w:p>
      <w:pPr>
        <w:spacing w:before="20" w:after="20"/>
      </w:pPr>
      <w:r>
        <w:rPr>
          <w:sz w:val="22"/>
        </w:rPr>
        <w:t xml:space="preserve">    A. 集团</w:t>
      </w:r>
    </w:p>
    <w:p>
      <w:pPr>
        <w:spacing w:before="20" w:after="20"/>
      </w:pPr>
      <w:r>
        <w:rPr>
          <w:sz w:val="22"/>
        </w:rPr>
        <w:t xml:space="preserve">    B. 行会</w:t>
      </w:r>
    </w:p>
    <w:p>
      <w:pPr>
        <w:spacing w:before="20" w:after="20"/>
      </w:pPr>
      <w:r>
        <w:rPr>
          <w:sz w:val="22"/>
        </w:rPr>
        <w:t xml:space="preserve">    C. 政党</w:t>
      </w:r>
    </w:p>
    <w:p>
      <w:pPr>
        <w:spacing w:before="20" w:after="20"/>
      </w:pPr>
      <w:r>
        <w:rPr>
          <w:sz w:val="22"/>
        </w:rPr>
        <w:t xml:space="preserve">    D. 同盟</w:t>
      </w:r>
    </w:p>
    <w:p>
      <w:pPr>
        <w:spacing w:before="160"/>
      </w:pPr>
      <w:r>
        <w:rPr>
          <w:b/>
          <w:sz w:val="22"/>
        </w:rPr>
        <w:t>110. 对于真理，不能说“它对谁来说是真理”;对于价值，则必须说“它对谁来说有价值”。这是因为( )。</w:t>
      </w:r>
    </w:p>
    <w:p>
      <w:pPr>
        <w:spacing w:before="20" w:after="20"/>
      </w:pPr>
      <w:r>
        <w:rPr>
          <w:sz w:val="22"/>
        </w:rPr>
        <w:t xml:space="preserve">    A. 真理是抽象的，而价值是具体的</w:t>
      </w:r>
    </w:p>
    <w:p>
      <w:pPr>
        <w:spacing w:before="20" w:after="20"/>
      </w:pPr>
      <w:r>
        <w:rPr>
          <w:sz w:val="22"/>
        </w:rPr>
        <w:t xml:space="preserve">    B. 真理是一种客观实在，而价值是一种认识性的判断</w:t>
      </w:r>
    </w:p>
    <w:p>
      <w:pPr>
        <w:spacing w:before="20" w:after="20"/>
      </w:pPr>
      <w:r>
        <w:rPr>
          <w:sz w:val="22"/>
        </w:rPr>
        <w:t xml:space="preserve">    C. 真理是一元的，而价值是多元的</w:t>
      </w:r>
    </w:p>
    <w:p>
      <w:pPr>
        <w:spacing w:before="20" w:after="20"/>
      </w:pPr>
      <w:r>
        <w:rPr>
          <w:sz w:val="22"/>
        </w:rPr>
        <w:t xml:space="preserve">    D. 真理是永恒不变的，而价值是不断发展的</w:t>
      </w:r>
    </w:p>
    <w:p>
      <w:pPr>
        <w:spacing w:before="160"/>
      </w:pPr>
      <w:r>
        <w:rPr>
          <w:b/>
          <w:sz w:val="22"/>
        </w:rPr>
        <w:t>111. “许多事情我们可以讲一千个理由、一万个理由，但老百姓吃不上饭，就没有理由。‘民以食为天’”。这段话表明( )。</w:t>
      </w:r>
    </w:p>
    <w:p>
      <w:pPr>
        <w:spacing w:before="20" w:after="20"/>
      </w:pPr>
      <w:r>
        <w:rPr>
          <w:sz w:val="22"/>
        </w:rPr>
        <w:t xml:space="preserve">    A. 人们首先必须吃、喝、住、穿，然后才能从事政治、科技、艺术、宗教等等活动</w:t>
      </w:r>
    </w:p>
    <w:p>
      <w:pPr>
        <w:spacing w:before="20" w:after="20"/>
      </w:pPr>
      <w:r>
        <w:rPr>
          <w:sz w:val="22"/>
        </w:rPr>
        <w:t xml:space="preserve">    B. 人的生理需求是历史的基础</w:t>
      </w:r>
    </w:p>
    <w:p>
      <w:pPr>
        <w:spacing w:before="20" w:after="20"/>
      </w:pPr>
      <w:r>
        <w:rPr>
          <w:sz w:val="22"/>
        </w:rPr>
        <w:t xml:space="preserve">    C. 人的自然属性决定着人的本质</w:t>
      </w:r>
    </w:p>
    <w:p>
      <w:pPr>
        <w:spacing w:before="20" w:after="20"/>
      </w:pPr>
      <w:r>
        <w:rPr>
          <w:sz w:val="22"/>
        </w:rPr>
        <w:t xml:space="preserve">    D. 人的物质欲望是社会发展的根本动力</w:t>
      </w:r>
    </w:p>
    <w:p>
      <w:pPr>
        <w:spacing w:before="160"/>
      </w:pPr>
      <w:r>
        <w:rPr>
          <w:b/>
          <w:sz w:val="22"/>
        </w:rPr>
        <w:t>112. “凡是在人类历史领域中是现实的，随着时间的推移，都会成为不合理的”，这种观点属于( )。</w:t>
      </w:r>
    </w:p>
    <w:p>
      <w:pPr>
        <w:spacing w:before="20" w:after="20"/>
      </w:pPr>
      <w:r>
        <w:rPr>
          <w:sz w:val="22"/>
        </w:rPr>
        <w:t xml:space="preserve">    A. 认为“物方生方死”的诡辩论</w:t>
      </w:r>
    </w:p>
    <w:p>
      <w:pPr>
        <w:spacing w:before="20" w:after="20"/>
      </w:pPr>
      <w:r>
        <w:rPr>
          <w:sz w:val="22"/>
        </w:rPr>
        <w:t xml:space="preserve">    B. 承认事物发展的辩证法</w:t>
      </w:r>
    </w:p>
    <w:p>
      <w:pPr>
        <w:spacing w:before="20" w:after="20"/>
      </w:pPr>
      <w:r>
        <w:rPr>
          <w:sz w:val="22"/>
        </w:rPr>
        <w:t xml:space="preserve">    C. 在社会历史领领域坚持唯心的旧唯物主义</w:t>
      </w:r>
    </w:p>
    <w:p>
      <w:pPr>
        <w:spacing w:before="20" w:after="20"/>
      </w:pPr>
      <w:r>
        <w:rPr>
          <w:sz w:val="22"/>
        </w:rPr>
        <w:t xml:space="preserve">    D. 追求永恒真理的形而上学</w:t>
      </w:r>
    </w:p>
    <w:p>
      <w:pPr>
        <w:spacing w:before="160"/>
      </w:pPr>
      <w:r>
        <w:rPr>
          <w:b/>
          <w:sz w:val="22"/>
        </w:rPr>
        <w:t>113. 马克思主义的根本理论特征是?</w:t>
      </w:r>
    </w:p>
    <w:p>
      <w:pPr>
        <w:spacing w:before="20" w:after="20"/>
      </w:pPr>
      <w:r>
        <w:rPr>
          <w:sz w:val="22"/>
        </w:rPr>
        <w:t xml:space="preserve">    A. 科学性与革命性的统一</w:t>
      </w:r>
    </w:p>
    <w:p>
      <w:pPr>
        <w:spacing w:before="20" w:after="20"/>
      </w:pPr>
      <w:r>
        <w:rPr>
          <w:sz w:val="22"/>
        </w:rPr>
        <w:t xml:space="preserve">    B. 理论性与实践性的统一</w:t>
      </w:r>
    </w:p>
    <w:p>
      <w:pPr>
        <w:spacing w:before="20" w:after="20"/>
      </w:pPr>
      <w:r>
        <w:rPr>
          <w:sz w:val="22"/>
        </w:rPr>
        <w:t xml:space="preserve">    C. 阶级性与人民性的统一</w:t>
      </w:r>
    </w:p>
    <w:p>
      <w:pPr>
        <w:spacing w:before="20" w:after="20"/>
      </w:pPr>
      <w:r>
        <w:rPr>
          <w:sz w:val="22"/>
        </w:rPr>
        <w:t xml:space="preserve">    D. 历史性与现实性的统一</w:t>
      </w:r>
    </w:p>
    <w:p>
      <w:pPr>
        <w:spacing w:before="160"/>
      </w:pPr>
      <w:r>
        <w:rPr>
          <w:b/>
          <w:sz w:val="22"/>
        </w:rPr>
        <w:t>114. 从个别事实中概括出一般性结论，由个别前提过渡到一般性结论的推理形式是( )。</w:t>
      </w:r>
    </w:p>
    <w:p>
      <w:pPr>
        <w:spacing w:before="20" w:after="20"/>
      </w:pPr>
      <w:r>
        <w:rPr>
          <w:sz w:val="22"/>
        </w:rPr>
        <w:t xml:space="preserve">    A. 归纳</w:t>
      </w:r>
    </w:p>
    <w:p>
      <w:pPr>
        <w:spacing w:before="20" w:after="20"/>
      </w:pPr>
      <w:r>
        <w:rPr>
          <w:sz w:val="22"/>
        </w:rPr>
        <w:t xml:space="preserve">    B. 演绎</w:t>
      </w:r>
    </w:p>
    <w:p>
      <w:pPr>
        <w:spacing w:before="20" w:after="20"/>
      </w:pPr>
      <w:r>
        <w:rPr>
          <w:sz w:val="22"/>
        </w:rPr>
        <w:t xml:space="preserve">    C. 分析</w:t>
      </w:r>
    </w:p>
    <w:p>
      <w:pPr>
        <w:spacing w:before="20" w:after="20"/>
      </w:pPr>
      <w:r>
        <w:rPr>
          <w:sz w:val="22"/>
        </w:rPr>
        <w:t xml:space="preserve">    D. 具体</w:t>
      </w:r>
    </w:p>
    <w:p>
      <w:pPr>
        <w:spacing w:before="160"/>
      </w:pPr>
      <w:r>
        <w:rPr>
          <w:b/>
          <w:sz w:val="22"/>
        </w:rPr>
        <w:t>115. 劳动力的价值，也就是工人的工资的最低界限是( )。</w:t>
      </w:r>
    </w:p>
    <w:p>
      <w:pPr>
        <w:spacing w:before="20" w:after="20"/>
      </w:pPr>
      <w:r>
        <w:rPr>
          <w:sz w:val="22"/>
        </w:rPr>
        <w:t xml:space="preserve">    A. 由政府强制规定的</w:t>
      </w:r>
    </w:p>
    <w:p>
      <w:pPr>
        <w:spacing w:before="20" w:after="20"/>
      </w:pPr>
      <w:r>
        <w:rPr>
          <w:sz w:val="22"/>
        </w:rPr>
        <w:t xml:space="preserve">    B. 资本家按照利润率计算出来的</w:t>
      </w:r>
    </w:p>
    <w:p>
      <w:pPr>
        <w:spacing w:before="20" w:after="20"/>
      </w:pPr>
      <w:r>
        <w:rPr>
          <w:sz w:val="22"/>
        </w:rPr>
        <w:t xml:space="preserve">    C. 由工人生活上不可缺少的生活资料的价值决定的</w:t>
      </w:r>
    </w:p>
    <w:p>
      <w:pPr>
        <w:spacing w:before="20" w:after="20"/>
      </w:pPr>
      <w:r>
        <w:rPr>
          <w:sz w:val="22"/>
        </w:rPr>
        <w:t xml:space="preserve">    D. 由工人集体商讨划定的</w:t>
      </w:r>
    </w:p>
    <w:p>
      <w:pPr>
        <w:spacing w:before="160"/>
      </w:pPr>
      <w:r>
        <w:rPr>
          <w:b/>
          <w:sz w:val="22"/>
        </w:rPr>
        <w:t>116. 产业资本划分为货币资本、生产资本、商品资本的依据是资本各个部分( )。</w:t>
      </w:r>
    </w:p>
    <w:p>
      <w:pPr>
        <w:spacing w:before="20" w:after="20"/>
      </w:pPr>
      <w:r>
        <w:rPr>
          <w:sz w:val="22"/>
        </w:rPr>
        <w:t xml:space="preserve">    A. 在价值增殖过程中的作用不同</w:t>
      </w:r>
    </w:p>
    <w:p>
      <w:pPr>
        <w:spacing w:before="20" w:after="20"/>
      </w:pPr>
      <w:r>
        <w:rPr>
          <w:sz w:val="22"/>
        </w:rPr>
        <w:t xml:space="preserve">    B. 价值周转方式的不同</w:t>
      </w:r>
    </w:p>
    <w:p>
      <w:pPr>
        <w:spacing w:before="20" w:after="20"/>
      </w:pPr>
      <w:r>
        <w:rPr>
          <w:sz w:val="22"/>
        </w:rPr>
        <w:t xml:space="preserve">    C. 存在的物质形态不同</w:t>
      </w:r>
    </w:p>
    <w:p>
      <w:pPr>
        <w:spacing w:before="20" w:after="20"/>
      </w:pPr>
      <w:r>
        <w:rPr>
          <w:sz w:val="22"/>
        </w:rPr>
        <w:t xml:space="preserve">    D. 在循环中执行的职能不同</w:t>
      </w:r>
    </w:p>
    <w:p>
      <w:pPr>
        <w:spacing w:before="160"/>
      </w:pPr>
      <w:r>
        <w:rPr>
          <w:b/>
          <w:sz w:val="22"/>
        </w:rPr>
        <w:t>117. 《今日美国报》网站报道，超过500万全年从事全职工作的美国人的年收入低于1.5万美元的贫困线，其中有许多人还要供养家庭和子女。在发达资本主义的美国出现这种“贫困问题”，从一个侧面反映了资本主义固有的、内在的基本矛盾，即( )。</w:t>
      </w:r>
    </w:p>
    <w:p>
      <w:pPr>
        <w:spacing w:before="20" w:after="20"/>
      </w:pPr>
      <w:r>
        <w:rPr>
          <w:sz w:val="22"/>
        </w:rPr>
        <w:t xml:space="preserve">    A. 生产社会化和生产资料资本主义私人占有之间的矛盾</w:t>
      </w:r>
    </w:p>
    <w:p>
      <w:pPr>
        <w:spacing w:before="20" w:after="20"/>
      </w:pPr>
      <w:r>
        <w:rPr>
          <w:sz w:val="22"/>
        </w:rPr>
        <w:t xml:space="preserve">    B. 无产阶级与资产阶级之间的矛盾</w:t>
      </w:r>
    </w:p>
    <w:p>
      <w:pPr>
        <w:spacing w:before="20" w:after="20"/>
      </w:pPr>
      <w:r>
        <w:rPr>
          <w:sz w:val="22"/>
        </w:rPr>
        <w:t xml:space="preserve">    C. 个别企业内部生产的有组织性和整个社会生产的无政府状态之间的矛盾</w:t>
      </w:r>
    </w:p>
    <w:p>
      <w:pPr>
        <w:spacing w:before="20" w:after="20"/>
      </w:pPr>
      <w:r>
        <w:rPr>
          <w:sz w:val="22"/>
        </w:rPr>
        <w:t xml:space="preserve">    D. 生产无限扩大的趋势与劳动人民有支付能力的需求相对缩小的矛盾</w:t>
      </w:r>
    </w:p>
    <w:p>
      <w:pPr>
        <w:spacing w:before="160"/>
      </w:pPr>
      <w:r>
        <w:rPr>
          <w:b/>
          <w:sz w:val="22"/>
        </w:rPr>
        <w:t>118. 主观世界从客观世界中分化出来，体现了主观世界的( )。</w:t>
      </w:r>
    </w:p>
    <w:p>
      <w:pPr>
        <w:spacing w:before="20" w:after="20"/>
      </w:pPr>
      <w:r>
        <w:rPr>
          <w:sz w:val="22"/>
        </w:rPr>
        <w:t xml:space="preserve">    A. 孤立性</w:t>
      </w:r>
    </w:p>
    <w:p>
      <w:pPr>
        <w:spacing w:before="20" w:after="20"/>
      </w:pPr>
      <w:r>
        <w:rPr>
          <w:sz w:val="22"/>
        </w:rPr>
        <w:t xml:space="preserve">    B. 消极性</w:t>
      </w:r>
    </w:p>
    <w:p>
      <w:pPr>
        <w:spacing w:before="20" w:after="20"/>
      </w:pPr>
      <w:r>
        <w:rPr>
          <w:sz w:val="22"/>
        </w:rPr>
        <w:t xml:space="preserve">    C. 相对独立性</w:t>
      </w:r>
    </w:p>
    <w:p>
      <w:pPr>
        <w:spacing w:before="20" w:after="20"/>
      </w:pPr>
      <w:r>
        <w:rPr>
          <w:sz w:val="22"/>
        </w:rPr>
        <w:t xml:space="preserve">    D. 机械性</w:t>
      </w:r>
    </w:p>
    <w:p>
      <w:pPr>
        <w:spacing w:before="160"/>
      </w:pPr>
      <w:r>
        <w:rPr>
          <w:b/>
          <w:sz w:val="22"/>
        </w:rPr>
        <w:t>119. 习近平指出:“我们党现阶段提出和实施的理论和路线方针政策，之所以正确，就是因为它们都是以我国现时代的社会存在为基础的。”这说明( )。</w:t>
      </w:r>
    </w:p>
    <w:p>
      <w:pPr>
        <w:spacing w:before="20" w:after="20"/>
      </w:pPr>
      <w:r>
        <w:rPr>
          <w:sz w:val="22"/>
        </w:rPr>
        <w:t xml:space="preserve">    A. 实践是认识的来源</w:t>
      </w:r>
    </w:p>
    <w:p>
      <w:pPr>
        <w:spacing w:before="20" w:after="20"/>
      </w:pPr>
      <w:r>
        <w:rPr>
          <w:sz w:val="22"/>
        </w:rPr>
        <w:t xml:space="preserve">    B. 来自实践的认识都是正确的</w:t>
      </w:r>
    </w:p>
    <w:p>
      <w:pPr>
        <w:spacing w:before="20" w:after="20"/>
      </w:pPr>
      <w:r>
        <w:rPr>
          <w:sz w:val="22"/>
        </w:rPr>
        <w:t xml:space="preserve">    C. 间接经验不能带来任何知识</w:t>
      </w:r>
    </w:p>
    <w:p>
      <w:pPr>
        <w:spacing w:before="20" w:after="20"/>
      </w:pPr>
      <w:r>
        <w:rPr>
          <w:sz w:val="22"/>
        </w:rPr>
        <w:t xml:space="preserve">    D. 只有正确的认识具有能动性</w:t>
      </w:r>
    </w:p>
    <w:p>
      <w:pPr>
        <w:spacing w:before="160"/>
      </w:pPr>
      <w:r>
        <w:rPr>
          <w:b/>
          <w:sz w:val="22"/>
        </w:rPr>
        <w:t>120. 学习和掌握唯物辩证法的科学思维方法，要求我们在实践中不断增强辩证思维能力。提高辩证思维能力，要自觉运用对立统一规律，掌握运用好辩证的逻辑思维方法。在这些思维方法中，人类思维从个别到一般，又由一般到个别的最常见的推理形式是( )。</w:t>
      </w:r>
    </w:p>
    <w:p>
      <w:pPr>
        <w:spacing w:before="20" w:after="20"/>
      </w:pPr>
      <w:r>
        <w:rPr>
          <w:sz w:val="22"/>
        </w:rPr>
        <w:t xml:space="preserve">    A. 分析与综合</w:t>
      </w:r>
    </w:p>
    <w:p>
      <w:pPr>
        <w:spacing w:before="20" w:after="20"/>
      </w:pPr>
      <w:r>
        <w:rPr>
          <w:sz w:val="22"/>
        </w:rPr>
        <w:t xml:space="preserve">    B. 归纳与演绎</w:t>
      </w:r>
    </w:p>
    <w:p>
      <w:pPr>
        <w:spacing w:before="20" w:after="20"/>
      </w:pPr>
      <w:r>
        <w:rPr>
          <w:sz w:val="22"/>
        </w:rPr>
        <w:t xml:space="preserve">    C. 抽象与具体</w:t>
      </w:r>
    </w:p>
    <w:p>
      <w:pPr>
        <w:spacing w:before="20" w:after="20"/>
      </w:pPr>
      <w:r>
        <w:rPr>
          <w:sz w:val="22"/>
        </w:rPr>
        <w:t xml:space="preserve">    D. 逻辑与历史</w:t>
      </w:r>
    </w:p>
    <w:p>
      <w:pPr>
        <w:spacing w:before="160"/>
      </w:pPr>
      <w:r>
        <w:rPr>
          <w:b/>
          <w:sz w:val="22"/>
        </w:rPr>
        <w:t>121. 马克思指出，“社会形态发展是自然历史过程”，这是指( )。</w:t>
      </w:r>
    </w:p>
    <w:p>
      <w:pPr>
        <w:spacing w:before="20" w:after="20"/>
      </w:pPr>
      <w:r>
        <w:rPr>
          <w:sz w:val="22"/>
        </w:rPr>
        <w:t xml:space="preserve">    A. 社会形态的发展与自然界的发展完全一样</w:t>
      </w:r>
    </w:p>
    <w:p>
      <w:pPr>
        <w:spacing w:before="20" w:after="20"/>
      </w:pPr>
      <w:r>
        <w:rPr>
          <w:sz w:val="22"/>
        </w:rPr>
        <w:t xml:space="preserve">    B. 社会形态的发展也是自发的过程</w:t>
      </w:r>
    </w:p>
    <w:p>
      <w:pPr>
        <w:spacing w:before="20" w:after="20"/>
      </w:pPr>
      <w:r>
        <w:rPr>
          <w:sz w:val="22"/>
        </w:rPr>
        <w:t xml:space="preserve">    C. 社会形态的发展是客观的、有规律的发展过程</w:t>
      </w:r>
    </w:p>
    <w:p>
      <w:pPr>
        <w:spacing w:before="20" w:after="20"/>
      </w:pPr>
      <w:r>
        <w:rPr>
          <w:sz w:val="22"/>
        </w:rPr>
        <w:t xml:space="preserve">    D. 社会形态的发展与主体的活动无关</w:t>
      </w:r>
    </w:p>
    <w:p>
      <w:pPr>
        <w:spacing w:before="160"/>
      </w:pPr>
      <w:r>
        <w:rPr>
          <w:b/>
          <w:sz w:val="22"/>
        </w:rPr>
        <w:t>122. 桓谭在《新论·祛蔽》中说:“精神居形体，犹火之燃烛矣。……烛无，火亦不能独行于空虚。”这种认为精神没有了形体就不能存在的观点属于( )。</w:t>
      </w:r>
    </w:p>
    <w:p>
      <w:pPr>
        <w:spacing w:before="20" w:after="20"/>
      </w:pPr>
      <w:r>
        <w:rPr>
          <w:sz w:val="22"/>
        </w:rPr>
        <w:t xml:space="preserve">    A. 唯物主义</w:t>
      </w:r>
    </w:p>
    <w:p>
      <w:pPr>
        <w:spacing w:before="20" w:after="20"/>
      </w:pPr>
      <w:r>
        <w:rPr>
          <w:sz w:val="22"/>
        </w:rPr>
        <w:t xml:space="preserve">    B. 唯心主义</w:t>
      </w:r>
    </w:p>
    <w:p>
      <w:pPr>
        <w:spacing w:before="20" w:after="20"/>
      </w:pPr>
      <w:r>
        <w:rPr>
          <w:sz w:val="22"/>
        </w:rPr>
        <w:t xml:space="preserve">    C. 唯灵主义</w:t>
      </w:r>
    </w:p>
    <w:p>
      <w:pPr>
        <w:spacing w:before="20" w:after="20"/>
      </w:pPr>
      <w:r>
        <w:rPr>
          <w:sz w:val="22"/>
        </w:rPr>
        <w:t xml:space="preserve">    D. 不可知论</w:t>
      </w:r>
    </w:p>
    <w:p>
      <w:pPr>
        <w:spacing w:before="160"/>
      </w:pPr>
      <w:r>
        <w:rPr>
          <w:b/>
          <w:sz w:val="22"/>
        </w:rPr>
        <w:t>123. 列宁指出，马克思提出共产主义问题“正像一个自然科学家已经知道某一新的生物变种是怎样产生以及朝着哪个方向演变才提出该生物变种的发展问题一样”，马克思对共产主义的描述( )。</w:t>
      </w:r>
    </w:p>
    <w:p>
      <w:pPr>
        <w:spacing w:before="20" w:after="20"/>
      </w:pPr>
      <w:r>
        <w:rPr>
          <w:sz w:val="22"/>
        </w:rPr>
        <w:t xml:space="preserve">    A. 立足于对先天理念的回忆</w:t>
      </w:r>
    </w:p>
    <w:p>
      <w:pPr>
        <w:spacing w:before="20" w:after="20"/>
      </w:pPr>
      <w:r>
        <w:rPr>
          <w:sz w:val="22"/>
        </w:rPr>
        <w:t xml:space="preserve">    B. 揭示了资本主义的即将到来的崩溃和未来共产主义的未来的发展</w:t>
      </w:r>
    </w:p>
    <w:p>
      <w:pPr>
        <w:spacing w:before="20" w:after="20"/>
      </w:pPr>
      <w:r>
        <w:rPr>
          <w:sz w:val="22"/>
        </w:rPr>
        <w:t xml:space="preserve">    C. 是对人们已经知道的内容的重复</w:t>
      </w:r>
    </w:p>
    <w:p>
      <w:pPr>
        <w:spacing w:before="20" w:after="20"/>
      </w:pPr>
      <w:r>
        <w:rPr>
          <w:sz w:val="22"/>
        </w:rPr>
        <w:t xml:space="preserve">    D. 是对自然界发展规律的揭示</w:t>
      </w:r>
    </w:p>
    <w:p>
      <w:pPr>
        <w:spacing w:before="160"/>
      </w:pPr>
      <w:r>
        <w:rPr>
          <w:b/>
          <w:sz w:val="22"/>
        </w:rPr>
        <w:t>124. 商品经济的交换本质是由( )决定的。</w:t>
      </w:r>
    </w:p>
    <w:p>
      <w:pPr>
        <w:spacing w:before="20" w:after="20"/>
      </w:pPr>
      <w:r>
        <w:rPr>
          <w:sz w:val="22"/>
        </w:rPr>
        <w:t xml:space="preserve">    A. 私人劳动和社会劳动的矛盾</w:t>
      </w:r>
    </w:p>
    <w:p>
      <w:pPr>
        <w:spacing w:before="20" w:after="20"/>
      </w:pPr>
      <w:r>
        <w:rPr>
          <w:sz w:val="22"/>
        </w:rPr>
        <w:t xml:space="preserve">    B. 价值和使用价值的矛盾</w:t>
      </w:r>
    </w:p>
    <w:p>
      <w:pPr>
        <w:spacing w:before="20" w:after="20"/>
      </w:pPr>
      <w:r>
        <w:rPr>
          <w:sz w:val="22"/>
        </w:rPr>
        <w:t xml:space="preserve">    C. 具体劳动和抽象劳动的矛盾</w:t>
      </w:r>
    </w:p>
    <w:p>
      <w:pPr>
        <w:spacing w:before="20" w:after="20"/>
      </w:pPr>
      <w:r>
        <w:rPr>
          <w:sz w:val="22"/>
        </w:rPr>
        <w:t xml:space="preserve">    D. 生产资料私人占有制和社会化大生产的矛盾</w:t>
      </w:r>
    </w:p>
    <w:p>
      <w:pPr>
        <w:spacing w:before="160"/>
      </w:pPr>
      <w:r>
        <w:rPr>
          <w:b/>
          <w:sz w:val="22"/>
        </w:rPr>
        <w:t>125. ( )是封建剥削的基本形式，集中反映了地主阶级和农民阶级之间剥削和被剥削的关系。</w:t>
      </w:r>
    </w:p>
    <w:p>
      <w:pPr>
        <w:spacing w:before="20" w:after="20"/>
      </w:pPr>
      <w:r>
        <w:rPr>
          <w:sz w:val="22"/>
        </w:rPr>
        <w:t xml:space="preserve">    A. 奴隶</w:t>
      </w:r>
    </w:p>
    <w:p>
      <w:pPr>
        <w:spacing w:before="20" w:after="20"/>
      </w:pPr>
      <w:r>
        <w:rPr>
          <w:sz w:val="22"/>
        </w:rPr>
        <w:t xml:space="preserve">    B. 垄断</w:t>
      </w:r>
    </w:p>
    <w:p>
      <w:pPr>
        <w:spacing w:before="20" w:after="20"/>
      </w:pPr>
      <w:r>
        <w:rPr>
          <w:sz w:val="22"/>
        </w:rPr>
        <w:t xml:space="preserve">    C. 无偿占有剩余价值</w:t>
      </w:r>
    </w:p>
    <w:p>
      <w:pPr>
        <w:spacing w:before="20" w:after="20"/>
      </w:pPr>
      <w:r>
        <w:rPr>
          <w:sz w:val="22"/>
        </w:rPr>
        <w:t xml:space="preserve">    D. 地租</w:t>
      </w:r>
    </w:p>
    <w:p>
      <w:pPr>
        <w:spacing w:before="160"/>
      </w:pPr>
      <w:r>
        <w:rPr>
          <w:b/>
          <w:sz w:val="22"/>
        </w:rPr>
        <w:t>126. 关于充当贮藏手段的货币，下列说法中正确的是( )。</w:t>
      </w:r>
    </w:p>
    <w:p>
      <w:pPr>
        <w:spacing w:before="20" w:after="20"/>
      </w:pPr>
      <w:r>
        <w:rPr>
          <w:sz w:val="22"/>
        </w:rPr>
        <w:t xml:space="preserve">    A. 必须是现实的货币</w:t>
      </w:r>
    </w:p>
    <w:p>
      <w:pPr>
        <w:spacing w:before="20" w:after="20"/>
      </w:pPr>
      <w:r>
        <w:rPr>
          <w:sz w:val="22"/>
        </w:rPr>
        <w:t xml:space="preserve">    B. 可以是观念上的货币</w:t>
      </w:r>
    </w:p>
    <w:p>
      <w:pPr>
        <w:spacing w:before="20" w:after="20"/>
      </w:pPr>
      <w:r>
        <w:rPr>
          <w:sz w:val="22"/>
        </w:rPr>
        <w:t xml:space="preserve">    C. 必须是足值的金属货币</w:t>
      </w:r>
    </w:p>
    <w:p>
      <w:pPr>
        <w:spacing w:before="20" w:after="20"/>
      </w:pPr>
      <w:r>
        <w:rPr>
          <w:sz w:val="22"/>
        </w:rPr>
        <w:t xml:space="preserve">    D. 必须是现实的货币，但不一定是足值的货币</w:t>
      </w:r>
    </w:p>
    <w:p>
      <w:pPr>
        <w:spacing w:before="160"/>
      </w:pPr>
      <w:r>
        <w:rPr>
          <w:b/>
          <w:sz w:val="22"/>
        </w:rPr>
        <w:t>127. 自由就是“由自”，这种观点( )。</w:t>
      </w:r>
    </w:p>
    <w:p>
      <w:pPr>
        <w:spacing w:before="20" w:after="20"/>
      </w:pPr>
      <w:r>
        <w:rPr>
          <w:sz w:val="22"/>
        </w:rPr>
        <w:t xml:space="preserve">    A. 属于宿命论</w:t>
      </w:r>
    </w:p>
    <w:p>
      <w:pPr>
        <w:spacing w:before="20" w:after="20"/>
      </w:pPr>
      <w:r>
        <w:rPr>
          <w:sz w:val="22"/>
        </w:rPr>
        <w:t xml:space="preserve">    B. 属于唯意志论</w:t>
      </w:r>
    </w:p>
    <w:p>
      <w:pPr>
        <w:spacing w:before="20" w:after="20"/>
      </w:pPr>
      <w:r>
        <w:rPr>
          <w:sz w:val="22"/>
        </w:rPr>
        <w:t xml:space="preserve">    C. 强调消极顺应自然</w:t>
      </w:r>
    </w:p>
    <w:p>
      <w:pPr>
        <w:spacing w:before="20" w:after="20"/>
      </w:pPr>
      <w:r>
        <w:rPr>
          <w:sz w:val="22"/>
        </w:rPr>
        <w:t xml:space="preserve">    D. 抹杀了人类自由的可能性</w:t>
      </w:r>
    </w:p>
    <w:p>
      <w:pPr>
        <w:spacing w:before="160"/>
      </w:pPr>
      <w:r>
        <w:rPr>
          <w:b/>
          <w:sz w:val="22"/>
        </w:rPr>
        <w:t>128. 当代资本主义产生变化的根本推动力是( )。</w:t>
      </w:r>
    </w:p>
    <w:p>
      <w:pPr>
        <w:spacing w:before="20" w:after="20"/>
      </w:pPr>
      <w:r>
        <w:rPr>
          <w:sz w:val="22"/>
        </w:rPr>
        <w:t xml:space="preserve">    A. 资本家的慈善活动</w:t>
      </w:r>
    </w:p>
    <w:p>
      <w:pPr>
        <w:spacing w:before="20" w:after="20"/>
      </w:pPr>
      <w:r>
        <w:rPr>
          <w:sz w:val="22"/>
        </w:rPr>
        <w:t xml:space="preserve">    B. 生产力的发展和科学技术革命</w:t>
      </w:r>
    </w:p>
    <w:p>
      <w:pPr>
        <w:spacing w:before="20" w:after="20"/>
      </w:pPr>
      <w:r>
        <w:rPr>
          <w:sz w:val="22"/>
        </w:rPr>
        <w:t xml:space="preserve">    C. 改良主义政党</w:t>
      </w:r>
    </w:p>
    <w:p>
      <w:pPr>
        <w:spacing w:before="20" w:after="20"/>
      </w:pPr>
      <w:r>
        <w:rPr>
          <w:sz w:val="22"/>
        </w:rPr>
        <w:t xml:space="preserve">    D. 工人阶级的反抗</w:t>
      </w:r>
    </w:p>
    <w:p>
      <w:pPr>
        <w:spacing w:before="160"/>
      </w:pPr>
      <w:r>
        <w:rPr>
          <w:b/>
          <w:sz w:val="22"/>
        </w:rPr>
        <w:t>129. 列宁指出:“世界不会满足人，人决心以自己的行动来改变世界。”这种观点属于( )。</w:t>
      </w:r>
    </w:p>
    <w:p>
      <w:pPr>
        <w:spacing w:before="20" w:after="20"/>
      </w:pPr>
      <w:r>
        <w:rPr>
          <w:sz w:val="22"/>
        </w:rPr>
        <w:t xml:space="preserve">    A. 将意识与物质相割裂的二元论</w:t>
      </w:r>
    </w:p>
    <w:p>
      <w:pPr>
        <w:spacing w:before="20" w:after="20"/>
      </w:pPr>
      <w:r>
        <w:rPr>
          <w:sz w:val="22"/>
        </w:rPr>
        <w:t xml:space="preserve">    B. 认为意识具有第一性的唯心主义</w:t>
      </w:r>
    </w:p>
    <w:p>
      <w:pPr>
        <w:spacing w:before="20" w:after="20"/>
      </w:pPr>
      <w:r>
        <w:rPr>
          <w:sz w:val="22"/>
        </w:rPr>
        <w:t xml:space="preserve">    C. 承认意识能动作用的辩证唯物主义</w:t>
      </w:r>
    </w:p>
    <w:p>
      <w:pPr>
        <w:spacing w:before="20" w:after="20"/>
      </w:pPr>
      <w:r>
        <w:rPr>
          <w:sz w:val="22"/>
        </w:rPr>
        <w:t xml:space="preserve">    D. 认为环境决定人的机械唯物主义</w:t>
      </w:r>
    </w:p>
    <w:p>
      <w:pPr>
        <w:spacing w:before="160"/>
      </w:pPr>
      <w:r>
        <w:rPr>
          <w:b/>
          <w:sz w:val="22"/>
        </w:rPr>
        <w:t>130. “一年四季东风雨，立夏东风昼夜晴”“小寒大寒冻得透，来年春天暖得早”……农谚源于农业生产实践，又指导和服务于农业生产活动。我国疆域辽阔，各地的自然条件迥异，气候特征也各不相同，因此，不同地区的节气农谚也做到了因地制宜、富有地域特色。节气农谚富有地域特色说明( )。</w:t>
      </w:r>
    </w:p>
    <w:p>
      <w:pPr>
        <w:spacing w:before="20" w:after="20"/>
      </w:pPr>
      <w:r>
        <w:rPr>
          <w:sz w:val="22"/>
        </w:rPr>
        <w:t xml:space="preserve">    A. 直接经验比间接经验更有用</w:t>
      </w:r>
    </w:p>
    <w:p>
      <w:pPr>
        <w:spacing w:before="20" w:after="20"/>
      </w:pPr>
      <w:r>
        <w:rPr>
          <w:sz w:val="22"/>
        </w:rPr>
        <w:t xml:space="preserve">    B. 个性寓于共性之中</w:t>
      </w:r>
    </w:p>
    <w:p>
      <w:pPr>
        <w:spacing w:before="20" w:after="20"/>
      </w:pPr>
      <w:r>
        <w:rPr>
          <w:sz w:val="22"/>
        </w:rPr>
        <w:t xml:space="preserve">    C. 实践是认识的基础</w:t>
      </w:r>
    </w:p>
    <w:p>
      <w:pPr>
        <w:spacing w:before="20" w:after="20"/>
      </w:pPr>
      <w:r>
        <w:rPr>
          <w:sz w:val="22"/>
        </w:rPr>
        <w:t xml:space="preserve">    D. 偶然要通过必然为自己开辟道路</w:t>
      </w:r>
    </w:p>
    <w:p>
      <w:pPr>
        <w:spacing w:before="160"/>
      </w:pPr>
      <w:r>
        <w:rPr>
          <w:b/>
          <w:sz w:val="22"/>
        </w:rPr>
        <w:t>131. 从认识根源看，英雄史观之所以产生，主要是因为( )。</w:t>
      </w:r>
    </w:p>
    <w:p>
      <w:pPr>
        <w:spacing w:before="20" w:after="20"/>
      </w:pPr>
      <w:r>
        <w:rPr>
          <w:sz w:val="22"/>
        </w:rPr>
        <w:t xml:space="preserve">    A. 认识不能正确反映世界</w:t>
      </w:r>
    </w:p>
    <w:p>
      <w:pPr>
        <w:spacing w:before="20" w:after="20"/>
      </w:pPr>
      <w:r>
        <w:rPr>
          <w:sz w:val="22"/>
        </w:rPr>
        <w:t xml:space="preserve">    B. 认识只能是对自然的认识</w:t>
      </w:r>
    </w:p>
    <w:p>
      <w:pPr>
        <w:spacing w:before="20" w:after="20"/>
      </w:pPr>
      <w:r>
        <w:rPr>
          <w:sz w:val="22"/>
        </w:rPr>
        <w:t xml:space="preserve">    C. 人们的认识停留在历史现象的表面</w:t>
      </w:r>
    </w:p>
    <w:p>
      <w:pPr>
        <w:spacing w:before="20" w:after="20"/>
      </w:pPr>
      <w:r>
        <w:rPr>
          <w:sz w:val="22"/>
        </w:rPr>
        <w:t xml:space="preserve">    D. 人们的认识对历史进行了抽象把握</w:t>
      </w:r>
    </w:p>
    <w:p>
      <w:pPr>
        <w:spacing w:before="160"/>
      </w:pPr>
      <w:r>
        <w:rPr>
          <w:b/>
          <w:sz w:val="22"/>
        </w:rPr>
        <w:t>132. 马克思主义物质观认为客观实在性是物质的唯一特性，从个性中看到了共性，从相对中找到绝对，从暂时中发现永恒。这体现了( )。</w:t>
      </w:r>
    </w:p>
    <w:p>
      <w:pPr>
        <w:spacing w:before="20" w:after="20"/>
      </w:pPr>
      <w:r>
        <w:rPr>
          <w:sz w:val="22"/>
        </w:rPr>
        <w:t xml:space="preserve">    A. 唯物主义和唯心主义的统一</w:t>
      </w:r>
    </w:p>
    <w:p>
      <w:pPr>
        <w:spacing w:before="20" w:after="20"/>
      </w:pPr>
      <w:r>
        <w:rPr>
          <w:sz w:val="22"/>
        </w:rPr>
        <w:t xml:space="preserve">    B. 可知论和不可之论的统一</w:t>
      </w:r>
    </w:p>
    <w:p>
      <w:pPr>
        <w:spacing w:before="20" w:after="20"/>
      </w:pPr>
      <w:r>
        <w:rPr>
          <w:sz w:val="22"/>
        </w:rPr>
        <w:t xml:space="preserve">    C. 唯物论和辩证法的统一</w:t>
      </w:r>
    </w:p>
    <w:p>
      <w:pPr>
        <w:spacing w:before="20" w:after="20"/>
      </w:pPr>
      <w:r>
        <w:rPr>
          <w:sz w:val="22"/>
        </w:rPr>
        <w:t xml:space="preserve">    D. 认识论和历史观的统一</w:t>
      </w:r>
    </w:p>
    <w:p>
      <w:pPr>
        <w:spacing w:before="160"/>
      </w:pPr>
      <w:r>
        <w:rPr>
          <w:b/>
          <w:sz w:val="22"/>
        </w:rPr>
        <w:t>133. 马克思、恩格斯在展望未来社会时，总是只限于指出未来社会发展的方向、原则和基本特征，这是因为( )。</w:t>
      </w:r>
    </w:p>
    <w:p>
      <w:pPr>
        <w:spacing w:before="20" w:after="20"/>
      </w:pPr>
      <w:r>
        <w:rPr>
          <w:sz w:val="22"/>
        </w:rPr>
        <w:t xml:space="preserve">    A. 马克思主义具有局限性，不能科学预见未来</w:t>
      </w:r>
    </w:p>
    <w:p>
      <w:pPr>
        <w:spacing w:before="20" w:after="20"/>
      </w:pPr>
      <w:r>
        <w:rPr>
          <w:sz w:val="22"/>
        </w:rPr>
        <w:t xml:space="preserve">    B. 共产主义本身不具有现实性和必然性</w:t>
      </w:r>
    </w:p>
    <w:p>
      <w:pPr>
        <w:spacing w:before="20" w:after="20"/>
      </w:pPr>
      <w:r>
        <w:rPr>
          <w:sz w:val="22"/>
        </w:rPr>
        <w:t xml:space="preserve">    C. 未来的具体事情只能由未来的具体实践来回答</w:t>
      </w:r>
    </w:p>
    <w:p>
      <w:pPr>
        <w:spacing w:before="20" w:after="20"/>
      </w:pPr>
      <w:r>
        <w:rPr>
          <w:sz w:val="22"/>
        </w:rPr>
        <w:t xml:space="preserve">    D. 马克思、恩格斯个人十分谦逊</w:t>
      </w:r>
    </w:p>
    <w:p>
      <w:pPr>
        <w:spacing w:before="160"/>
      </w:pPr>
      <w:r>
        <w:rPr>
          <w:b/>
          <w:sz w:val="22"/>
        </w:rPr>
        <w:t>134. 从莫尔1516年发表《乌托邦》到现在，社会主义已经有500多年的历史了。社会主义发展史上的第一次历史性飞跃是指( )。</w:t>
      </w:r>
    </w:p>
    <w:p>
      <w:pPr>
        <w:spacing w:before="20" w:after="20"/>
      </w:pPr>
      <w:r>
        <w:rPr>
          <w:sz w:val="22"/>
        </w:rPr>
        <w:t xml:space="preserve">    A. 19世纪中叶，社会主义从空想发展到科学</w:t>
      </w:r>
    </w:p>
    <w:p>
      <w:pPr>
        <w:spacing w:before="20" w:after="20"/>
      </w:pPr>
      <w:r>
        <w:rPr>
          <w:sz w:val="22"/>
        </w:rPr>
        <w:t xml:space="preserve">    B. 20世纪初，社会主义从理论发展到建立社会主义制度的实践</w:t>
      </w:r>
    </w:p>
    <w:p>
      <w:pPr>
        <w:spacing w:before="20" w:after="20"/>
      </w:pPr>
      <w:r>
        <w:rPr>
          <w:sz w:val="22"/>
        </w:rPr>
        <w:t xml:space="preserve">    C. 社会主义从一国实践发展到多国实践</w:t>
      </w:r>
    </w:p>
    <w:p>
      <w:pPr>
        <w:spacing w:before="20" w:after="20"/>
      </w:pPr>
      <w:r>
        <w:rPr>
          <w:sz w:val="22"/>
        </w:rPr>
        <w:t xml:space="preserve">    D. 20世纪70年代末开始的社会主义改革</w:t>
      </w:r>
    </w:p>
    <w:p>
      <w:pPr>
        <w:spacing w:before="160"/>
      </w:pPr>
      <w:r>
        <w:rPr>
          <w:b/>
          <w:sz w:val="22"/>
        </w:rPr>
        <w:t>135. 列宁指出:“在唯物主义者看来，人类实践的成功证明着我们的表象和我们所感知的客观事物的客观本性相符合。”这说明真理是( )。</w:t>
      </w:r>
    </w:p>
    <w:p>
      <w:pPr>
        <w:spacing w:before="20" w:after="20"/>
      </w:pPr>
      <w:r>
        <w:rPr>
          <w:sz w:val="22"/>
        </w:rPr>
        <w:t xml:space="preserve">    A. 对客观事物及其规律的正确反映</w:t>
      </w:r>
    </w:p>
    <w:p>
      <w:pPr>
        <w:spacing w:before="20" w:after="20"/>
      </w:pPr>
      <w:r>
        <w:rPr>
          <w:sz w:val="22"/>
        </w:rPr>
        <w:t xml:space="preserve">    B. 客观实在</w:t>
      </w:r>
    </w:p>
    <w:p>
      <w:pPr>
        <w:spacing w:before="20" w:after="20"/>
      </w:pPr>
      <w:r>
        <w:rPr>
          <w:sz w:val="22"/>
        </w:rPr>
        <w:t xml:space="preserve">    C. 感性认识</w:t>
      </w:r>
    </w:p>
    <w:p>
      <w:pPr>
        <w:spacing w:before="20" w:after="20"/>
      </w:pPr>
      <w:r>
        <w:rPr>
          <w:sz w:val="22"/>
        </w:rPr>
        <w:t xml:space="preserve">    D. 主观内容与客观形式的统一</w:t>
      </w:r>
    </w:p>
    <w:p>
      <w:pPr>
        <w:spacing w:before="160"/>
      </w:pPr>
      <w:r>
        <w:rPr>
          <w:b/>
          <w:sz w:val="22"/>
        </w:rPr>
        <w:t>136. “人们达到了思想中所预想的结果时，人们的认识才被证实了”说明( )。</w:t>
      </w:r>
    </w:p>
    <w:p>
      <w:pPr>
        <w:spacing w:before="20" w:after="20"/>
      </w:pPr>
      <w:r>
        <w:rPr>
          <w:sz w:val="22"/>
        </w:rPr>
        <w:t xml:space="preserve">    A. 目的的正确性是检验真理的标准</w:t>
      </w:r>
    </w:p>
    <w:p>
      <w:pPr>
        <w:spacing w:before="20" w:after="20"/>
      </w:pPr>
      <w:r>
        <w:rPr>
          <w:sz w:val="22"/>
        </w:rPr>
        <w:t xml:space="preserve">    B. 真理是主观见之于主观的认识活动</w:t>
      </w:r>
    </w:p>
    <w:p>
      <w:pPr>
        <w:spacing w:before="20" w:after="20"/>
      </w:pPr>
      <w:r>
        <w:rPr>
          <w:sz w:val="22"/>
        </w:rPr>
        <w:t xml:space="preserve">    C. 实践是检验认识真理性的唯一标准</w:t>
      </w:r>
    </w:p>
    <w:p>
      <w:pPr>
        <w:spacing w:before="20" w:after="20"/>
      </w:pPr>
      <w:r>
        <w:rPr>
          <w:sz w:val="22"/>
        </w:rPr>
        <w:t xml:space="preserve">    D. 认识是第一位的，实践是第二位的</w:t>
      </w:r>
    </w:p>
    <w:p>
      <w:pPr>
        <w:spacing w:before="160"/>
      </w:pPr>
      <w:r>
        <w:rPr>
          <w:b/>
          <w:sz w:val="22"/>
        </w:rPr>
        <w:t>137. 无产阶级政党的组织原则是( )。</w:t>
      </w:r>
    </w:p>
    <w:p>
      <w:pPr>
        <w:spacing w:before="20" w:after="20"/>
      </w:pPr>
      <w:r>
        <w:rPr>
          <w:sz w:val="22"/>
        </w:rPr>
        <w:t xml:space="preserve">    A. 民主集中制</w:t>
      </w:r>
    </w:p>
    <w:p>
      <w:pPr>
        <w:spacing w:before="20" w:after="20"/>
      </w:pPr>
      <w:r>
        <w:rPr>
          <w:sz w:val="22"/>
        </w:rPr>
        <w:t xml:space="preserve">    B. 理论联系实际</w:t>
      </w:r>
    </w:p>
    <w:p>
      <w:pPr>
        <w:spacing w:before="20" w:after="20"/>
      </w:pPr>
      <w:r>
        <w:rPr>
          <w:sz w:val="22"/>
        </w:rPr>
        <w:t xml:space="preserve">    C. 实事求是</w:t>
      </w:r>
    </w:p>
    <w:p>
      <w:pPr>
        <w:spacing w:before="20" w:after="20"/>
      </w:pPr>
      <w:r>
        <w:rPr>
          <w:sz w:val="22"/>
        </w:rPr>
        <w:t xml:space="preserve">    D. 政党利益至上</w:t>
      </w:r>
    </w:p>
    <w:p>
      <w:pPr>
        <w:spacing w:before="160"/>
      </w:pPr>
      <w:r>
        <w:rPr>
          <w:b/>
          <w:sz w:val="22"/>
        </w:rPr>
        <w:t>138. 1845年，恩格斯在给马克思的一封信中提出:“目前首先需要我们做的，就是写出几本较大的著作，以便给许许多多非常愿意干但自己又干不好的一知半解的人以一个必要的支点。”由此可见,马克思和恩格斯之所以要创立马克思主义，是为了( )。</w:t>
      </w:r>
    </w:p>
    <w:p>
      <w:pPr>
        <w:spacing w:before="20" w:after="20"/>
      </w:pPr>
      <w:r>
        <w:rPr>
          <w:sz w:val="22"/>
        </w:rPr>
        <w:t xml:space="preserve">    A. 证明社会主义革命可能在一国或数国首先发生并取得胜利</w:t>
      </w:r>
    </w:p>
    <w:p>
      <w:pPr>
        <w:spacing w:before="20" w:after="20"/>
      </w:pPr>
      <w:r>
        <w:rPr>
          <w:sz w:val="22"/>
        </w:rPr>
        <w:t xml:space="preserve">    B. 适应无产阶级实际斗争的要求</w:t>
      </w:r>
    </w:p>
    <w:p>
      <w:pPr>
        <w:spacing w:before="20" w:after="20"/>
      </w:pPr>
      <w:r>
        <w:rPr>
          <w:sz w:val="22"/>
        </w:rPr>
        <w:t xml:space="preserve">    C. 推动无产阶级从自觉转向自发</w:t>
      </w:r>
    </w:p>
    <w:p>
      <w:pPr>
        <w:spacing w:before="20" w:after="20"/>
      </w:pPr>
      <w:r>
        <w:rPr>
          <w:sz w:val="22"/>
        </w:rPr>
        <w:t xml:space="preserve">    D. 将无产阶级夺取政权的成功经验推广到所有国家</w:t>
      </w:r>
    </w:p>
    <w:p>
      <w:pPr>
        <w:spacing w:before="160"/>
      </w:pPr>
      <w:r>
        <w:rPr>
          <w:b/>
          <w:sz w:val="22"/>
        </w:rPr>
        <w:t>139. “世界不会满足人，人决心以自己的行动来改变世界。”这句话体现的是实践基本特征中的( )。</w:t>
      </w:r>
    </w:p>
    <w:p>
      <w:pPr>
        <w:spacing w:before="20" w:after="20"/>
      </w:pPr>
      <w:r>
        <w:rPr>
          <w:sz w:val="22"/>
        </w:rPr>
        <w:t xml:space="preserve">    A. 自觉能动性</w:t>
      </w:r>
    </w:p>
    <w:p>
      <w:pPr>
        <w:spacing w:before="20" w:after="20"/>
      </w:pPr>
      <w:r>
        <w:rPr>
          <w:sz w:val="22"/>
        </w:rPr>
        <w:t xml:space="preserve">    B. 物质性</w:t>
      </w:r>
    </w:p>
    <w:p>
      <w:pPr>
        <w:spacing w:before="20" w:after="20"/>
      </w:pPr>
      <w:r>
        <w:rPr>
          <w:sz w:val="22"/>
        </w:rPr>
        <w:t xml:space="preserve">    C. 客观性</w:t>
      </w:r>
    </w:p>
    <w:p>
      <w:pPr>
        <w:spacing w:before="20" w:after="20"/>
      </w:pPr>
      <w:r>
        <w:rPr>
          <w:sz w:val="22"/>
        </w:rPr>
        <w:t xml:space="preserve">    D. 社会历史性</w:t>
      </w:r>
    </w:p>
    <w:p>
      <w:pPr>
        <w:spacing w:before="160"/>
      </w:pPr>
      <w:r>
        <w:rPr>
          <w:b/>
          <w:sz w:val="22"/>
        </w:rPr>
        <w:t>140. 列宁深刻论述了社会主义革命可以首先在一个或者几个国家获得胜利，丰富和发展了马克思主义，其作出这一论断的依据是( )。</w:t>
      </w:r>
    </w:p>
    <w:p>
      <w:pPr>
        <w:spacing w:before="20" w:after="20"/>
      </w:pPr>
      <w:r>
        <w:rPr>
          <w:sz w:val="22"/>
        </w:rPr>
        <w:t xml:space="preserve">    A. 马克思、恩格斯理论中的逻辑漏洞</w:t>
      </w:r>
    </w:p>
    <w:p>
      <w:pPr>
        <w:spacing w:before="20" w:after="20"/>
      </w:pPr>
      <w:r>
        <w:rPr>
          <w:sz w:val="22"/>
        </w:rPr>
        <w:t xml:space="preserve">    B. 资本主义的发展在各个国家是不平衡的</w:t>
      </w:r>
    </w:p>
    <w:p>
      <w:pPr>
        <w:spacing w:before="20" w:after="20"/>
      </w:pPr>
      <w:r>
        <w:rPr>
          <w:sz w:val="22"/>
        </w:rPr>
        <w:t xml:space="preserve">    C. 资本主义基本矛盾在列宁时期已经化解</w:t>
      </w:r>
    </w:p>
    <w:p>
      <w:pPr>
        <w:spacing w:before="20" w:after="20"/>
      </w:pPr>
      <w:r>
        <w:rPr>
          <w:sz w:val="22"/>
        </w:rPr>
        <w:t xml:space="preserve">    D. 剩余价值规律作用的消失</w:t>
      </w:r>
    </w:p>
    <w:p>
      <w:pPr>
        <w:spacing w:before="160"/>
      </w:pPr>
      <w:r>
        <w:rPr>
          <w:b/>
          <w:sz w:val="22"/>
        </w:rPr>
        <w:t>141. 唯物史观就是“关于现实的人及其历史发展的科学”。只有把人看作现实的人，才能正确把握人及其活动的本质，把握人与社会历史的关系。人的本质是( )。</w:t>
      </w:r>
    </w:p>
    <w:p>
      <w:pPr>
        <w:spacing w:before="20" w:after="20"/>
      </w:pPr>
      <w:r>
        <w:rPr>
          <w:sz w:val="22"/>
        </w:rPr>
        <w:t xml:space="preserve">    A. 从所有个体的人身上抽象出来的共同性</w:t>
      </w:r>
    </w:p>
    <w:p>
      <w:pPr>
        <w:spacing w:before="20" w:after="20"/>
      </w:pPr>
      <w:r>
        <w:rPr>
          <w:sz w:val="22"/>
        </w:rPr>
        <w:t xml:space="preserve">    B. 单个人天生就具有的东西</w:t>
      </w:r>
    </w:p>
    <w:p>
      <w:pPr>
        <w:spacing w:before="20" w:after="20"/>
      </w:pPr>
      <w:r>
        <w:rPr>
          <w:sz w:val="22"/>
        </w:rPr>
        <w:t xml:space="preserve">    C. 一切社会关系的总和</w:t>
      </w:r>
    </w:p>
    <w:p>
      <w:pPr>
        <w:spacing w:before="20" w:after="20"/>
      </w:pPr>
      <w:r>
        <w:rPr>
          <w:sz w:val="22"/>
        </w:rPr>
        <w:t xml:space="preserve">    D. 人的自然属性和社会属性的综合</w:t>
      </w:r>
    </w:p>
    <w:p>
      <w:pPr>
        <w:spacing w:before="160"/>
      </w:pPr>
      <w:r>
        <w:rPr>
          <w:b/>
          <w:sz w:val="22"/>
        </w:rPr>
        <w:t>142. 商品的使用价值反映的是( )。</w:t>
      </w:r>
    </w:p>
    <w:p>
      <w:pPr>
        <w:spacing w:before="20" w:after="20"/>
      </w:pPr>
      <w:r>
        <w:rPr>
          <w:sz w:val="22"/>
        </w:rPr>
        <w:t xml:space="preserve">    A. 人与人之间的社会关系</w:t>
      </w:r>
    </w:p>
    <w:p>
      <w:pPr>
        <w:spacing w:before="20" w:after="20"/>
      </w:pPr>
      <w:r>
        <w:rPr>
          <w:sz w:val="22"/>
        </w:rPr>
        <w:t xml:space="preserve">    B. 人与自然之间的物质关系</w:t>
      </w:r>
    </w:p>
    <w:p>
      <w:pPr>
        <w:spacing w:before="20" w:after="20"/>
      </w:pPr>
      <w:r>
        <w:rPr>
          <w:sz w:val="22"/>
        </w:rPr>
        <w:t xml:space="preserve">    C. 人与世界之间的认识关系</w:t>
      </w:r>
    </w:p>
    <w:p>
      <w:pPr>
        <w:spacing w:before="20" w:after="20"/>
      </w:pPr>
      <w:r>
        <w:rPr>
          <w:sz w:val="22"/>
        </w:rPr>
        <w:t xml:space="preserve">    D. 人与社会之间交往关系</w:t>
      </w:r>
    </w:p>
    <w:p>
      <w:pPr>
        <w:spacing w:before="160"/>
      </w:pPr>
      <w:r>
        <w:rPr>
          <w:b/>
          <w:sz w:val="22"/>
        </w:rPr>
        <w:t>143. 马克思、恩格斯接受国际性工人组织“正义者同盟”的邀请，为其起草了世界上第一个无产阶级政党的党纲——( )。</w:t>
      </w:r>
    </w:p>
    <w:p>
      <w:pPr>
        <w:spacing w:before="20" w:after="20"/>
      </w:pPr>
      <w:r>
        <w:rPr>
          <w:sz w:val="22"/>
        </w:rPr>
        <w:t xml:space="preserve">    A. 《共产党宣言》</w:t>
      </w:r>
    </w:p>
    <w:p>
      <w:pPr>
        <w:spacing w:before="20" w:after="20"/>
      </w:pPr>
      <w:r>
        <w:rPr>
          <w:sz w:val="22"/>
        </w:rPr>
        <w:t xml:space="preserve">    B. 《论犹太人问题》</w:t>
      </w:r>
    </w:p>
    <w:p>
      <w:pPr>
        <w:spacing w:before="20" w:after="20"/>
      </w:pPr>
      <w:r>
        <w:rPr>
          <w:sz w:val="22"/>
        </w:rPr>
        <w:t xml:space="preserve">    C. 《政治经济学批判》</w:t>
      </w:r>
    </w:p>
    <w:p>
      <w:pPr>
        <w:spacing w:before="20" w:after="20"/>
      </w:pPr>
      <w:r>
        <w:rPr>
          <w:sz w:val="22"/>
        </w:rPr>
        <w:t xml:space="preserve">    D. 《英国工人阶级状况》</w:t>
      </w:r>
    </w:p>
    <w:p>
      <w:pPr>
        <w:spacing w:before="160"/>
      </w:pPr>
      <w:r>
        <w:rPr>
          <w:b/>
          <w:sz w:val="22"/>
        </w:rPr>
        <w:t>144. ( )标志着现代无产阶级作为独立的政治力量登上了历史舞台。</w:t>
      </w:r>
    </w:p>
    <w:p>
      <w:pPr>
        <w:spacing w:before="20" w:after="20"/>
      </w:pPr>
      <w:r>
        <w:rPr>
          <w:sz w:val="22"/>
        </w:rPr>
        <w:t xml:space="preserve">    A. 资本主义生产方式在欧洲的普遍确立</w:t>
      </w:r>
    </w:p>
    <w:p>
      <w:pPr>
        <w:spacing w:before="20" w:after="20"/>
      </w:pPr>
      <w:r>
        <w:rPr>
          <w:sz w:val="22"/>
        </w:rPr>
        <w:t xml:space="preserve">    B. 法国、英国、德国工人运动的兴起</w:t>
      </w:r>
    </w:p>
    <w:p>
      <w:pPr>
        <w:spacing w:before="20" w:after="20"/>
      </w:pPr>
      <w:r>
        <w:rPr>
          <w:sz w:val="22"/>
        </w:rPr>
        <w:t xml:space="preserve">    C. 共产主义者同盟的成立</w:t>
      </w:r>
    </w:p>
    <w:p>
      <w:pPr>
        <w:spacing w:before="20" w:after="20"/>
      </w:pPr>
      <w:r>
        <w:rPr>
          <w:sz w:val="22"/>
        </w:rPr>
        <w:t xml:space="preserve">    D. 马克思主义的公开问世</w:t>
      </w:r>
    </w:p>
    <w:p>
      <w:pPr>
        <w:spacing w:before="160"/>
      </w:pPr>
      <w:r>
        <w:rPr>
          <w:b/>
          <w:sz w:val="22"/>
        </w:rPr>
        <w:t>145. 感性认识和理性认识是统一的认识过程中的两个阶段，它们既有区别，又有联系。感性认识和理性认识的区别在于( )。</w:t>
      </w:r>
    </w:p>
    <w:p>
      <w:pPr>
        <w:spacing w:before="20" w:after="20"/>
      </w:pPr>
      <w:r>
        <w:rPr>
          <w:sz w:val="22"/>
        </w:rPr>
        <w:t xml:space="preserve">    A. 感性认识反映事物的现象，理性认识反映事物的本质</w:t>
      </w:r>
    </w:p>
    <w:p>
      <w:pPr>
        <w:spacing w:before="20" w:after="20"/>
      </w:pPr>
      <w:r>
        <w:rPr>
          <w:sz w:val="22"/>
        </w:rPr>
        <w:t xml:space="preserve">    B. 感性认识来源于社会实践，理性认识来源于抽象思维</w:t>
      </w:r>
    </w:p>
    <w:p>
      <w:pPr>
        <w:spacing w:before="20" w:after="20"/>
      </w:pPr>
      <w:r>
        <w:rPr>
          <w:sz w:val="22"/>
        </w:rPr>
        <w:t xml:space="preserve">    C. 感性认识来源于感性具体，理性认识来源于理性具体</w:t>
      </w:r>
    </w:p>
    <w:p>
      <w:pPr>
        <w:spacing w:before="20" w:after="20"/>
      </w:pPr>
      <w:r>
        <w:rPr>
          <w:sz w:val="22"/>
        </w:rPr>
        <w:t xml:space="preserve">    D. 感性认识包含错误，理性认识则完全正确</w:t>
      </w:r>
    </w:p>
    <w:p>
      <w:pPr>
        <w:spacing w:before="160"/>
      </w:pPr>
      <w:r>
        <w:rPr>
          <w:b/>
          <w:sz w:val="22"/>
        </w:rPr>
        <w:t>146. 列宁指出:“牧师的使命是安慰被压迫者，给他描绘一幅保存阶级统治的条件下减少苦难和牺牲的前景。”这说明( )。</w:t>
      </w:r>
    </w:p>
    <w:p>
      <w:pPr>
        <w:spacing w:before="20" w:after="20"/>
      </w:pPr>
      <w:r>
        <w:rPr>
          <w:sz w:val="22"/>
        </w:rPr>
        <w:t xml:space="preserve">    A. 资本主义意识形态是服务被统治阶级的</w:t>
      </w:r>
    </w:p>
    <w:p>
      <w:pPr>
        <w:spacing w:before="20" w:after="20"/>
      </w:pPr>
      <w:r>
        <w:rPr>
          <w:sz w:val="22"/>
        </w:rPr>
        <w:t xml:space="preserve">    B. 资本主义意识形态通过论证社会制度合理性维护阶级统治</w:t>
      </w:r>
    </w:p>
    <w:p>
      <w:pPr>
        <w:spacing w:before="20" w:after="20"/>
      </w:pPr>
      <w:r>
        <w:rPr>
          <w:sz w:val="22"/>
        </w:rPr>
        <w:t xml:space="preserve">    C. 资本主义意识形态不具有阶级性</w:t>
      </w:r>
    </w:p>
    <w:p>
      <w:pPr>
        <w:spacing w:before="20" w:after="20"/>
      </w:pPr>
      <w:r>
        <w:rPr>
          <w:sz w:val="22"/>
        </w:rPr>
        <w:t xml:space="preserve">    D. 资本主义意识形态决定社会性质</w:t>
      </w:r>
    </w:p>
    <w:p>
      <w:pPr>
        <w:spacing w:before="160"/>
      </w:pPr>
      <w:r>
        <w:rPr>
          <w:b/>
          <w:sz w:val="22"/>
        </w:rPr>
        <w:t>147. 列宁曾说:“我的朋友，理论是灰色的，而生活之树是常青的”，这说明( )。</w:t>
      </w:r>
    </w:p>
    <w:p>
      <w:pPr>
        <w:spacing w:before="20" w:after="20"/>
      </w:pPr>
      <w:r>
        <w:rPr>
          <w:sz w:val="22"/>
        </w:rPr>
        <w:t xml:space="preserve">    A. 理论不能指导实践</w:t>
      </w:r>
    </w:p>
    <w:p>
      <w:pPr>
        <w:spacing w:before="20" w:after="20"/>
      </w:pPr>
      <w:r>
        <w:rPr>
          <w:sz w:val="22"/>
        </w:rPr>
        <w:t xml:space="preserve">    B. 理论一旦形成就没有任何变化</w:t>
      </w:r>
    </w:p>
    <w:p>
      <w:pPr>
        <w:spacing w:before="20" w:after="20"/>
      </w:pPr>
      <w:r>
        <w:rPr>
          <w:sz w:val="22"/>
        </w:rPr>
        <w:t xml:space="preserve">    C. 实践是认识的基础和来源</w:t>
      </w:r>
    </w:p>
    <w:p>
      <w:pPr>
        <w:spacing w:before="20" w:after="20"/>
      </w:pPr>
      <w:r>
        <w:rPr>
          <w:sz w:val="22"/>
        </w:rPr>
        <w:t xml:space="preserve">    D. 生活瞬息万变不可把握</w:t>
      </w:r>
    </w:p>
    <w:p>
      <w:pPr>
        <w:spacing w:before="160"/>
      </w:pPr>
      <w:r>
        <w:rPr>
          <w:b/>
          <w:sz w:val="22"/>
        </w:rPr>
        <w:t>148. 在真理标准问题上坚持辩证法，就是要坚持( )。</w:t>
      </w:r>
    </w:p>
    <w:p>
      <w:pPr>
        <w:spacing w:before="20" w:after="20"/>
      </w:pPr>
      <w:r>
        <w:rPr>
          <w:sz w:val="22"/>
        </w:rPr>
        <w:t xml:space="preserve">    A. 实践是检验真理的标准之一</w:t>
      </w:r>
    </w:p>
    <w:p>
      <w:pPr>
        <w:spacing w:before="20" w:after="20"/>
      </w:pPr>
      <w:r>
        <w:rPr>
          <w:sz w:val="22"/>
        </w:rPr>
        <w:t xml:space="preserve">    B. 实践标准的确定性与不确定性的统一</w:t>
      </w:r>
    </w:p>
    <w:p>
      <w:pPr>
        <w:spacing w:before="20" w:after="20"/>
      </w:pPr>
      <w:r>
        <w:rPr>
          <w:sz w:val="22"/>
        </w:rPr>
        <w:t xml:space="preserve">    C. 实践标准与逻辑证明的辩证统一</w:t>
      </w:r>
    </w:p>
    <w:p>
      <w:pPr>
        <w:spacing w:before="20" w:after="20"/>
      </w:pPr>
      <w:r>
        <w:rPr>
          <w:sz w:val="22"/>
        </w:rPr>
        <w:t xml:space="preserve">    D. 实践标准是主观性与客观性的统一</w:t>
      </w:r>
    </w:p>
    <w:p>
      <w:pPr>
        <w:spacing w:before="160"/>
      </w:pPr>
      <w:r>
        <w:rPr>
          <w:b/>
          <w:sz w:val="22"/>
        </w:rPr>
        <w:t>149. 导致经济及全球化迅猛发展的因素有多种，其中提供物质基础和根本推动力的是( )。</w:t>
      </w:r>
    </w:p>
    <w:p>
      <w:pPr>
        <w:spacing w:before="20" w:after="20"/>
      </w:pPr>
      <w:r>
        <w:rPr>
          <w:sz w:val="22"/>
        </w:rPr>
        <w:t xml:space="preserve">    A. 跨国公司的发展</w:t>
      </w:r>
    </w:p>
    <w:p>
      <w:pPr>
        <w:spacing w:before="20" w:after="20"/>
      </w:pPr>
      <w:r>
        <w:rPr>
          <w:sz w:val="22"/>
        </w:rPr>
        <w:t xml:space="preserve">    B. 资本主义意识形态</w:t>
      </w:r>
    </w:p>
    <w:p>
      <w:pPr>
        <w:spacing w:before="20" w:after="20"/>
      </w:pPr>
      <w:r>
        <w:rPr>
          <w:sz w:val="22"/>
        </w:rPr>
        <w:t xml:space="preserve">    C. 科学技术的发展和生产力的发展</w:t>
      </w:r>
    </w:p>
    <w:p>
      <w:pPr>
        <w:spacing w:before="20" w:after="20"/>
      </w:pPr>
      <w:r>
        <w:rPr>
          <w:sz w:val="22"/>
        </w:rPr>
        <w:t xml:space="preserve">    D. 国际组织的发展</w:t>
      </w:r>
    </w:p>
    <w:p>
      <w:pPr>
        <w:spacing w:before="160"/>
      </w:pPr>
      <w:r>
        <w:rPr>
          <w:b/>
          <w:sz w:val="22"/>
        </w:rPr>
        <w:t>150. 马克思曾这样描述资本家和工人:“一个笑容满面，雄心勃勃;一个战战兢兢，畏缩不前，像在市场上出卖了自己的皮一样，只有一个前途——让人家来鞣”。这段话意在说明( )。</w:t>
      </w:r>
    </w:p>
    <w:p>
      <w:pPr>
        <w:spacing w:before="20" w:after="20"/>
      </w:pPr>
      <w:r>
        <w:rPr>
          <w:sz w:val="22"/>
        </w:rPr>
        <w:t xml:space="preserve">    A. 资本家与工人在天赋能力上的差异</w:t>
      </w:r>
    </w:p>
    <w:p>
      <w:pPr>
        <w:spacing w:before="20" w:after="20"/>
      </w:pPr>
      <w:r>
        <w:rPr>
          <w:sz w:val="22"/>
        </w:rPr>
        <w:t xml:space="preserve">    B. 资本家超越常人的毅力和精神是其成功的根本</w:t>
      </w:r>
    </w:p>
    <w:p>
      <w:pPr>
        <w:spacing w:before="20" w:after="20"/>
      </w:pPr>
      <w:r>
        <w:rPr>
          <w:sz w:val="22"/>
        </w:rPr>
        <w:t xml:space="preserve">    C. 资本主义社会呈两极分化趋势</w:t>
      </w:r>
    </w:p>
    <w:p>
      <w:pPr>
        <w:spacing w:before="20" w:after="20"/>
      </w:pPr>
      <w:r>
        <w:rPr>
          <w:sz w:val="22"/>
        </w:rPr>
        <w:t xml:space="preserve">    D. 工人缺少伟大志向和理想</w:t>
      </w:r>
    </w:p>
    <w:p>
      <w:pPr>
        <w:spacing w:before="160"/>
      </w:pPr>
      <w:r>
        <w:rPr>
          <w:b/>
          <w:sz w:val="22"/>
        </w:rPr>
        <w:t>151. 在全世界实现共产主义，首先将取决于( )。</w:t>
      </w:r>
    </w:p>
    <w:p>
      <w:pPr>
        <w:spacing w:before="20" w:after="20"/>
      </w:pPr>
      <w:r>
        <w:rPr>
          <w:sz w:val="22"/>
        </w:rPr>
        <w:t xml:space="preserve">    A. 人类理性的觉醒</w:t>
      </w:r>
    </w:p>
    <w:p>
      <w:pPr>
        <w:spacing w:before="20" w:after="20"/>
      </w:pPr>
      <w:r>
        <w:rPr>
          <w:sz w:val="22"/>
        </w:rPr>
        <w:t xml:space="preserve">    B. 绝对理念的发展阶段</w:t>
      </w:r>
    </w:p>
    <w:p>
      <w:pPr>
        <w:spacing w:before="20" w:after="20"/>
      </w:pPr>
      <w:r>
        <w:rPr>
          <w:sz w:val="22"/>
        </w:rPr>
        <w:t xml:space="preserve">    C. 社会主义国家的巩固和发展</w:t>
      </w:r>
    </w:p>
    <w:p>
      <w:pPr>
        <w:spacing w:before="20" w:after="20"/>
      </w:pPr>
      <w:r>
        <w:rPr>
          <w:sz w:val="22"/>
        </w:rPr>
        <w:t xml:space="preserve">    D. 对共产主义描绘的详尽性</w:t>
      </w:r>
    </w:p>
    <w:p>
      <w:pPr>
        <w:spacing w:before="160"/>
      </w:pPr>
      <w:r>
        <w:rPr>
          <w:b/>
          <w:sz w:val="22"/>
        </w:rPr>
        <w:t>152. 认识运动的第一次飞跃指的是( )。</w:t>
      </w:r>
    </w:p>
    <w:p>
      <w:pPr>
        <w:spacing w:before="20" w:after="20"/>
      </w:pPr>
      <w:r>
        <w:rPr>
          <w:sz w:val="22"/>
        </w:rPr>
        <w:t xml:space="preserve">    A. 从理念到自我意识</w:t>
      </w:r>
    </w:p>
    <w:p>
      <w:pPr>
        <w:spacing w:before="20" w:after="20"/>
      </w:pPr>
      <w:r>
        <w:rPr>
          <w:sz w:val="22"/>
        </w:rPr>
        <w:t xml:space="preserve">    B. 从意识到现实</w:t>
      </w:r>
    </w:p>
    <w:p>
      <w:pPr>
        <w:spacing w:before="20" w:after="20"/>
      </w:pPr>
      <w:r>
        <w:rPr>
          <w:sz w:val="22"/>
        </w:rPr>
        <w:t xml:space="preserve">    C. 从感性认识到理性认识</w:t>
      </w:r>
    </w:p>
    <w:p>
      <w:pPr>
        <w:spacing w:before="20" w:after="20"/>
      </w:pPr>
      <w:r>
        <w:rPr>
          <w:sz w:val="22"/>
        </w:rPr>
        <w:t xml:space="preserve">    D. 从非理性因素到理性因素</w:t>
      </w:r>
    </w:p>
    <w:p>
      <w:pPr>
        <w:spacing w:before="160"/>
      </w:pPr>
      <w:r>
        <w:rPr>
          <w:b/>
          <w:sz w:val="22"/>
        </w:rPr>
        <w:t>153. 习近平在纪念毛泽东同志诞辰120周年座谈会上的讲话中强调“纵观世界历史，任何一个国家、一个民族的发展，都会跌宕起伏甚至充满曲折。”这说明( )。</w:t>
      </w:r>
    </w:p>
    <w:p>
      <w:pPr>
        <w:spacing w:before="20" w:after="20"/>
      </w:pPr>
      <w:r>
        <w:rPr>
          <w:sz w:val="22"/>
        </w:rPr>
        <w:t xml:space="preserve">    A. 所有国家和地区都要依次经历五种社会形态的更替</w:t>
      </w:r>
    </w:p>
    <w:p>
      <w:pPr>
        <w:spacing w:before="20" w:after="20"/>
      </w:pPr>
      <w:r>
        <w:rPr>
          <w:sz w:val="22"/>
        </w:rPr>
        <w:t xml:space="preserve">    B. 社会历史规律是由人类创造的</w:t>
      </w:r>
    </w:p>
    <w:p>
      <w:pPr>
        <w:spacing w:before="20" w:after="20"/>
      </w:pPr>
      <w:r>
        <w:rPr>
          <w:sz w:val="22"/>
        </w:rPr>
        <w:t xml:space="preserve">    C. 人类社会历史发展是前进性与曲折性的辩证统一</w:t>
      </w:r>
    </w:p>
    <w:p>
      <w:pPr>
        <w:spacing w:before="20" w:after="20"/>
      </w:pPr>
      <w:r>
        <w:rPr>
          <w:sz w:val="22"/>
        </w:rPr>
        <w:t xml:space="preserve">    D. 有些国家或民族所呈现的特殊性否定了生产关系一定要适应生产力发展的规律</w:t>
      </w:r>
    </w:p>
    <w:p>
      <w:pPr>
        <w:spacing w:before="160"/>
      </w:pPr>
      <w:r>
        <w:rPr>
          <w:b/>
          <w:sz w:val="22"/>
        </w:rPr>
        <w:t>154. 恩格斯指出:“马克思一有机会就提醒读者注意，决不要把他所说的剩余价值同利润或资本赢利相混淆。”之所以不要把剩余价值同利润或资本赢利相混淆，是因为利润( )。</w:t>
      </w:r>
    </w:p>
    <w:p>
      <w:pPr>
        <w:spacing w:before="20" w:after="20"/>
      </w:pPr>
      <w:r>
        <w:rPr>
          <w:sz w:val="22"/>
        </w:rPr>
        <w:t xml:space="preserve">    A. 与剩余价值无本质联系</w:t>
      </w:r>
    </w:p>
    <w:p>
      <w:pPr>
        <w:spacing w:before="20" w:after="20"/>
      </w:pPr>
      <w:r>
        <w:rPr>
          <w:sz w:val="22"/>
        </w:rPr>
        <w:t xml:space="preserve">    B. 掩盖了剩余价值与全部垫付资本的关系</w:t>
      </w:r>
    </w:p>
    <w:p>
      <w:pPr>
        <w:spacing w:before="20" w:after="20"/>
      </w:pPr>
      <w:r>
        <w:rPr>
          <w:sz w:val="22"/>
        </w:rPr>
        <w:t xml:space="preserve">    C. 与剩余价值的来源不同</w:t>
      </w:r>
    </w:p>
    <w:p>
      <w:pPr>
        <w:spacing w:before="20" w:after="20"/>
      </w:pPr>
      <w:r>
        <w:rPr>
          <w:sz w:val="22"/>
        </w:rPr>
        <w:t xml:space="preserve">    D. 掩盖了剩余价值与可变资本的关系</w:t>
      </w:r>
    </w:p>
    <w:p>
      <w:pPr>
        <w:spacing w:before="160"/>
      </w:pPr>
      <w:r>
        <w:rPr>
          <w:b/>
          <w:sz w:val="22"/>
        </w:rPr>
        <w:t>155. 同一块钻石，对不同的人而言，具有不同的价值，这说明( )。</w:t>
      </w:r>
    </w:p>
    <w:p>
      <w:pPr>
        <w:spacing w:before="20" w:after="20"/>
      </w:pPr>
      <w:r>
        <w:rPr>
          <w:sz w:val="22"/>
        </w:rPr>
        <w:t xml:space="preserve">    A. 价值具有主体性，与客体无关</w:t>
      </w:r>
    </w:p>
    <w:p>
      <w:pPr>
        <w:spacing w:before="20" w:after="20"/>
      </w:pPr>
      <w:r>
        <w:rPr>
          <w:sz w:val="22"/>
        </w:rPr>
        <w:t xml:space="preserve">    B. 价值是运动变化的，不能认识</w:t>
      </w:r>
    </w:p>
    <w:p>
      <w:pPr>
        <w:spacing w:before="20" w:after="20"/>
      </w:pPr>
      <w:r>
        <w:rPr>
          <w:sz w:val="22"/>
        </w:rPr>
        <w:t xml:space="preserve">    C. 价值的客体性依赖于主体性</w:t>
      </w:r>
    </w:p>
    <w:p>
      <w:pPr>
        <w:spacing w:before="20" w:after="20"/>
      </w:pPr>
      <w:r>
        <w:rPr>
          <w:sz w:val="22"/>
        </w:rPr>
        <w:t xml:space="preserve">    D. 价值直接与主体相联系，始终以主体为中心</w:t>
      </w:r>
    </w:p>
    <w:p>
      <w:pPr>
        <w:spacing w:before="160"/>
      </w:pPr>
      <w:r>
        <w:rPr>
          <w:b/>
          <w:sz w:val="22"/>
        </w:rPr>
        <w:t>156. 人类历史社会划分为原始社会、奴隶社会、封建社会、资本主义社会和共产主义社会(社会主义社会是其第一阶段)五种社会形态，其依据是( )。</w:t>
      </w:r>
    </w:p>
    <w:p>
      <w:pPr>
        <w:spacing w:before="20" w:after="20"/>
      </w:pPr>
      <w:r>
        <w:rPr>
          <w:sz w:val="22"/>
        </w:rPr>
        <w:t xml:space="preserve">    A. 生产工具的质量和数量</w:t>
      </w:r>
    </w:p>
    <w:p>
      <w:pPr>
        <w:spacing w:before="20" w:after="20"/>
      </w:pPr>
      <w:r>
        <w:rPr>
          <w:sz w:val="22"/>
        </w:rPr>
        <w:t xml:space="preserve">    B. 统治集团的阶级和政治属性</w:t>
      </w:r>
    </w:p>
    <w:p>
      <w:pPr>
        <w:spacing w:before="20" w:after="20"/>
      </w:pPr>
      <w:r>
        <w:rPr>
          <w:sz w:val="22"/>
        </w:rPr>
        <w:t xml:space="preserve">    C. 经济基础特别是生产关系的性质</w:t>
      </w:r>
    </w:p>
    <w:p>
      <w:pPr>
        <w:spacing w:before="20" w:after="20"/>
      </w:pPr>
      <w:r>
        <w:rPr>
          <w:sz w:val="22"/>
        </w:rPr>
        <w:t xml:space="preserve">    D. 人们社会交往和分工的范围和水平</w:t>
      </w:r>
    </w:p>
    <w:p>
      <w:pPr>
        <w:spacing w:before="160"/>
      </w:pPr>
      <w:r>
        <w:rPr>
          <w:b/>
          <w:sz w:val="22"/>
        </w:rPr>
        <w:t>157. ( )是政治上层建筑的核心。</w:t>
      </w:r>
    </w:p>
    <w:p>
      <w:pPr>
        <w:spacing w:before="20" w:after="20"/>
      </w:pPr>
      <w:r>
        <w:rPr>
          <w:sz w:val="22"/>
        </w:rPr>
        <w:t xml:space="preserve">    A. 经济体制</w:t>
      </w:r>
    </w:p>
    <w:p>
      <w:pPr>
        <w:spacing w:before="20" w:after="20"/>
      </w:pPr>
      <w:r>
        <w:rPr>
          <w:sz w:val="22"/>
        </w:rPr>
        <w:t xml:space="preserve">    B. 国家政权</w:t>
      </w:r>
    </w:p>
    <w:p>
      <w:pPr>
        <w:spacing w:before="20" w:after="20"/>
      </w:pPr>
      <w:r>
        <w:rPr>
          <w:sz w:val="22"/>
        </w:rPr>
        <w:t xml:space="preserve">    C. 政治法律思想</w:t>
      </w:r>
    </w:p>
    <w:p>
      <w:pPr>
        <w:spacing w:before="20" w:after="20"/>
      </w:pPr>
      <w:r>
        <w:rPr>
          <w:sz w:val="22"/>
        </w:rPr>
        <w:t xml:space="preserve">    D. 劳动者</w:t>
      </w:r>
    </w:p>
    <w:p>
      <w:pPr>
        <w:spacing w:before="160"/>
      </w:pPr>
      <w:r>
        <w:rPr>
          <w:b/>
          <w:sz w:val="22"/>
        </w:rPr>
        <w:t>158. 群众追随英雄创造历史，这是( )。</w:t>
      </w:r>
    </w:p>
    <w:p>
      <w:pPr>
        <w:spacing w:before="20" w:after="20"/>
      </w:pPr>
      <w:r>
        <w:rPr>
          <w:sz w:val="22"/>
        </w:rPr>
        <w:t xml:space="preserve">    A. 辩证唯物主义的观点</w:t>
      </w:r>
    </w:p>
    <w:p>
      <w:pPr>
        <w:spacing w:before="20" w:after="20"/>
      </w:pPr>
      <w:r>
        <w:rPr>
          <w:sz w:val="22"/>
        </w:rPr>
        <w:t xml:space="preserve">    B. 历史唯心主义的观点</w:t>
      </w:r>
    </w:p>
    <w:p>
      <w:pPr>
        <w:spacing w:before="20" w:after="20"/>
      </w:pPr>
      <w:r>
        <w:rPr>
          <w:sz w:val="22"/>
        </w:rPr>
        <w:t xml:space="preserve">    C. 机械决定论的观点</w:t>
      </w:r>
    </w:p>
    <w:p>
      <w:pPr>
        <w:spacing w:before="20" w:after="20"/>
      </w:pPr>
      <w:r>
        <w:rPr>
          <w:sz w:val="22"/>
        </w:rPr>
        <w:t xml:space="preserve">    D. 二元论的观点</w:t>
      </w:r>
    </w:p>
    <w:p>
      <w:pPr>
        <w:spacing w:before="160"/>
      </w:pPr>
      <w:r>
        <w:rPr>
          <w:b/>
          <w:sz w:val="22"/>
        </w:rPr>
        <w:t>159. 恩格斯指出:“现代国家，不管它的形式如何，本质上都是资本主义的机器，资本主义的国家，理想的总资本家”，这句话意在表明( )。</w:t>
      </w:r>
    </w:p>
    <w:p>
      <w:pPr>
        <w:spacing w:before="20" w:after="20"/>
      </w:pPr>
      <w:r>
        <w:rPr>
          <w:sz w:val="22"/>
        </w:rPr>
        <w:t xml:space="preserve">    A. 只有资本主义国家能实现现代化</w:t>
      </w:r>
    </w:p>
    <w:p>
      <w:pPr>
        <w:spacing w:before="20" w:after="20"/>
      </w:pPr>
      <w:r>
        <w:rPr>
          <w:sz w:val="22"/>
        </w:rPr>
        <w:t xml:space="preserve">    B. 只有现代国家是阶级统治的工具</w:t>
      </w:r>
    </w:p>
    <w:p>
      <w:pPr>
        <w:spacing w:before="20" w:after="20"/>
      </w:pPr>
      <w:r>
        <w:rPr>
          <w:sz w:val="22"/>
        </w:rPr>
        <w:t xml:space="preserve">    C. 资本主义国家服务于资产阶级统治</w:t>
      </w:r>
    </w:p>
    <w:p>
      <w:pPr>
        <w:spacing w:before="20" w:after="20"/>
      </w:pPr>
      <w:r>
        <w:rPr>
          <w:sz w:val="22"/>
        </w:rPr>
        <w:t xml:space="preserve">    D. 资本主义国家是人类发展最高形式</w:t>
      </w:r>
    </w:p>
    <w:p>
      <w:pPr>
        <w:spacing w:before="160"/>
      </w:pPr>
      <w:r>
        <w:rPr>
          <w:b/>
          <w:sz w:val="22"/>
        </w:rPr>
        <w:t>160. 俗话说万物生长靠太阳，在太阳内部无时无刻不在发生着核聚变，为大自然带来最普遍的能量来源。所谓“人造太阳”，是指在地球上建造一套核聚变装置，像太阳一样发生核聚变反应，从而源源不断地产生能量。国际热核聚变实验堆计划是聚变能发展中的关键一步，也是各国聚变能发展路线图中的关键设施。计划一旦达到目标，人类将在21世纪中叶实现聚变能的应用。人们对“人造太阳”的研发说明( )。</w:t>
      </w:r>
    </w:p>
    <w:p>
      <w:pPr>
        <w:spacing w:before="20" w:after="20"/>
      </w:pPr>
      <w:r>
        <w:rPr>
          <w:sz w:val="22"/>
        </w:rPr>
        <w:t xml:space="preserve">    A. 掌握自然界运行的规律是认识世界的最终目的</w:t>
      </w:r>
    </w:p>
    <w:p>
      <w:pPr>
        <w:spacing w:before="20" w:after="20"/>
      </w:pPr>
      <w:r>
        <w:rPr>
          <w:sz w:val="22"/>
        </w:rPr>
        <w:t xml:space="preserve">    B. 科学技术是人类认识世界和改造世界的根本动力</w:t>
      </w:r>
    </w:p>
    <w:p>
      <w:pPr>
        <w:spacing w:before="20" w:after="20"/>
      </w:pPr>
      <w:r>
        <w:rPr>
          <w:sz w:val="22"/>
        </w:rPr>
        <w:t xml:space="preserve">    C. 科学文化实践是人类最基本的实践活动</w:t>
      </w:r>
    </w:p>
    <w:p>
      <w:pPr>
        <w:spacing w:before="20" w:after="20"/>
      </w:pPr>
      <w:r>
        <w:rPr>
          <w:sz w:val="22"/>
        </w:rPr>
        <w:t xml:space="preserve">    D. 人能够通过自觉活动去认识规律，并按照客观规律去改造世界</w:t>
      </w:r>
    </w:p>
    <w:p>
      <w:pPr>
        <w:spacing w:before="160"/>
      </w:pPr>
      <w:r>
        <w:rPr>
          <w:b/>
          <w:sz w:val="22"/>
        </w:rPr>
        <w:t>161. 列宁指出:“马克思主义提供了一条指导性线索，是我们能在这种看来扑朔迷离、一团混乱的状态中发现规律性。……只有研究某一社会或某几个社会的全体成员的意向的总和，才能科学地确定这些意向的结果。”这条“线索”是指( )。</w:t>
      </w:r>
    </w:p>
    <w:p>
      <w:pPr>
        <w:spacing w:before="20" w:after="20"/>
      </w:pPr>
      <w:r>
        <w:rPr>
          <w:sz w:val="22"/>
        </w:rPr>
        <w:t xml:space="preserve">    A. 辩证法理论</w:t>
      </w:r>
    </w:p>
    <w:p>
      <w:pPr>
        <w:spacing w:before="20" w:after="20"/>
      </w:pPr>
      <w:r>
        <w:rPr>
          <w:sz w:val="22"/>
        </w:rPr>
        <w:t xml:space="preserve">    B. 劳动价值论</w:t>
      </w:r>
    </w:p>
    <w:p>
      <w:pPr>
        <w:spacing w:before="20" w:after="20"/>
      </w:pPr>
      <w:r>
        <w:rPr>
          <w:sz w:val="22"/>
        </w:rPr>
        <w:t xml:space="preserve">    C. 唯物反映论</w:t>
      </w:r>
    </w:p>
    <w:p>
      <w:pPr>
        <w:spacing w:before="20" w:after="20"/>
      </w:pPr>
      <w:r>
        <w:rPr>
          <w:sz w:val="22"/>
        </w:rPr>
        <w:t xml:space="preserve">    D. 阶级斗争理论</w:t>
      </w:r>
    </w:p>
    <w:p>
      <w:pPr>
        <w:spacing w:before="160"/>
      </w:pPr>
      <w:r>
        <w:rPr>
          <w:b/>
          <w:sz w:val="22"/>
        </w:rPr>
        <w:t>162. 下列( )属于客观唯心主义对世界的本原的问题的回答。</w:t>
      </w:r>
    </w:p>
    <w:p>
      <w:pPr>
        <w:spacing w:before="20" w:after="20"/>
      </w:pPr>
      <w:r>
        <w:rPr>
          <w:sz w:val="22"/>
        </w:rPr>
        <w:t xml:space="preserve">    A. 人心</w:t>
      </w:r>
    </w:p>
    <w:p>
      <w:pPr>
        <w:spacing w:before="20" w:after="20"/>
      </w:pPr>
      <w:r>
        <w:rPr>
          <w:sz w:val="22"/>
        </w:rPr>
        <w:t xml:space="preserve">    B. 绝对精神</w:t>
      </w:r>
    </w:p>
    <w:p>
      <w:pPr>
        <w:spacing w:before="20" w:after="20"/>
      </w:pPr>
      <w:r>
        <w:rPr>
          <w:sz w:val="22"/>
        </w:rPr>
        <w:t xml:space="preserve">    C. 物质</w:t>
      </w:r>
    </w:p>
    <w:p>
      <w:pPr>
        <w:spacing w:before="20" w:after="20"/>
      </w:pPr>
      <w:r>
        <w:rPr>
          <w:sz w:val="22"/>
        </w:rPr>
        <w:t xml:space="preserve">    D. 灵感</w:t>
      </w:r>
    </w:p>
    <w:p>
      <w:pPr>
        <w:spacing w:before="160"/>
      </w:pPr>
      <w:r>
        <w:rPr>
          <w:b/>
          <w:sz w:val="22"/>
        </w:rPr>
        <w:t>163. 恩格斯指出:“自由不在于幻想中摆脱自然规律而独立，而在于认识这些规律，从而能够有计划地使自然规律为一定目的服务”，这说明( )。</w:t>
      </w:r>
    </w:p>
    <w:p>
      <w:pPr>
        <w:spacing w:before="20" w:after="20"/>
      </w:pPr>
      <w:r>
        <w:rPr>
          <w:sz w:val="22"/>
        </w:rPr>
        <w:t xml:space="preserve">    A. 人的实践只具有合目的尺度</w:t>
      </w:r>
    </w:p>
    <w:p>
      <w:pPr>
        <w:spacing w:before="20" w:after="20"/>
      </w:pPr>
      <w:r>
        <w:rPr>
          <w:sz w:val="22"/>
        </w:rPr>
        <w:t xml:space="preserve">    B. 人能够改造和利用自然规律</w:t>
      </w:r>
    </w:p>
    <w:p>
      <w:pPr>
        <w:spacing w:before="20" w:after="20"/>
      </w:pPr>
      <w:r>
        <w:rPr>
          <w:sz w:val="22"/>
        </w:rPr>
        <w:t xml:space="preserve">    C. 自由既要认识必然又要利用必然</w:t>
      </w:r>
    </w:p>
    <w:p>
      <w:pPr>
        <w:spacing w:before="20" w:after="20"/>
      </w:pPr>
      <w:r>
        <w:rPr>
          <w:sz w:val="22"/>
        </w:rPr>
        <w:t xml:space="preserve">    D. 人只能消极的顺应自然</w:t>
      </w:r>
    </w:p>
    <w:p>
      <w:pPr>
        <w:spacing w:before="160"/>
      </w:pPr>
      <w:r>
        <w:rPr>
          <w:b/>
          <w:sz w:val="22"/>
        </w:rPr>
        <w:t>164. 阶级斗争根源于阶级之间( )的根本对立。</w:t>
      </w:r>
    </w:p>
    <w:p>
      <w:pPr>
        <w:spacing w:before="20" w:after="20"/>
      </w:pPr>
      <w:r>
        <w:rPr>
          <w:sz w:val="22"/>
        </w:rPr>
        <w:t xml:space="preserve">    A. 意识形态</w:t>
      </w:r>
    </w:p>
    <w:p>
      <w:pPr>
        <w:spacing w:before="20" w:after="20"/>
      </w:pPr>
      <w:r>
        <w:rPr>
          <w:sz w:val="22"/>
        </w:rPr>
        <w:t xml:space="preserve">    B. 政治制度</w:t>
      </w:r>
    </w:p>
    <w:p>
      <w:pPr>
        <w:spacing w:before="20" w:after="20"/>
      </w:pPr>
      <w:r>
        <w:rPr>
          <w:sz w:val="22"/>
        </w:rPr>
        <w:t xml:space="preserve">    C. 物质利益</w:t>
      </w:r>
    </w:p>
    <w:p>
      <w:pPr>
        <w:spacing w:before="20" w:after="20"/>
      </w:pPr>
      <w:r>
        <w:rPr>
          <w:sz w:val="22"/>
        </w:rPr>
        <w:t xml:space="preserve">    D. 社会心理</w:t>
      </w:r>
    </w:p>
    <w:p>
      <w:pPr>
        <w:spacing w:before="160"/>
      </w:pPr>
      <w:r>
        <w:rPr>
          <w:b/>
          <w:sz w:val="22"/>
        </w:rPr>
        <w:t>165. 马克思在《政治经济学批判》中指出:“经济学研究的不是物，而是人和人之间的关系”，这说明生产关系( )。</w:t>
      </w:r>
    </w:p>
    <w:p>
      <w:pPr>
        <w:spacing w:before="20" w:after="20"/>
      </w:pPr>
      <w:r>
        <w:rPr>
          <w:sz w:val="22"/>
        </w:rPr>
        <w:t xml:space="preserve">    A. 不具有客观实在性</w:t>
      </w:r>
    </w:p>
    <w:p>
      <w:pPr>
        <w:spacing w:before="20" w:after="20"/>
      </w:pPr>
      <w:r>
        <w:rPr>
          <w:sz w:val="22"/>
        </w:rPr>
        <w:t xml:space="preserve">    B. 属于社会意识领域</w:t>
      </w:r>
    </w:p>
    <w:p>
      <w:pPr>
        <w:spacing w:before="20" w:after="20"/>
      </w:pPr>
      <w:r>
        <w:rPr>
          <w:sz w:val="22"/>
        </w:rPr>
        <w:t xml:space="preserve">    C. 是人在物质生产过程中所形成的联系和关系</w:t>
      </w:r>
    </w:p>
    <w:p>
      <w:pPr>
        <w:spacing w:before="20" w:after="20"/>
      </w:pPr>
      <w:r>
        <w:rPr>
          <w:sz w:val="22"/>
        </w:rPr>
        <w:t xml:space="preserve">    D. 以人的意志为转移</w:t>
      </w:r>
    </w:p>
    <w:p>
      <w:pPr>
        <w:spacing w:before="160"/>
      </w:pPr>
      <w:r>
        <w:rPr>
          <w:b/>
          <w:sz w:val="22"/>
        </w:rPr>
        <w:t>166. 列宁深刻分析了19世纪末20世纪初世界历史条件的变化，认为资本主义发达国家已经发展到( )。</w:t>
      </w:r>
    </w:p>
    <w:p>
      <w:pPr>
        <w:spacing w:before="20" w:after="20"/>
      </w:pPr>
      <w:r>
        <w:rPr>
          <w:sz w:val="22"/>
        </w:rPr>
        <w:t xml:space="preserve">    A. 自由竞争阶段</w:t>
      </w:r>
    </w:p>
    <w:p>
      <w:pPr>
        <w:spacing w:before="20" w:after="20"/>
      </w:pPr>
      <w:r>
        <w:rPr>
          <w:sz w:val="22"/>
        </w:rPr>
        <w:t xml:space="preserve">    B. 垄断阶段</w:t>
      </w:r>
    </w:p>
    <w:p>
      <w:pPr>
        <w:spacing w:before="20" w:after="20"/>
      </w:pPr>
      <w:r>
        <w:rPr>
          <w:sz w:val="22"/>
        </w:rPr>
        <w:t xml:space="preserve">    C. 生产集中阶段</w:t>
      </w:r>
    </w:p>
    <w:p>
      <w:pPr>
        <w:spacing w:before="20" w:after="20"/>
      </w:pPr>
      <w:r>
        <w:rPr>
          <w:sz w:val="22"/>
        </w:rPr>
        <w:t xml:space="preserve">    D. 帝国主义阶段</w:t>
      </w:r>
    </w:p>
    <w:p>
      <w:pPr>
        <w:spacing w:before="160"/>
      </w:pPr>
      <w:r>
        <w:rPr>
          <w:b/>
          <w:sz w:val="22"/>
        </w:rPr>
        <w:t>167. 马克思在《关于费尔巴哈的提纲》中指出:“环境的改变和人的活动或自我改变是一致的。”这体现了( )。</w:t>
      </w:r>
    </w:p>
    <w:p>
      <w:pPr>
        <w:spacing w:before="20" w:after="20"/>
      </w:pPr>
      <w:r>
        <w:rPr>
          <w:sz w:val="22"/>
        </w:rPr>
        <w:t xml:space="preserve">    A. 改造客观世界与改造主观世界的统一</w:t>
      </w:r>
    </w:p>
    <w:p>
      <w:pPr>
        <w:spacing w:before="20" w:after="20"/>
      </w:pPr>
      <w:r>
        <w:rPr>
          <w:sz w:val="22"/>
        </w:rPr>
        <w:t xml:space="preserve">    B. 认识的真理性和价值性的统一</w:t>
      </w:r>
    </w:p>
    <w:p>
      <w:pPr>
        <w:spacing w:before="20" w:after="20"/>
      </w:pPr>
      <w:r>
        <w:rPr>
          <w:sz w:val="22"/>
        </w:rPr>
        <w:t xml:space="preserve">    C. 环境的客观实在性和主观能动性的统一</w:t>
      </w:r>
    </w:p>
    <w:p>
      <w:pPr>
        <w:spacing w:before="20" w:after="20"/>
      </w:pPr>
      <w:r>
        <w:rPr>
          <w:sz w:val="22"/>
        </w:rPr>
        <w:t xml:space="preserve">    D. 人的活动的有限性和无限性的统一</w:t>
      </w:r>
    </w:p>
    <w:p>
      <w:pPr>
        <w:spacing w:before="160"/>
      </w:pPr>
      <w:r>
        <w:rPr>
          <w:b/>
          <w:sz w:val="22"/>
        </w:rPr>
        <w:t>168. 一种活动能否被称为实践活动关键是看它( )。</w:t>
      </w:r>
    </w:p>
    <w:p>
      <w:pPr>
        <w:spacing w:before="20" w:after="20"/>
      </w:pPr>
      <w:r>
        <w:rPr>
          <w:sz w:val="22"/>
        </w:rPr>
        <w:t xml:space="preserve">    A. 是否有正确意识的指导</w:t>
      </w:r>
    </w:p>
    <w:p>
      <w:pPr>
        <w:spacing w:before="20" w:after="20"/>
      </w:pPr>
      <w:r>
        <w:rPr>
          <w:sz w:val="22"/>
        </w:rPr>
        <w:t xml:space="preserve">    B. 是否有合适的中介</w:t>
      </w:r>
    </w:p>
    <w:p>
      <w:pPr>
        <w:spacing w:before="20" w:after="20"/>
      </w:pPr>
      <w:r>
        <w:rPr>
          <w:sz w:val="22"/>
        </w:rPr>
        <w:t xml:space="preserve">    C. 是否以自然界为客体</w:t>
      </w:r>
    </w:p>
    <w:p>
      <w:pPr>
        <w:spacing w:before="20" w:after="20"/>
      </w:pPr>
      <w:r>
        <w:rPr>
          <w:sz w:val="22"/>
        </w:rPr>
        <w:t xml:space="preserve">    D. 是否超出了纯粹意识活动</w:t>
      </w:r>
    </w:p>
    <w:p>
      <w:pPr>
        <w:spacing w:before="160"/>
      </w:pPr>
      <w:r>
        <w:rPr>
          <w:b/>
          <w:sz w:val="22"/>
        </w:rPr>
        <w:t>169. 列宁和布尔什维克党领导了( )，使社会主义从理想开始变为现实，开创了世界历史的新纪元。</w:t>
      </w:r>
    </w:p>
    <w:p>
      <w:pPr>
        <w:spacing w:before="20" w:after="20"/>
      </w:pPr>
      <w:r>
        <w:rPr>
          <w:sz w:val="22"/>
        </w:rPr>
        <w:t xml:space="preserve">    A. 二月革命</w:t>
      </w:r>
    </w:p>
    <w:p>
      <w:pPr>
        <w:spacing w:before="20" w:after="20"/>
      </w:pPr>
      <w:r>
        <w:rPr>
          <w:sz w:val="22"/>
        </w:rPr>
        <w:t xml:space="preserve">    B. 四月政变</w:t>
      </w:r>
    </w:p>
    <w:p>
      <w:pPr>
        <w:spacing w:before="20" w:after="20"/>
      </w:pPr>
      <w:r>
        <w:rPr>
          <w:sz w:val="22"/>
        </w:rPr>
        <w:t xml:space="preserve">    C. 十月革命</w:t>
      </w:r>
    </w:p>
    <w:p>
      <w:pPr>
        <w:spacing w:before="20" w:after="20"/>
      </w:pPr>
      <w:r>
        <w:rPr>
          <w:sz w:val="22"/>
        </w:rPr>
        <w:t xml:space="preserve">    D. 雾月政变</w:t>
      </w:r>
    </w:p>
    <w:p>
      <w:pPr>
        <w:spacing w:before="160"/>
      </w:pPr>
      <w:r>
        <w:rPr>
          <w:b/>
          <w:sz w:val="22"/>
        </w:rPr>
        <w:t>170. 在现实中，反面案例、反面教材往往能起到警示人的教育作用，这说明( )。</w:t>
      </w:r>
    </w:p>
    <w:p>
      <w:pPr>
        <w:spacing w:before="20" w:after="20"/>
      </w:pPr>
      <w:r>
        <w:rPr>
          <w:sz w:val="22"/>
        </w:rPr>
        <w:t xml:space="preserve">    A. 谬误就是真理、真理就是谬误</w:t>
      </w:r>
    </w:p>
    <w:p>
      <w:pPr>
        <w:spacing w:before="20" w:after="20"/>
      </w:pPr>
      <w:r>
        <w:rPr>
          <w:sz w:val="22"/>
        </w:rPr>
        <w:t xml:space="preserve">    B. 谬误是真理的来源</w:t>
      </w:r>
    </w:p>
    <w:p>
      <w:pPr>
        <w:spacing w:before="20" w:after="20"/>
      </w:pPr>
      <w:r>
        <w:rPr>
          <w:sz w:val="22"/>
        </w:rPr>
        <w:t xml:space="preserve">    C. 在批判谬误中可以发展真理</w:t>
      </w:r>
    </w:p>
    <w:p>
      <w:pPr>
        <w:spacing w:before="20" w:after="20"/>
      </w:pPr>
      <w:r>
        <w:rPr>
          <w:sz w:val="22"/>
        </w:rPr>
        <w:t xml:space="preserve">    D. 任何谬误都会转化为真理</w:t>
      </w:r>
    </w:p>
    <w:p>
      <w:pPr>
        <w:spacing w:before="160"/>
      </w:pPr>
      <w:r>
        <w:rPr>
          <w:b/>
          <w:sz w:val="22"/>
        </w:rPr>
        <w:t>171. 劳动资料也称劳动手段，是人们在劳动过程中所运用的物质资料或物质条件，其中最重要的是( )。</w:t>
      </w:r>
    </w:p>
    <w:p>
      <w:pPr>
        <w:spacing w:before="20" w:after="20"/>
      </w:pPr>
      <w:r>
        <w:rPr>
          <w:sz w:val="22"/>
        </w:rPr>
        <w:t xml:space="preserve">    A. 生产工具</w:t>
      </w:r>
    </w:p>
    <w:p>
      <w:pPr>
        <w:spacing w:before="20" w:after="20"/>
      </w:pPr>
      <w:r>
        <w:rPr>
          <w:sz w:val="22"/>
        </w:rPr>
        <w:t xml:space="preserve">    B. 劳动技能</w:t>
      </w:r>
    </w:p>
    <w:p>
      <w:pPr>
        <w:spacing w:before="20" w:after="20"/>
      </w:pPr>
      <w:r>
        <w:rPr>
          <w:sz w:val="22"/>
        </w:rPr>
        <w:t xml:space="preserve">    C. 劳动意识</w:t>
      </w:r>
    </w:p>
    <w:p>
      <w:pPr>
        <w:spacing w:before="20" w:after="20"/>
      </w:pPr>
      <w:r>
        <w:rPr>
          <w:sz w:val="22"/>
        </w:rPr>
        <w:t xml:space="preserve">    D. 科学知识</w:t>
      </w:r>
    </w:p>
    <w:p>
      <w:pPr>
        <w:spacing w:before="160"/>
      </w:pPr>
      <w:r>
        <w:rPr>
          <w:b/>
          <w:sz w:val="22"/>
        </w:rPr>
        <w:t>172. 听乐队合奏时，听觉注意力能够集中到某件乐器的声音上，此时其它乐器演奏的声音虽然也会被耳朵接收，却会被大脑皮层抑制，其信号也就被弱化和边缘化了。这说明( )。</w:t>
      </w:r>
    </w:p>
    <w:p>
      <w:pPr>
        <w:spacing w:before="20" w:after="20"/>
      </w:pPr>
      <w:r>
        <w:rPr>
          <w:sz w:val="22"/>
        </w:rPr>
        <w:t xml:space="preserve">    A. 意识能够根据一定的目的和要求确定反映什么、不反映什么</w:t>
      </w:r>
    </w:p>
    <w:p>
      <w:pPr>
        <w:spacing w:before="20" w:after="20"/>
      </w:pPr>
      <w:r>
        <w:rPr>
          <w:sz w:val="22"/>
        </w:rPr>
        <w:t xml:space="preserve">    B. 意识能够摆脱物质的纠缠自主创造内容</w:t>
      </w:r>
    </w:p>
    <w:p>
      <w:pPr>
        <w:spacing w:before="20" w:after="20"/>
      </w:pPr>
      <w:r>
        <w:rPr>
          <w:sz w:val="22"/>
        </w:rPr>
        <w:t xml:space="preserve">    C. 大脑皮层是意识的内容来源</w:t>
      </w:r>
    </w:p>
    <w:p>
      <w:pPr>
        <w:spacing w:before="20" w:after="20"/>
      </w:pPr>
      <w:r>
        <w:rPr>
          <w:sz w:val="22"/>
        </w:rPr>
        <w:t xml:space="preserve">    D. 意识能够在思维中构造出一个现实中没有的世界</w:t>
      </w:r>
    </w:p>
    <w:p>
      <w:pPr>
        <w:spacing w:before="160"/>
      </w:pPr>
      <w:r>
        <w:rPr>
          <w:b/>
          <w:sz w:val="22"/>
        </w:rPr>
        <w:t>173. 孙中山曾说:“吾心信其可行，则移山填海之难，终有成功之日”，这说明( )。</w:t>
      </w:r>
    </w:p>
    <w:p>
      <w:pPr>
        <w:spacing w:before="20" w:after="20"/>
      </w:pPr>
      <w:r>
        <w:rPr>
          <w:sz w:val="22"/>
        </w:rPr>
        <w:t xml:space="preserve">    A. 所有的设想都能变为现实</w:t>
      </w:r>
    </w:p>
    <w:p>
      <w:pPr>
        <w:spacing w:before="20" w:after="20"/>
      </w:pPr>
      <w:r>
        <w:rPr>
          <w:sz w:val="22"/>
        </w:rPr>
        <w:t xml:space="preserve">    B. 意识坚定程度决定了未来的现实</w:t>
      </w:r>
    </w:p>
    <w:p>
      <w:pPr>
        <w:spacing w:before="20" w:after="20"/>
      </w:pPr>
      <w:r>
        <w:rPr>
          <w:sz w:val="22"/>
        </w:rPr>
        <w:t xml:space="preserve">    C. 意识具有调控人的行为、影响实践结果的作用</w:t>
      </w:r>
    </w:p>
    <w:p>
      <w:pPr>
        <w:spacing w:before="20" w:after="20"/>
      </w:pPr>
      <w:r>
        <w:rPr>
          <w:sz w:val="22"/>
        </w:rPr>
        <w:t xml:space="preserve">    D. 决心是目标实现的根本原因</w:t>
      </w:r>
    </w:p>
    <w:p>
      <w:pPr>
        <w:spacing w:before="160"/>
      </w:pPr>
      <w:r>
        <w:rPr>
          <w:b/>
          <w:sz w:val="22"/>
        </w:rPr>
        <w:t>174. 资本家瓜分到剩余价值后，如果将其完全用于个人消费，则生产就在原有规模的基础上重复进行，这叫资本主义简单再生产。资本主义简单再生产，就其实质而言，是( )。</w:t>
      </w:r>
    </w:p>
    <w:p>
      <w:pPr>
        <w:spacing w:before="20" w:after="20"/>
      </w:pPr>
      <w:r>
        <w:rPr>
          <w:sz w:val="22"/>
        </w:rPr>
        <w:t xml:space="preserve">    A. 劳动过程和价值形成过程的统一</w:t>
      </w:r>
    </w:p>
    <w:p>
      <w:pPr>
        <w:spacing w:before="20" w:after="20"/>
      </w:pPr>
      <w:r>
        <w:rPr>
          <w:sz w:val="22"/>
        </w:rPr>
        <w:t xml:space="preserve">    B. 劳动过程和价值增殖过程的统一</w:t>
      </w:r>
    </w:p>
    <w:p>
      <w:pPr>
        <w:spacing w:before="20" w:after="20"/>
      </w:pPr>
      <w:r>
        <w:rPr>
          <w:sz w:val="22"/>
        </w:rPr>
        <w:t xml:space="preserve">    C. 物质资料再生产与资本主义生产关系再生产的统一</w:t>
      </w:r>
    </w:p>
    <w:p>
      <w:pPr>
        <w:spacing w:before="20" w:after="20"/>
      </w:pPr>
      <w:r>
        <w:rPr>
          <w:sz w:val="22"/>
        </w:rPr>
        <w:t xml:space="preserve">    D. 再生产物质资料价值与转移劳动力价值的统一</w:t>
      </w:r>
    </w:p>
    <w:p>
      <w:pPr>
        <w:spacing w:before="160"/>
      </w:pPr>
      <w:r>
        <w:rPr>
          <w:b/>
          <w:sz w:val="22"/>
        </w:rPr>
        <w:t>175. 庄子在《逍遥游》中提出了“无所待”的境界，主张无所依赖的绝对自由。从辩证法的角度看，这种自由无法实现的原因是( )。</w:t>
      </w:r>
    </w:p>
    <w:p>
      <w:pPr>
        <w:spacing w:before="20" w:after="20"/>
      </w:pPr>
      <w:r>
        <w:rPr>
          <w:sz w:val="22"/>
        </w:rPr>
        <w:t xml:space="preserve">    A. 每一种事物都处在普遍联系之中</w:t>
      </w:r>
    </w:p>
    <w:p>
      <w:pPr>
        <w:spacing w:before="20" w:after="20"/>
      </w:pPr>
      <w:r>
        <w:rPr>
          <w:sz w:val="22"/>
        </w:rPr>
        <w:t xml:space="preserve">    B. 事物的发展经历两次否定</w:t>
      </w:r>
    </w:p>
    <w:p>
      <w:pPr>
        <w:spacing w:before="20" w:after="20"/>
      </w:pPr>
      <w:r>
        <w:rPr>
          <w:sz w:val="22"/>
        </w:rPr>
        <w:t xml:space="preserve">    C. 发展具有曲折性</w:t>
      </w:r>
    </w:p>
    <w:p>
      <w:pPr>
        <w:spacing w:before="20" w:after="20"/>
      </w:pPr>
      <w:r>
        <w:rPr>
          <w:sz w:val="22"/>
        </w:rPr>
        <w:t xml:space="preserve">    D. 联系具有多样性</w:t>
      </w:r>
    </w:p>
    <w:p>
      <w:pPr>
        <w:spacing w:before="160"/>
      </w:pPr>
      <w:r>
        <w:rPr>
          <w:b/>
          <w:sz w:val="22"/>
        </w:rPr>
        <w:t>176. 资本主义国家的政权组织形式是( )。</w:t>
      </w:r>
    </w:p>
    <w:p>
      <w:pPr>
        <w:spacing w:before="20" w:after="20"/>
      </w:pPr>
      <w:r>
        <w:rPr>
          <w:sz w:val="22"/>
        </w:rPr>
        <w:t xml:space="preserve">    A. 政治协商</w:t>
      </w:r>
    </w:p>
    <w:p>
      <w:pPr>
        <w:spacing w:before="20" w:after="20"/>
      </w:pPr>
      <w:r>
        <w:rPr>
          <w:sz w:val="22"/>
        </w:rPr>
        <w:t xml:space="preserve">    B. 权力分散</w:t>
      </w:r>
    </w:p>
    <w:p>
      <w:pPr>
        <w:spacing w:before="20" w:after="20"/>
      </w:pPr>
      <w:r>
        <w:rPr>
          <w:sz w:val="22"/>
        </w:rPr>
        <w:t xml:space="preserve">    C. 民主集中</w:t>
      </w:r>
    </w:p>
    <w:p>
      <w:pPr>
        <w:spacing w:before="20" w:after="20"/>
      </w:pPr>
      <w:r>
        <w:rPr>
          <w:sz w:val="22"/>
        </w:rPr>
        <w:t xml:space="preserve">    D. 分权制衡</w:t>
      </w:r>
    </w:p>
    <w:p>
      <w:pPr>
        <w:spacing w:before="160"/>
      </w:pPr>
      <w:r>
        <w:rPr>
          <w:b/>
          <w:sz w:val="22"/>
        </w:rPr>
        <w:t>177. 从家用热水器到发电厂的光伏板，今天人们已经充分认识了太阳能的巨大价值。太阳能的发现和利用体现了( )。</w:t>
      </w:r>
    </w:p>
    <w:p>
      <w:pPr>
        <w:spacing w:before="20" w:after="20"/>
      </w:pPr>
      <w:r>
        <w:rPr>
          <w:sz w:val="22"/>
        </w:rPr>
        <w:t xml:space="preserve">    A. 价值具有社会历史性</w:t>
      </w:r>
    </w:p>
    <w:p>
      <w:pPr>
        <w:spacing w:before="20" w:after="20"/>
      </w:pPr>
      <w:r>
        <w:rPr>
          <w:sz w:val="22"/>
        </w:rPr>
        <w:t xml:space="preserve">    B. 价值是一维的</w:t>
      </w:r>
    </w:p>
    <w:p>
      <w:pPr>
        <w:spacing w:before="20" w:after="20"/>
      </w:pPr>
      <w:r>
        <w:rPr>
          <w:sz w:val="22"/>
        </w:rPr>
        <w:t xml:space="preserve">    C. 人的认识和评价创造了价值</w:t>
      </w:r>
    </w:p>
    <w:p>
      <w:pPr>
        <w:spacing w:before="20" w:after="20"/>
      </w:pPr>
      <w:r>
        <w:rPr>
          <w:sz w:val="22"/>
        </w:rPr>
        <w:t xml:space="preserve">    D. 价值不具有确定性</w:t>
      </w:r>
    </w:p>
    <w:p>
      <w:pPr>
        <w:spacing w:before="160"/>
      </w:pPr>
      <w:r>
        <w:rPr>
          <w:b/>
          <w:sz w:val="22"/>
        </w:rPr>
        <w:t>178. 马克思说:“罗马的奴隶是由锁链，雇佣工人则由看不见的线系在自己的所有者手里。”这里的“看不见的线”指的是( )。</w:t>
      </w:r>
    </w:p>
    <w:p>
      <w:pPr>
        <w:spacing w:before="20" w:after="20"/>
      </w:pPr>
      <w:r>
        <w:rPr>
          <w:sz w:val="22"/>
        </w:rPr>
        <w:t xml:space="preserve">    A. 市场价值规律</w:t>
      </w:r>
    </w:p>
    <w:p>
      <w:pPr>
        <w:spacing w:before="20" w:after="20"/>
      </w:pPr>
      <w:r>
        <w:rPr>
          <w:sz w:val="22"/>
        </w:rPr>
        <w:t xml:space="preserve">    B. 以土地为基础的人身依附关系</w:t>
      </w:r>
    </w:p>
    <w:p>
      <w:pPr>
        <w:spacing w:before="20" w:after="20"/>
      </w:pPr>
      <w:r>
        <w:rPr>
          <w:sz w:val="22"/>
        </w:rPr>
        <w:t xml:space="preserve">    C. 暴力掠夺的资本原始积累</w:t>
      </w:r>
    </w:p>
    <w:p>
      <w:pPr>
        <w:spacing w:before="20" w:after="20"/>
      </w:pPr>
      <w:r>
        <w:rPr>
          <w:sz w:val="22"/>
        </w:rPr>
        <w:t xml:space="preserve">    D. 在“自由”“平等”形式下的资本家对工人的支配和剥削</w:t>
      </w:r>
    </w:p>
    <w:p>
      <w:pPr>
        <w:spacing w:before="160"/>
      </w:pPr>
      <w:r>
        <w:rPr>
          <w:b/>
          <w:sz w:val="22"/>
        </w:rPr>
        <w:t>179. 以下社会矛盾中，更为基本的矛盾是( )。</w:t>
      </w:r>
    </w:p>
    <w:p>
      <w:pPr>
        <w:spacing w:before="20" w:after="20"/>
      </w:pPr>
      <w:r>
        <w:rPr>
          <w:sz w:val="22"/>
        </w:rPr>
        <w:t xml:space="preserve">    A. 经济基础与上层建筑之间的矛盾</w:t>
      </w:r>
    </w:p>
    <w:p>
      <w:pPr>
        <w:spacing w:before="20" w:after="20"/>
      </w:pPr>
      <w:r>
        <w:rPr>
          <w:sz w:val="22"/>
        </w:rPr>
        <w:t xml:space="preserve">    B. 生产力与生产关系之间的矛盾</w:t>
      </w:r>
    </w:p>
    <w:p>
      <w:pPr>
        <w:spacing w:before="20" w:after="20"/>
      </w:pPr>
      <w:r>
        <w:rPr>
          <w:sz w:val="22"/>
        </w:rPr>
        <w:t xml:space="preserve">    C. 社会形态更替的统一性与多样性之间的矛盾</w:t>
      </w:r>
    </w:p>
    <w:p>
      <w:pPr>
        <w:spacing w:before="20" w:after="20"/>
      </w:pPr>
      <w:r>
        <w:rPr>
          <w:sz w:val="22"/>
        </w:rPr>
        <w:t xml:space="preserve">    D. 资产阶级与无产阶级之间的矛盾</w:t>
      </w:r>
    </w:p>
    <w:p>
      <w:pPr>
        <w:spacing w:before="160"/>
      </w:pPr>
      <w:r>
        <w:rPr>
          <w:b/>
          <w:sz w:val="22"/>
        </w:rPr>
        <w:t>180. 王安石对诗句“蝉噪林逾静，鸟鸣山更幽”十分喜爱，并在自己的《钟山绝句》将其改为“茅檐相对坐终日，一鸟不鸣山更幽”。黄庭坚评价他的这一改动为“点金成铁”，从哲学的角度看，这是因为( )。</w:t>
      </w:r>
    </w:p>
    <w:p>
      <w:pPr>
        <w:spacing w:before="20" w:after="20"/>
      </w:pPr>
      <w:r>
        <w:rPr>
          <w:sz w:val="22"/>
        </w:rPr>
        <w:t xml:space="preserve">    A. 忽视了物质和运动不可分割的关系</w:t>
      </w:r>
    </w:p>
    <w:p>
      <w:pPr>
        <w:spacing w:before="20" w:after="20"/>
      </w:pPr>
      <w:r>
        <w:rPr>
          <w:sz w:val="22"/>
        </w:rPr>
        <w:t xml:space="preserve">    B. 忽视了物质运动的无条件性</w:t>
      </w:r>
    </w:p>
    <w:p>
      <w:pPr>
        <w:spacing w:before="20" w:after="20"/>
      </w:pPr>
      <w:r>
        <w:rPr>
          <w:sz w:val="22"/>
        </w:rPr>
        <w:t xml:space="preserve">    C. 忽视了运动与静止的对立统一关系</w:t>
      </w:r>
    </w:p>
    <w:p>
      <w:pPr>
        <w:spacing w:before="20" w:after="20"/>
      </w:pPr>
      <w:r>
        <w:rPr>
          <w:sz w:val="22"/>
        </w:rPr>
        <w:t xml:space="preserve">    D. 忽视了物质运动与时空的紧密关联</w:t>
      </w:r>
    </w:p>
    <w:p>
      <w:pPr>
        <w:spacing w:before="160"/>
      </w:pPr>
      <w:r>
        <w:rPr>
          <w:b/>
          <w:sz w:val="22"/>
        </w:rPr>
        <w:t>181. 对( )的不同回答，划分了哲学的两大基本派别。</w:t>
      </w:r>
    </w:p>
    <w:p>
      <w:pPr>
        <w:spacing w:before="20" w:after="20"/>
      </w:pPr>
      <w:r>
        <w:rPr>
          <w:sz w:val="22"/>
        </w:rPr>
        <w:t xml:space="preserve">    A. 精神和存在的关系问题</w:t>
      </w:r>
    </w:p>
    <w:p>
      <w:pPr>
        <w:spacing w:before="20" w:after="20"/>
      </w:pPr>
      <w:r>
        <w:rPr>
          <w:sz w:val="22"/>
        </w:rPr>
        <w:t xml:space="preserve">    B. 思维和精神的关系问题</w:t>
      </w:r>
    </w:p>
    <w:p>
      <w:pPr>
        <w:spacing w:before="20" w:after="20"/>
      </w:pPr>
      <w:r>
        <w:rPr>
          <w:sz w:val="22"/>
        </w:rPr>
        <w:t xml:space="preserve">    C. 思维和存在的关系问题</w:t>
      </w:r>
    </w:p>
    <w:p>
      <w:pPr>
        <w:spacing w:before="20" w:after="20"/>
      </w:pPr>
      <w:r>
        <w:rPr>
          <w:sz w:val="22"/>
        </w:rPr>
        <w:t xml:space="preserve">    D. 物质和思维的关系问题</w:t>
      </w:r>
    </w:p>
    <w:p>
      <w:pPr>
        <w:spacing w:before="160"/>
      </w:pPr>
      <w:r>
        <w:rPr>
          <w:b/>
          <w:sz w:val="22"/>
        </w:rPr>
        <w:t>182. 马克思主义的政治立场是( )。</w:t>
      </w:r>
    </w:p>
    <w:p>
      <w:pPr>
        <w:spacing w:before="20" w:after="20"/>
      </w:pPr>
      <w:r>
        <w:rPr>
          <w:sz w:val="22"/>
        </w:rPr>
        <w:t xml:space="preserve">    A. 人民至上</w:t>
      </w:r>
    </w:p>
    <w:p>
      <w:pPr>
        <w:spacing w:before="20" w:after="20"/>
      </w:pPr>
      <w:r>
        <w:rPr>
          <w:sz w:val="22"/>
        </w:rPr>
        <w:t xml:space="preserve">    B. 政党至上</w:t>
      </w:r>
    </w:p>
    <w:p>
      <w:pPr>
        <w:spacing w:before="20" w:after="20"/>
      </w:pPr>
      <w:r>
        <w:rPr>
          <w:sz w:val="22"/>
        </w:rPr>
        <w:t xml:space="preserve">    C. 集团至上</w:t>
      </w:r>
    </w:p>
    <w:p>
      <w:pPr>
        <w:spacing w:before="20" w:after="20"/>
      </w:pPr>
      <w:r>
        <w:rPr>
          <w:sz w:val="22"/>
        </w:rPr>
        <w:t xml:space="preserve">    D. 利益至上</w:t>
      </w:r>
    </w:p>
    <w:p>
      <w:pPr>
        <w:spacing w:before="160"/>
      </w:pPr>
      <w:r>
        <w:rPr>
          <w:b/>
          <w:sz w:val="22"/>
        </w:rPr>
        <w:t>183. 从空想社会主义诞生到《共产党宣言》问世，其间空想社会主义经历了330多年的发展历程。空想社会主义的开山之作是( )。</w:t>
      </w:r>
    </w:p>
    <w:p>
      <w:pPr>
        <w:spacing w:before="20" w:after="20"/>
      </w:pPr>
      <w:r>
        <w:rPr>
          <w:sz w:val="22"/>
        </w:rPr>
        <w:t xml:space="preserve">    A. 《太阳城》</w:t>
      </w:r>
    </w:p>
    <w:p>
      <w:pPr>
        <w:spacing w:before="20" w:after="20"/>
      </w:pPr>
      <w:r>
        <w:rPr>
          <w:sz w:val="22"/>
        </w:rPr>
        <w:t xml:space="preserve">    B. 《乌托邦》</w:t>
      </w:r>
    </w:p>
    <w:p>
      <w:pPr>
        <w:spacing w:before="20" w:after="20"/>
      </w:pPr>
      <w:r>
        <w:rPr>
          <w:sz w:val="22"/>
        </w:rPr>
        <w:t xml:space="preserve">    C. 《自然法典》</w:t>
      </w:r>
    </w:p>
    <w:p>
      <w:pPr>
        <w:spacing w:before="20" w:after="20"/>
      </w:pPr>
      <w:r>
        <w:rPr>
          <w:sz w:val="22"/>
        </w:rPr>
        <w:t xml:space="preserve">    D. 《论法制或法律的原则》</w:t>
      </w:r>
    </w:p>
    <w:p>
      <w:pPr>
        <w:spacing w:before="160"/>
      </w:pPr>
      <w:r>
        <w:rPr>
          <w:b/>
          <w:sz w:val="22"/>
        </w:rPr>
        <w:t>184. 马克思主义政治经济学运用辩证唯物主义和历史唯物主义的科学方法，批判继承了古典政治经济学的合理成分，揭露了无产阶级与资产阶级之间阶级对立和斗争的经济根源，论证了资本主义必然灭亡和社会主义必然胜利的客观规律。马克思经济学说的核心内容和基石是( )。</w:t>
      </w:r>
    </w:p>
    <w:p>
      <w:pPr>
        <w:spacing w:before="20" w:after="20"/>
      </w:pPr>
      <w:r>
        <w:rPr>
          <w:sz w:val="22"/>
        </w:rPr>
        <w:t xml:space="preserve">    A. 劳动二重性理论</w:t>
      </w:r>
    </w:p>
    <w:p>
      <w:pPr>
        <w:spacing w:before="20" w:after="20"/>
      </w:pPr>
      <w:r>
        <w:rPr>
          <w:sz w:val="22"/>
        </w:rPr>
        <w:t xml:space="preserve">    B. 剩余价值理论</w:t>
      </w:r>
    </w:p>
    <w:p>
      <w:pPr>
        <w:spacing w:before="20" w:after="20"/>
      </w:pPr>
      <w:r>
        <w:rPr>
          <w:sz w:val="22"/>
        </w:rPr>
        <w:t xml:space="preserve">    C. 劳动价值论</w:t>
      </w:r>
    </w:p>
    <w:p>
      <w:pPr>
        <w:spacing w:before="20" w:after="20"/>
      </w:pPr>
      <w:r>
        <w:rPr>
          <w:sz w:val="22"/>
        </w:rPr>
        <w:t xml:space="preserve">    D. 资本有机构成理论</w:t>
      </w:r>
    </w:p>
    <w:p>
      <w:pPr>
        <w:spacing w:before="160"/>
      </w:pPr>
      <w:r>
        <w:rPr>
          <w:b/>
          <w:sz w:val="22"/>
        </w:rPr>
        <w:t>185. “法国人的浪漫、德国人的严谨。不同民族有其不同的思维特点和习惯”，这说明( )。</w:t>
      </w:r>
    </w:p>
    <w:p>
      <w:pPr>
        <w:spacing w:before="20" w:after="20"/>
      </w:pPr>
      <w:r>
        <w:rPr>
          <w:sz w:val="22"/>
        </w:rPr>
        <w:t xml:space="preserve">    A. 自然地理环境决定社会意识</w:t>
      </w:r>
    </w:p>
    <w:p>
      <w:pPr>
        <w:spacing w:before="20" w:after="20"/>
      </w:pPr>
      <w:r>
        <w:rPr>
          <w:sz w:val="22"/>
        </w:rPr>
        <w:t xml:space="preserve">    B. 社会意识决定社会发展方式</w:t>
      </w:r>
    </w:p>
    <w:p>
      <w:pPr>
        <w:spacing w:before="20" w:after="20"/>
      </w:pPr>
      <w:r>
        <w:rPr>
          <w:sz w:val="22"/>
        </w:rPr>
        <w:t xml:space="preserve">    C. 共同的社会意识是民族形成的基础</w:t>
      </w:r>
    </w:p>
    <w:p>
      <w:pPr>
        <w:spacing w:before="20" w:after="20"/>
      </w:pPr>
      <w:r>
        <w:rPr>
          <w:sz w:val="22"/>
        </w:rPr>
        <w:t xml:space="preserve">    D. 社会意识具有历史继承性</w:t>
      </w:r>
    </w:p>
    <w:p>
      <w:pPr>
        <w:spacing w:before="160"/>
      </w:pPr>
      <w:r>
        <w:rPr>
          <w:b/>
          <w:sz w:val="22"/>
        </w:rPr>
        <w:t>186. 习近平指出:“我国正处于并将长期处于社会主义初级阶段，我们不能做超越阶段的事情……而是要根据现有条件把能做的事情尽量做起来”，从自由观的角度看，这说明( )。</w:t>
      </w:r>
    </w:p>
    <w:p>
      <w:pPr>
        <w:spacing w:before="20" w:after="20"/>
      </w:pPr>
      <w:r>
        <w:rPr>
          <w:sz w:val="22"/>
        </w:rPr>
        <w:t xml:space="preserve">    A. 自由是具体的历史的</w:t>
      </w:r>
    </w:p>
    <w:p>
      <w:pPr>
        <w:spacing w:before="20" w:after="20"/>
      </w:pPr>
      <w:r>
        <w:rPr>
          <w:sz w:val="22"/>
        </w:rPr>
        <w:t xml:space="preserve">    B. 人只能被动的受社会历史限制</w:t>
      </w:r>
    </w:p>
    <w:p>
      <w:pPr>
        <w:spacing w:before="20" w:after="20"/>
      </w:pPr>
      <w:r>
        <w:rPr>
          <w:sz w:val="22"/>
        </w:rPr>
        <w:t xml:space="preserve">    C. 实践条件是自由的唯一条件</w:t>
      </w:r>
    </w:p>
    <w:p>
      <w:pPr>
        <w:spacing w:before="20" w:after="20"/>
      </w:pPr>
      <w:r>
        <w:rPr>
          <w:sz w:val="22"/>
        </w:rPr>
        <w:t xml:space="preserve">    D. 自由是一劳永逸的事情</w:t>
      </w:r>
    </w:p>
    <w:p>
      <w:pPr>
        <w:spacing w:before="160"/>
      </w:pPr>
      <w:r>
        <w:rPr>
          <w:b/>
          <w:sz w:val="22"/>
        </w:rPr>
        <w:t>187. 辩证唯物主义认为，认识的本质是( )。</w:t>
      </w:r>
    </w:p>
    <w:p>
      <w:pPr>
        <w:spacing w:before="20" w:after="20"/>
      </w:pPr>
      <w:r>
        <w:rPr>
          <w:sz w:val="22"/>
        </w:rPr>
        <w:t xml:space="preserve">    A. 主体对各种认识要素的建构</w:t>
      </w:r>
    </w:p>
    <w:p>
      <w:pPr>
        <w:spacing w:before="20" w:after="20"/>
      </w:pPr>
      <w:r>
        <w:rPr>
          <w:sz w:val="22"/>
        </w:rPr>
        <w:t xml:space="preserve">    B. 主体在实践基础上对客体的能动反映</w:t>
      </w:r>
    </w:p>
    <w:p>
      <w:pPr>
        <w:spacing w:before="20" w:after="20"/>
      </w:pPr>
      <w:r>
        <w:rPr>
          <w:sz w:val="22"/>
        </w:rPr>
        <w:t xml:space="preserve">    C. 主体对客体本质的内省</w:t>
      </w:r>
    </w:p>
    <w:p>
      <w:pPr>
        <w:spacing w:before="20" w:after="20"/>
      </w:pPr>
      <w:r>
        <w:rPr>
          <w:sz w:val="22"/>
        </w:rPr>
        <w:t xml:space="preserve">    D. 主体对客体信息的选择</w:t>
      </w:r>
    </w:p>
    <w:p>
      <w:pPr>
        <w:spacing w:before="160"/>
      </w:pPr>
      <w:r>
        <w:rPr>
          <w:b/>
          <w:sz w:val="22"/>
        </w:rPr>
        <w:t>188. 实践是“主观见之于客观的东西”，这属于( )的观点。</w:t>
      </w:r>
    </w:p>
    <w:p>
      <w:pPr>
        <w:spacing w:before="20" w:after="20"/>
      </w:pPr>
      <w:r>
        <w:rPr>
          <w:sz w:val="22"/>
        </w:rPr>
        <w:t xml:space="preserve">    A. 主观唯心主义实践观</w:t>
      </w:r>
    </w:p>
    <w:p>
      <w:pPr>
        <w:spacing w:before="20" w:after="20"/>
      </w:pPr>
      <w:r>
        <w:rPr>
          <w:sz w:val="22"/>
        </w:rPr>
        <w:t xml:space="preserve">    B. 机械唯物主义实践观</w:t>
      </w:r>
    </w:p>
    <w:p>
      <w:pPr>
        <w:spacing w:before="20" w:after="20"/>
      </w:pPr>
      <w:r>
        <w:rPr>
          <w:sz w:val="22"/>
        </w:rPr>
        <w:t xml:space="preserve">    C. 直观唯物主义实践观</w:t>
      </w:r>
    </w:p>
    <w:p>
      <w:pPr>
        <w:spacing w:before="20" w:after="20"/>
      </w:pPr>
      <w:r>
        <w:rPr>
          <w:sz w:val="22"/>
        </w:rPr>
        <w:t xml:space="preserve">    D. 辩证唯物主义实践观</w:t>
      </w:r>
    </w:p>
    <w:p>
      <w:pPr>
        <w:spacing w:before="160"/>
      </w:pPr>
      <w:r>
        <w:rPr>
          <w:b/>
          <w:sz w:val="22"/>
        </w:rPr>
        <w:t>189. 正确认识和运用科学技术，首要的就是有( )。</w:t>
      </w:r>
    </w:p>
    <w:p>
      <w:pPr>
        <w:spacing w:before="20" w:after="20"/>
      </w:pPr>
      <w:r>
        <w:rPr>
          <w:sz w:val="22"/>
        </w:rPr>
        <w:t xml:space="preserve">    A. 高度发达的科技水平</w:t>
      </w:r>
    </w:p>
    <w:p>
      <w:pPr>
        <w:spacing w:before="20" w:after="20"/>
      </w:pPr>
      <w:r>
        <w:rPr>
          <w:sz w:val="22"/>
        </w:rPr>
        <w:t xml:space="preserve">    B. 大批科研工作者</w:t>
      </w:r>
    </w:p>
    <w:p>
      <w:pPr>
        <w:spacing w:before="20" w:after="20"/>
      </w:pPr>
      <w:r>
        <w:rPr>
          <w:sz w:val="22"/>
        </w:rPr>
        <w:t xml:space="preserve">    C. 合理的社会制度</w:t>
      </w:r>
    </w:p>
    <w:p>
      <w:pPr>
        <w:spacing w:before="20" w:after="20"/>
      </w:pPr>
      <w:r>
        <w:rPr>
          <w:sz w:val="22"/>
        </w:rPr>
        <w:t xml:space="preserve">    D. 哲学等意识形态的辅助</w:t>
      </w:r>
    </w:p>
    <w:p>
      <w:pPr>
        <w:spacing w:before="160"/>
      </w:pPr>
      <w:r>
        <w:rPr>
          <w:b/>
          <w:sz w:val="22"/>
        </w:rPr>
        <w:t>190. 承认了世界的可知性，承认人能够获得关于无限发展着的物质世界的正确认识，也就是承认了( )。</w:t>
      </w:r>
    </w:p>
    <w:p>
      <w:pPr>
        <w:spacing w:before="20" w:after="20"/>
      </w:pPr>
      <w:r>
        <w:rPr>
          <w:sz w:val="22"/>
        </w:rPr>
        <w:t xml:space="preserve">    A. 认识的本源性</w:t>
      </w:r>
    </w:p>
    <w:p>
      <w:pPr>
        <w:spacing w:before="20" w:after="20"/>
      </w:pPr>
      <w:r>
        <w:rPr>
          <w:sz w:val="22"/>
        </w:rPr>
        <w:t xml:space="preserve">    B. 静止的绝对性</w:t>
      </w:r>
    </w:p>
    <w:p>
      <w:pPr>
        <w:spacing w:before="20" w:after="20"/>
      </w:pPr>
      <w:r>
        <w:rPr>
          <w:sz w:val="22"/>
        </w:rPr>
        <w:t xml:space="preserve">    C. 矛盾的特殊性</w:t>
      </w:r>
    </w:p>
    <w:p>
      <w:pPr>
        <w:spacing w:before="20" w:after="20"/>
      </w:pPr>
      <w:r>
        <w:rPr>
          <w:sz w:val="22"/>
        </w:rPr>
        <w:t xml:space="preserve">    D. 真理的绝对性</w:t>
      </w:r>
    </w:p>
    <w:p>
      <w:pPr>
        <w:spacing w:before="160"/>
      </w:pPr>
      <w:r>
        <w:rPr>
          <w:b/>
          <w:sz w:val="22"/>
        </w:rPr>
        <w:t>191. 全社会劳动生产率的提高，是资本家追逐( )的结果。</w:t>
      </w:r>
    </w:p>
    <w:p>
      <w:pPr>
        <w:spacing w:before="20" w:after="20"/>
      </w:pPr>
      <w:r>
        <w:rPr>
          <w:sz w:val="22"/>
        </w:rPr>
        <w:t xml:space="preserve">    A. 绝对剩余价值</w:t>
      </w:r>
    </w:p>
    <w:p>
      <w:pPr>
        <w:spacing w:before="20" w:after="20"/>
      </w:pPr>
      <w:r>
        <w:rPr>
          <w:sz w:val="22"/>
        </w:rPr>
        <w:t xml:space="preserve">    B. 平均剩余价值</w:t>
      </w:r>
    </w:p>
    <w:p>
      <w:pPr>
        <w:spacing w:before="20" w:after="20"/>
      </w:pPr>
      <w:r>
        <w:rPr>
          <w:sz w:val="22"/>
        </w:rPr>
        <w:t xml:space="preserve">    C. 超额剩余价值</w:t>
      </w:r>
    </w:p>
    <w:p>
      <w:pPr>
        <w:spacing w:before="20" w:after="20"/>
      </w:pPr>
      <w:r>
        <w:rPr>
          <w:sz w:val="22"/>
        </w:rPr>
        <w:t xml:space="preserve">    D. 垄断剩余价值</w:t>
      </w:r>
    </w:p>
    <w:p>
      <w:pPr>
        <w:spacing w:before="160"/>
      </w:pPr>
      <w:r>
        <w:rPr>
          <w:b/>
          <w:sz w:val="22"/>
        </w:rPr>
        <w:t>192. 马克思指出，人在“劳动过程结束时得到的结果，在这个过程开始时就已经在劳动者的表象中存在着，即已经观念地存在着”，这体现了( )。</w:t>
      </w:r>
    </w:p>
    <w:p>
      <w:pPr>
        <w:spacing w:before="20" w:after="20"/>
      </w:pPr>
      <w:r>
        <w:rPr>
          <w:sz w:val="22"/>
        </w:rPr>
        <w:t xml:space="preserve">    A. 意识活动具有目的性和计划性</w:t>
      </w:r>
    </w:p>
    <w:p>
      <w:pPr>
        <w:spacing w:before="20" w:after="20"/>
      </w:pPr>
      <w:r>
        <w:rPr>
          <w:sz w:val="22"/>
        </w:rPr>
        <w:t xml:space="preserve">    B. 意识活动具有创造性</w:t>
      </w:r>
    </w:p>
    <w:p>
      <w:pPr>
        <w:spacing w:before="20" w:after="20"/>
      </w:pPr>
      <w:r>
        <w:rPr>
          <w:sz w:val="22"/>
        </w:rPr>
        <w:t xml:space="preserve">    C. 意识活动能够调控人的行为和生理活动</w:t>
      </w:r>
    </w:p>
    <w:p>
      <w:pPr>
        <w:spacing w:before="20" w:after="20"/>
      </w:pPr>
      <w:r>
        <w:rPr>
          <w:sz w:val="22"/>
        </w:rPr>
        <w:t xml:space="preserve">    D. 意识活动具有客观性</w:t>
      </w:r>
    </w:p>
    <w:p>
      <w:pPr>
        <w:spacing w:before="160"/>
      </w:pPr>
      <w:r>
        <w:rPr>
          <w:b/>
          <w:sz w:val="22"/>
        </w:rPr>
        <w:t>193. 社会主义的基本目标在于( )。</w:t>
      </w:r>
    </w:p>
    <w:p>
      <w:pPr>
        <w:spacing w:before="20" w:after="20"/>
      </w:pPr>
      <w:r>
        <w:rPr>
          <w:sz w:val="22"/>
        </w:rPr>
        <w:t xml:space="preserve">    A. 镇压资产阶级的反抗</w:t>
      </w:r>
    </w:p>
    <w:p>
      <w:pPr>
        <w:spacing w:before="20" w:after="20"/>
      </w:pPr>
      <w:r>
        <w:rPr>
          <w:sz w:val="22"/>
        </w:rPr>
        <w:t xml:space="preserve">    B. 建立无产阶级专政</w:t>
      </w:r>
    </w:p>
    <w:p>
      <w:pPr>
        <w:spacing w:before="20" w:after="20"/>
      </w:pPr>
      <w:r>
        <w:rPr>
          <w:sz w:val="22"/>
        </w:rPr>
        <w:t xml:space="preserve">    C. 无限扩大资本积累</w:t>
      </w:r>
    </w:p>
    <w:p>
      <w:pPr>
        <w:spacing w:before="20" w:after="20"/>
      </w:pPr>
      <w:r>
        <w:rPr>
          <w:sz w:val="22"/>
        </w:rPr>
        <w:t xml:space="preserve">    D. 消灭剥削、消除两极分化，最终达到共同富裕</w:t>
      </w:r>
    </w:p>
    <w:p>
      <w:pPr>
        <w:spacing w:before="160"/>
      </w:pPr>
      <w:r>
        <w:rPr>
          <w:b/>
          <w:sz w:val="22"/>
        </w:rPr>
        <w:t>194. 做事情时要区分可能性和不可能性，二者的区别在于( )。</w:t>
      </w:r>
    </w:p>
    <w:p>
      <w:pPr>
        <w:spacing w:before="20" w:after="20"/>
      </w:pPr>
      <w:r>
        <w:rPr>
          <w:sz w:val="22"/>
        </w:rPr>
        <w:t xml:space="preserve">    A. 人的主观努力程度</w:t>
      </w:r>
    </w:p>
    <w:p>
      <w:pPr>
        <w:spacing w:before="20" w:after="20"/>
      </w:pPr>
      <w:r>
        <w:rPr>
          <w:sz w:val="22"/>
        </w:rPr>
        <w:t xml:space="preserve">    B. 对人是否有利</w:t>
      </w:r>
    </w:p>
    <w:p>
      <w:pPr>
        <w:spacing w:before="20" w:after="20"/>
      </w:pPr>
      <w:r>
        <w:rPr>
          <w:sz w:val="22"/>
        </w:rPr>
        <w:t xml:space="preserve">    C. 现实中有无根据和条件</w:t>
      </w:r>
    </w:p>
    <w:p>
      <w:pPr>
        <w:spacing w:before="20" w:after="20"/>
      </w:pPr>
      <w:r>
        <w:rPr>
          <w:sz w:val="22"/>
        </w:rPr>
        <w:t xml:space="preserve">    D. 现实中的根据和条件是否充分</w:t>
      </w:r>
    </w:p>
    <w:p>
      <w:pPr>
        <w:spacing w:before="160"/>
      </w:pPr>
      <w:r>
        <w:rPr>
          <w:b/>
          <w:sz w:val="22"/>
        </w:rPr>
        <w:t>195. 马克思在谈到资本主义生产方式时指出:“生产剩余价值或赚钱，是这个生产方式的绝对规律。”生产剩余价值有两种基本方法:绝对剩余价值生产和相对剩余价值生产。资本家普遍获得相对剩余价值是( )。</w:t>
      </w:r>
    </w:p>
    <w:p>
      <w:pPr>
        <w:spacing w:before="20" w:after="20"/>
      </w:pPr>
      <w:r>
        <w:rPr>
          <w:sz w:val="22"/>
        </w:rPr>
        <w:t xml:space="preserve">    A. 各个资本家普遍延长雇佣工人工作日的结果</w:t>
      </w:r>
    </w:p>
    <w:p>
      <w:pPr>
        <w:spacing w:before="20" w:after="20"/>
      </w:pPr>
      <w:r>
        <w:rPr>
          <w:sz w:val="22"/>
        </w:rPr>
        <w:t xml:space="preserve">    B. 各个资本家普遍提高雇佣工人劳动强度的结果</w:t>
      </w:r>
    </w:p>
    <w:p>
      <w:pPr>
        <w:spacing w:before="20" w:after="20"/>
      </w:pPr>
      <w:r>
        <w:rPr>
          <w:sz w:val="22"/>
        </w:rPr>
        <w:t xml:space="preserve">    C. 各个资本家追求超额剩余价值的结果</w:t>
      </w:r>
    </w:p>
    <w:p>
      <w:pPr>
        <w:spacing w:before="20" w:after="20"/>
      </w:pPr>
      <w:r>
        <w:rPr>
          <w:sz w:val="22"/>
        </w:rPr>
        <w:t xml:space="preserve">    D. 个别企业提高劳动生产率的结果</w:t>
      </w:r>
    </w:p>
    <w:p>
      <w:pPr>
        <w:spacing w:before="160"/>
      </w:pPr>
      <w:r>
        <w:rPr>
          <w:b/>
          <w:sz w:val="22"/>
        </w:rPr>
        <w:t>196. 抓住“风口”对于企业来说极其重要，把握住“风口”往往能够事半功倍。由此发展出一种观点，认为只要站在“风口”上，无论如何都能取得成功。这种观点的错误属于( )。</w:t>
      </w:r>
    </w:p>
    <w:p>
      <w:pPr>
        <w:spacing w:before="20" w:after="20"/>
      </w:pPr>
      <w:r>
        <w:rPr>
          <w:sz w:val="22"/>
        </w:rPr>
        <w:t xml:space="preserve">    A. 唯条件论</w:t>
      </w:r>
    </w:p>
    <w:p>
      <w:pPr>
        <w:spacing w:before="20" w:after="20"/>
      </w:pPr>
      <w:r>
        <w:rPr>
          <w:sz w:val="22"/>
        </w:rPr>
        <w:t xml:space="preserve">    B. 无条件论</w:t>
      </w:r>
    </w:p>
    <w:p>
      <w:pPr>
        <w:spacing w:before="20" w:after="20"/>
      </w:pPr>
      <w:r>
        <w:rPr>
          <w:sz w:val="22"/>
        </w:rPr>
        <w:t xml:space="preserve">    C. 辩证唯物主义</w:t>
      </w:r>
    </w:p>
    <w:p>
      <w:pPr>
        <w:spacing w:before="20" w:after="20"/>
      </w:pPr>
      <w:r>
        <w:rPr>
          <w:sz w:val="22"/>
        </w:rPr>
        <w:t xml:space="preserve">    D. 主观唯心主义</w:t>
      </w:r>
    </w:p>
    <w:p>
      <w:pPr>
        <w:spacing w:before="160"/>
      </w:pPr>
      <w:r>
        <w:rPr>
          <w:b/>
          <w:sz w:val="22"/>
        </w:rPr>
        <w:t>197. 科学发明、技术创新、经典思想理论的形成，都是人类为了实现更美好的生活而进行的社会实践，这说明( )。</w:t>
      </w:r>
    </w:p>
    <w:p>
      <w:pPr>
        <w:spacing w:before="20" w:after="20"/>
      </w:pPr>
      <w:r>
        <w:rPr>
          <w:sz w:val="22"/>
        </w:rPr>
        <w:t xml:space="preserve">    A. 人类创造出了普遍适用、永恒存在的全人类共同价值</w:t>
      </w:r>
    </w:p>
    <w:p>
      <w:pPr>
        <w:spacing w:before="20" w:after="20"/>
      </w:pPr>
      <w:r>
        <w:rPr>
          <w:sz w:val="22"/>
        </w:rPr>
        <w:t xml:space="preserve">    B. 价值尺度具有独立性</w:t>
      </w:r>
    </w:p>
    <w:p>
      <w:pPr>
        <w:spacing w:before="20" w:after="20"/>
      </w:pPr>
      <w:r>
        <w:rPr>
          <w:sz w:val="22"/>
        </w:rPr>
        <w:t xml:space="preserve">    C. 人类自身需要的内在尺度，推动着人们不断发现新的真理</w:t>
      </w:r>
    </w:p>
    <w:p>
      <w:pPr>
        <w:spacing w:before="20" w:after="20"/>
      </w:pPr>
      <w:r>
        <w:rPr>
          <w:sz w:val="22"/>
        </w:rPr>
        <w:t xml:space="preserve">    D. 真理即使脱离了价值尺度，也不会失去主体意义</w:t>
      </w:r>
    </w:p>
    <w:p>
      <w:pPr>
        <w:spacing w:before="160"/>
      </w:pPr>
      <w:r>
        <w:rPr>
          <w:b/>
          <w:sz w:val="22"/>
        </w:rPr>
        <w:t>198. 人们用来测量时间的单位年、月、日等是靠天体在空间中的运动来确定的，测定宇宙天体之间距离的单位是用光在真空中沿直线传播一年的距离(光年)来衡量的。这说明( )。</w:t>
      </w:r>
    </w:p>
    <w:p>
      <w:pPr>
        <w:spacing w:before="20" w:after="20"/>
      </w:pPr>
      <w:r>
        <w:rPr>
          <w:sz w:val="22"/>
        </w:rPr>
        <w:t xml:space="preserve">    A. 时空是一切运动的观念载体</w:t>
      </w:r>
    </w:p>
    <w:p>
      <w:pPr>
        <w:spacing w:before="20" w:after="20"/>
      </w:pPr>
      <w:r>
        <w:rPr>
          <w:sz w:val="22"/>
        </w:rPr>
        <w:t xml:space="preserve">    B. 时空与物质运动不可分</w:t>
      </w:r>
    </w:p>
    <w:p>
      <w:pPr>
        <w:spacing w:before="20" w:after="20"/>
      </w:pPr>
      <w:r>
        <w:rPr>
          <w:sz w:val="22"/>
        </w:rPr>
        <w:t xml:space="preserve">    C. 物质运动是绝对的，时空是相对的</w:t>
      </w:r>
    </w:p>
    <w:p>
      <w:pPr>
        <w:spacing w:before="20" w:after="20"/>
      </w:pPr>
      <w:r>
        <w:rPr>
          <w:sz w:val="22"/>
        </w:rPr>
        <w:t xml:space="preserve">    D. 物质运动是客观的，时空是主观的</w:t>
      </w:r>
    </w:p>
    <w:p>
      <w:pPr>
        <w:spacing w:before="160"/>
      </w:pPr>
      <w:r>
        <w:rPr>
          <w:b/>
          <w:sz w:val="22"/>
        </w:rPr>
        <w:t>199. 2014年以来，国际金融市场动荡不安，世界经济复苏脆弱乏力。有分析指出，经济衰退与扩张交替出现，过去50年里每8年就发生一轮全球经济衰退，而每一次经济危机都会造成社会财富的巨大浪费。资本主义经济危机的本质特征是( )。</w:t>
      </w:r>
    </w:p>
    <w:p>
      <w:pPr>
        <w:spacing w:before="20" w:after="20"/>
      </w:pPr>
      <w:r>
        <w:rPr>
          <w:sz w:val="22"/>
        </w:rPr>
        <w:t xml:space="preserve">    A. 虚拟经济脱离实体经济</w:t>
      </w:r>
    </w:p>
    <w:p>
      <w:pPr>
        <w:spacing w:before="20" w:after="20"/>
      </w:pPr>
      <w:r>
        <w:rPr>
          <w:sz w:val="22"/>
        </w:rPr>
        <w:t xml:space="preserve">    B. 社会生产结构严重失调</w:t>
      </w:r>
    </w:p>
    <w:p>
      <w:pPr>
        <w:spacing w:before="20" w:after="20"/>
      </w:pPr>
      <w:r>
        <w:rPr>
          <w:sz w:val="22"/>
        </w:rPr>
        <w:t xml:space="preserve">    C. 周期性爆发</w:t>
      </w:r>
    </w:p>
    <w:p>
      <w:pPr>
        <w:spacing w:before="20" w:after="20"/>
      </w:pPr>
      <w:r>
        <w:rPr>
          <w:sz w:val="22"/>
        </w:rPr>
        <w:t xml:space="preserve">    D. 生产相对过剩</w:t>
      </w:r>
    </w:p>
    <w:p>
      <w:pPr>
        <w:spacing w:before="160"/>
      </w:pPr>
      <w:r>
        <w:rPr>
          <w:b/>
          <w:sz w:val="22"/>
        </w:rPr>
        <w:t>200. “祸兮福之所倚，福兮祸之所伏”体现了( )。</w:t>
      </w:r>
    </w:p>
    <w:p>
      <w:pPr>
        <w:spacing w:before="20" w:after="20"/>
      </w:pPr>
      <w:r>
        <w:rPr>
          <w:sz w:val="22"/>
        </w:rPr>
        <w:t xml:space="preserve">    A. 矛盾的同一性</w:t>
      </w:r>
    </w:p>
    <w:p>
      <w:pPr>
        <w:spacing w:before="20" w:after="20"/>
      </w:pPr>
      <w:r>
        <w:rPr>
          <w:sz w:val="22"/>
        </w:rPr>
        <w:t xml:space="preserve">    B. 矛盾的斗争性</w:t>
      </w:r>
    </w:p>
    <w:p>
      <w:pPr>
        <w:spacing w:before="20" w:after="20"/>
      </w:pPr>
      <w:r>
        <w:rPr>
          <w:sz w:val="22"/>
        </w:rPr>
        <w:t xml:space="preserve">    C. 矛盾的特殊性</w:t>
      </w:r>
    </w:p>
    <w:p>
      <w:pPr>
        <w:spacing w:before="20" w:after="20"/>
      </w:pPr>
      <w:r>
        <w:rPr>
          <w:sz w:val="22"/>
        </w:rPr>
        <w:t xml:space="preserve">    D. 矛盾的普遍性</w:t>
      </w:r>
    </w:p>
    <w:p>
      <w:pPr>
        <w:spacing w:before="160"/>
      </w:pPr>
      <w:r>
        <w:rPr>
          <w:b/>
          <w:sz w:val="22"/>
        </w:rPr>
        <w:t>201. 辩证唯物主义认为事物发展的规律是( )。</w:t>
      </w:r>
    </w:p>
    <w:p>
      <w:pPr>
        <w:spacing w:before="20" w:after="20"/>
      </w:pPr>
      <w:r>
        <w:rPr>
          <w:sz w:val="22"/>
        </w:rPr>
        <w:t xml:space="preserve">    A. 思维对事物本质的概括和反映</w:t>
      </w:r>
    </w:p>
    <w:p>
      <w:pPr>
        <w:spacing w:before="20" w:after="20"/>
      </w:pPr>
      <w:r>
        <w:rPr>
          <w:sz w:val="22"/>
        </w:rPr>
        <w:t xml:space="preserve">    B. 用来整理感性材料的思维形式</w:t>
      </w:r>
    </w:p>
    <w:p>
      <w:pPr>
        <w:spacing w:before="20" w:after="20"/>
      </w:pPr>
      <w:r>
        <w:rPr>
          <w:sz w:val="22"/>
        </w:rPr>
        <w:t xml:space="preserve">    C. 事物变化发展过程中本身所固有的内在的、本质的、必然的联系</w:t>
      </w:r>
    </w:p>
    <w:p>
      <w:pPr>
        <w:spacing w:before="20" w:after="20"/>
      </w:pPr>
      <w:r>
        <w:rPr>
          <w:sz w:val="22"/>
        </w:rPr>
        <w:t xml:space="preserve">    D. 事物联系和发展的环节</w:t>
      </w:r>
    </w:p>
    <w:p>
      <w:pPr>
        <w:spacing w:before="160"/>
      </w:pPr>
      <w:r>
        <w:rPr>
          <w:b/>
          <w:sz w:val="22"/>
        </w:rPr>
        <w:t>202. 《孙子兵法》指出:“谋定而后动，知止而有得”，从哲学角度看，这说明( )。</w:t>
      </w:r>
    </w:p>
    <w:p>
      <w:pPr>
        <w:spacing w:before="20" w:after="20"/>
      </w:pPr>
      <w:r>
        <w:rPr>
          <w:sz w:val="22"/>
        </w:rPr>
        <w:t xml:space="preserve">    A. “谋”是“动”的根本目的</w:t>
      </w:r>
    </w:p>
    <w:p>
      <w:pPr>
        <w:spacing w:before="20" w:after="20"/>
      </w:pPr>
      <w:r>
        <w:rPr>
          <w:sz w:val="22"/>
        </w:rPr>
        <w:t xml:space="preserve">    B. “谋”是“动”的根本来源</w:t>
      </w:r>
    </w:p>
    <w:p>
      <w:pPr>
        <w:spacing w:before="20" w:after="20"/>
      </w:pPr>
      <w:r>
        <w:rPr>
          <w:sz w:val="22"/>
        </w:rPr>
        <w:t xml:space="preserve">    C. 人的“动”具有自觉能动性</w:t>
      </w:r>
    </w:p>
    <w:p>
      <w:pPr>
        <w:spacing w:before="20" w:after="20"/>
      </w:pPr>
      <w:r>
        <w:rPr>
          <w:sz w:val="22"/>
        </w:rPr>
        <w:t xml:space="preserve">    D. 人的“谋”是世界的本源</w:t>
      </w:r>
    </w:p>
    <w:p>
      <w:pPr>
        <w:spacing w:before="160"/>
      </w:pPr>
      <w:r>
        <w:rPr>
          <w:b/>
          <w:sz w:val="22"/>
        </w:rPr>
        <w:t>203. 共产党人的最高理想和不懈追求是( )。</w:t>
      </w:r>
    </w:p>
    <w:p>
      <w:pPr>
        <w:spacing w:before="20" w:after="20"/>
      </w:pPr>
      <w:r>
        <w:rPr>
          <w:sz w:val="22"/>
        </w:rPr>
        <w:t xml:space="preserve">    A. 建立社会主义制度</w:t>
      </w:r>
    </w:p>
    <w:p>
      <w:pPr>
        <w:spacing w:before="20" w:after="20"/>
      </w:pPr>
      <w:r>
        <w:rPr>
          <w:sz w:val="22"/>
        </w:rPr>
        <w:t xml:space="preserve">    B. 成为社会主义事业的领导核心</w:t>
      </w:r>
    </w:p>
    <w:p>
      <w:pPr>
        <w:spacing w:before="20" w:after="20"/>
      </w:pPr>
      <w:r>
        <w:rPr>
          <w:sz w:val="22"/>
        </w:rPr>
        <w:t xml:space="preserve">    C. 实现共产主义</w:t>
      </w:r>
    </w:p>
    <w:p>
      <w:pPr>
        <w:spacing w:before="20" w:after="20"/>
      </w:pPr>
      <w:r>
        <w:rPr>
          <w:sz w:val="22"/>
        </w:rPr>
        <w:t xml:space="preserve">    D. 建立无产阶级专政</w:t>
      </w:r>
    </w:p>
    <w:p>
      <w:pPr>
        <w:spacing w:before="160"/>
      </w:pPr>
      <w:r>
        <w:rPr>
          <w:b/>
          <w:sz w:val="22"/>
        </w:rPr>
        <w:t>204. ( )是资本主义社会失业现象的根源。</w:t>
      </w:r>
    </w:p>
    <w:p>
      <w:pPr>
        <w:spacing w:before="20" w:after="20"/>
      </w:pPr>
      <w:r>
        <w:rPr>
          <w:sz w:val="22"/>
        </w:rPr>
        <w:t xml:space="preserve">    A. 资本积累</w:t>
      </w:r>
    </w:p>
    <w:p>
      <w:pPr>
        <w:spacing w:before="20" w:after="20"/>
      </w:pPr>
      <w:r>
        <w:rPr>
          <w:sz w:val="22"/>
        </w:rPr>
        <w:t xml:space="preserve">    B. 具体劳动和抽象劳动的矛盾</w:t>
      </w:r>
    </w:p>
    <w:p>
      <w:pPr>
        <w:spacing w:before="20" w:after="20"/>
      </w:pPr>
      <w:r>
        <w:rPr>
          <w:sz w:val="22"/>
        </w:rPr>
        <w:t xml:space="preserve">    C. 私人劳动和社会劳动的矛盾</w:t>
      </w:r>
    </w:p>
    <w:p>
      <w:pPr>
        <w:spacing w:before="20" w:after="20"/>
      </w:pPr>
      <w:r>
        <w:rPr>
          <w:sz w:val="22"/>
        </w:rPr>
        <w:t xml:space="preserve">    D. 资本集中</w:t>
      </w:r>
    </w:p>
    <w:p>
      <w:pPr>
        <w:spacing w:before="160"/>
      </w:pPr>
      <w:r>
        <w:rPr>
          <w:b/>
          <w:sz w:val="22"/>
        </w:rPr>
        <w:t>205. 马克思认为:“物质的力量只能用物质力量来摧毁;但是理论一经掌握群众，也会变成物质力量”，这说明( )。</w:t>
      </w:r>
    </w:p>
    <w:p>
      <w:pPr>
        <w:spacing w:before="20" w:after="20"/>
      </w:pPr>
      <w:r>
        <w:rPr>
          <w:sz w:val="22"/>
        </w:rPr>
        <w:t xml:space="preserve">    A. 物质力量来源于意识</w:t>
      </w:r>
    </w:p>
    <w:p>
      <w:pPr>
        <w:spacing w:before="20" w:after="20"/>
      </w:pPr>
      <w:r>
        <w:rPr>
          <w:sz w:val="22"/>
        </w:rPr>
        <w:t xml:space="preserve">    B. 意识活动具有创造性</w:t>
      </w:r>
    </w:p>
    <w:p>
      <w:pPr>
        <w:spacing w:before="20" w:after="20"/>
      </w:pPr>
      <w:r>
        <w:rPr>
          <w:sz w:val="22"/>
        </w:rPr>
        <w:t xml:space="preserve">    C. 物质力量与意识力量二元对立</w:t>
      </w:r>
    </w:p>
    <w:p>
      <w:pPr>
        <w:spacing w:before="20" w:after="20"/>
      </w:pPr>
      <w:r>
        <w:rPr>
          <w:sz w:val="22"/>
        </w:rPr>
        <w:t xml:space="preserve">    D. 通过实践，正确的认识能够变为物质力量</w:t>
      </w:r>
    </w:p>
    <w:p>
      <w:pPr>
        <w:spacing w:before="160"/>
      </w:pPr>
      <w:r>
        <w:rPr>
          <w:b/>
          <w:sz w:val="22"/>
        </w:rPr>
        <w:t>206. 某资本家经营的企业原工作时间为每日8小时，其中必要劳动时间为4小时，剩余劳动时间也为4小时。如果分别采用绝对剩余价值生产方法和相对剩余价值生产方法，使剩余劳动时间各延长2小时，则它们的剩余价值率分别应为( )。</w:t>
      </w:r>
    </w:p>
    <w:p>
      <w:pPr>
        <w:spacing w:before="20" w:after="20"/>
      </w:pPr>
      <w:r>
        <w:rPr>
          <w:sz w:val="22"/>
        </w:rPr>
        <w:t xml:space="preserve">    A. 150%;200%</w:t>
      </w:r>
    </w:p>
    <w:p>
      <w:pPr>
        <w:spacing w:before="20" w:after="20"/>
      </w:pPr>
      <w:r>
        <w:rPr>
          <w:sz w:val="22"/>
        </w:rPr>
        <w:t xml:space="preserve">    B. 200%;300%</w:t>
      </w:r>
    </w:p>
    <w:p>
      <w:pPr>
        <w:spacing w:before="20" w:after="20"/>
      </w:pPr>
      <w:r>
        <w:rPr>
          <w:sz w:val="22"/>
        </w:rPr>
        <w:t xml:space="preserve">    C. 150%;300%</w:t>
      </w:r>
    </w:p>
    <w:p>
      <w:pPr>
        <w:spacing w:before="20" w:after="20"/>
      </w:pPr>
      <w:r>
        <w:rPr>
          <w:sz w:val="22"/>
        </w:rPr>
        <w:t xml:space="preserve">    D. 125%;200%</w:t>
      </w:r>
    </w:p>
    <w:p>
      <w:pPr>
        <w:spacing w:before="160"/>
      </w:pPr>
      <w:r>
        <w:rPr>
          <w:b/>
          <w:sz w:val="22"/>
        </w:rPr>
        <w:t>207. 马克思指出:“于是这些关系便由生产力的发展形式变成生产力的桎梏。那时社会革命的时代就到来了。”这说明( )。</w:t>
      </w:r>
    </w:p>
    <w:p>
      <w:pPr>
        <w:spacing w:before="20" w:after="20"/>
      </w:pPr>
      <w:r>
        <w:rPr>
          <w:sz w:val="22"/>
        </w:rPr>
        <w:t xml:space="preserve">    A. 只有在生产关系不适合生产力发展时，社会基本矛盾才起作用</w:t>
      </w:r>
    </w:p>
    <w:p>
      <w:pPr>
        <w:spacing w:before="20" w:after="20"/>
      </w:pPr>
      <w:r>
        <w:rPr>
          <w:sz w:val="22"/>
        </w:rPr>
        <w:t xml:space="preserve">    B. 只要社会基本矛盾存在就一定发生革命</w:t>
      </w:r>
    </w:p>
    <w:p>
      <w:pPr>
        <w:spacing w:before="20" w:after="20"/>
      </w:pPr>
      <w:r>
        <w:rPr>
          <w:sz w:val="22"/>
        </w:rPr>
        <w:t xml:space="preserve">    C. 社会革命根源于社会基本矛盾的尖锐化</w:t>
      </w:r>
    </w:p>
    <w:p>
      <w:pPr>
        <w:spacing w:before="20" w:after="20"/>
      </w:pPr>
      <w:r>
        <w:rPr>
          <w:sz w:val="22"/>
        </w:rPr>
        <w:t xml:space="preserve">    D. 生产力的发展只能通过革命的手段</w:t>
      </w:r>
    </w:p>
    <w:p>
      <w:pPr>
        <w:spacing w:before="160"/>
      </w:pPr>
      <w:r>
        <w:rPr>
          <w:b/>
          <w:sz w:val="22"/>
        </w:rPr>
        <w:t>208. 2021年6月17日，神舟十二号载人飞船成功对接于天和核心舱前向端口。在对接中，宇宙飞船首先以相同的速度与空间站同步移动，同步后，与其对接端口相连，这主要利用了( )。</w:t>
      </w:r>
    </w:p>
    <w:p>
      <w:pPr>
        <w:spacing w:before="20" w:after="20"/>
      </w:pPr>
      <w:r>
        <w:rPr>
          <w:sz w:val="22"/>
        </w:rPr>
        <w:t xml:space="preserve">    A. 物质运动中空间的相对位置暂时不变</w:t>
      </w:r>
    </w:p>
    <w:p>
      <w:pPr>
        <w:spacing w:before="20" w:after="20"/>
      </w:pPr>
      <w:r>
        <w:rPr>
          <w:sz w:val="22"/>
        </w:rPr>
        <w:t xml:space="preserve">    B. 事物的根本性质暂时不变</w:t>
      </w:r>
    </w:p>
    <w:p>
      <w:pPr>
        <w:spacing w:before="20" w:after="20"/>
      </w:pPr>
      <w:r>
        <w:rPr>
          <w:sz w:val="22"/>
        </w:rPr>
        <w:t xml:space="preserve">    C. 静止的绝对性</w:t>
      </w:r>
    </w:p>
    <w:p>
      <w:pPr>
        <w:spacing w:before="20" w:after="20"/>
      </w:pPr>
      <w:r>
        <w:rPr>
          <w:sz w:val="22"/>
        </w:rPr>
        <w:t xml:space="preserve">    D. 静止的无条件性</w:t>
      </w:r>
    </w:p>
    <w:p>
      <w:pPr>
        <w:spacing w:before="160"/>
      </w:pPr>
      <w:r>
        <w:rPr>
          <w:b/>
          <w:sz w:val="22"/>
        </w:rPr>
        <w:t>209. “任何历史记载都应当从这些自然基础以及它们在历史进程中由于人们的活动而发生的变更出发”，这说明( )。</w:t>
      </w:r>
    </w:p>
    <w:p>
      <w:pPr>
        <w:spacing w:before="20" w:after="20"/>
      </w:pPr>
      <w:r>
        <w:rPr>
          <w:sz w:val="22"/>
        </w:rPr>
        <w:t xml:space="preserve">    A. 实践能够引起客观世界的变化</w:t>
      </w:r>
    </w:p>
    <w:p>
      <w:pPr>
        <w:spacing w:before="20" w:after="20"/>
      </w:pPr>
      <w:r>
        <w:rPr>
          <w:sz w:val="22"/>
        </w:rPr>
        <w:t xml:space="preserve">    B. 历史是人的主观创造</w:t>
      </w:r>
    </w:p>
    <w:p>
      <w:pPr>
        <w:spacing w:before="20" w:after="20"/>
      </w:pPr>
      <w:r>
        <w:rPr>
          <w:sz w:val="22"/>
        </w:rPr>
        <w:t xml:space="preserve">    C. 自然环境对人具有决定作用</w:t>
      </w:r>
    </w:p>
    <w:p>
      <w:pPr>
        <w:spacing w:before="20" w:after="20"/>
      </w:pPr>
      <w:r>
        <w:rPr>
          <w:sz w:val="22"/>
        </w:rPr>
        <w:t xml:space="preserve">    D. 人们改变了自然的运行规律</w:t>
      </w:r>
    </w:p>
    <w:p>
      <w:pPr>
        <w:spacing w:before="160"/>
      </w:pPr>
      <w:r>
        <w:rPr>
          <w:b/>
          <w:sz w:val="22"/>
        </w:rPr>
        <w:t>210. ( )是人类认识世界和改造世界的根本动力。</w:t>
      </w:r>
    </w:p>
    <w:p>
      <w:pPr>
        <w:spacing w:before="20" w:after="20"/>
      </w:pPr>
      <w:r>
        <w:rPr>
          <w:sz w:val="22"/>
        </w:rPr>
        <w:t xml:space="preserve">    A. 真理与价值的矛盾</w:t>
      </w:r>
    </w:p>
    <w:p>
      <w:pPr>
        <w:spacing w:before="20" w:after="20"/>
      </w:pPr>
      <w:r>
        <w:rPr>
          <w:sz w:val="22"/>
        </w:rPr>
        <w:t xml:space="preserve">    B. 经济基础和上层建筑的矛盾</w:t>
      </w:r>
    </w:p>
    <w:p>
      <w:pPr>
        <w:spacing w:before="20" w:after="20"/>
      </w:pPr>
      <w:r>
        <w:rPr>
          <w:sz w:val="22"/>
        </w:rPr>
        <w:t xml:space="preserve">    C. 本质与现象的矛盾</w:t>
      </w:r>
    </w:p>
    <w:p>
      <w:pPr>
        <w:spacing w:before="20" w:after="20"/>
      </w:pPr>
      <w:r>
        <w:rPr>
          <w:sz w:val="22"/>
        </w:rPr>
        <w:t xml:space="preserve">    D. 主观和客观的矛盾</w:t>
      </w:r>
    </w:p>
    <w:p>
      <w:pPr>
        <w:spacing w:before="160"/>
      </w:pPr>
      <w:r>
        <w:rPr>
          <w:b/>
          <w:sz w:val="22"/>
        </w:rPr>
        <w:t>211. 马克思、恩格斯指出:“某一个地域创造出来的生产力，特别是发明，在往后的发展中是否会失传，完全取决于交往拓展的情况。”这说明( )。</w:t>
      </w:r>
    </w:p>
    <w:p>
      <w:pPr>
        <w:spacing w:before="20" w:after="20"/>
      </w:pPr>
      <w:r>
        <w:rPr>
          <w:sz w:val="22"/>
        </w:rPr>
        <w:t xml:space="preserve">    A. 交往决定社会形态</w:t>
      </w:r>
    </w:p>
    <w:p>
      <w:pPr>
        <w:spacing w:before="20" w:after="20"/>
      </w:pPr>
      <w:r>
        <w:rPr>
          <w:sz w:val="22"/>
        </w:rPr>
        <w:t xml:space="preserve">    B. 交往决定科学技术的发展</w:t>
      </w:r>
    </w:p>
    <w:p>
      <w:pPr>
        <w:spacing w:before="20" w:after="20"/>
      </w:pPr>
      <w:r>
        <w:rPr>
          <w:sz w:val="22"/>
        </w:rPr>
        <w:t xml:space="preserve">    C. 交往决定生产力的发展水平</w:t>
      </w:r>
    </w:p>
    <w:p>
      <w:pPr>
        <w:spacing w:before="20" w:after="20"/>
      </w:pPr>
      <w:r>
        <w:rPr>
          <w:sz w:val="22"/>
        </w:rPr>
        <w:t xml:space="preserve">    D. 生产力成果的保存有赖于交往的扩大</w:t>
      </w:r>
    </w:p>
    <w:p>
      <w:pPr>
        <w:spacing w:before="160"/>
      </w:pPr>
      <w:r>
        <w:rPr>
          <w:b/>
          <w:sz w:val="22"/>
        </w:rPr>
        <w:t>212. 习近平总书记在北京冬奥会、冬残奥会总结表彰大会上的讲话中提出，要发扬北京冬奥精神，以更加坚定的自信、更加坚决的勇气，向着实现第二个百年奋斗目标奋勇前进。大力弘扬北京冬奥精神是因为( )。</w:t>
      </w:r>
    </w:p>
    <w:p>
      <w:pPr>
        <w:spacing w:before="20" w:after="20"/>
      </w:pPr>
      <w:r>
        <w:rPr>
          <w:sz w:val="22"/>
        </w:rPr>
        <w:t xml:space="preserve">    A. 精神具有直接现实性的特点</w:t>
      </w:r>
    </w:p>
    <w:p>
      <w:pPr>
        <w:spacing w:before="20" w:after="20"/>
      </w:pPr>
      <w:r>
        <w:rPr>
          <w:sz w:val="22"/>
        </w:rPr>
        <w:t xml:space="preserve">    B. 精神文化条件对于人民群众创造历史的活动有着首要的、决定性的影响</w:t>
      </w:r>
    </w:p>
    <w:p>
      <w:pPr>
        <w:spacing w:before="20" w:after="20"/>
      </w:pPr>
      <w:r>
        <w:rPr>
          <w:sz w:val="22"/>
        </w:rPr>
        <w:t xml:space="preserve">    C. 精神的力量可以转化为物质的力量</w:t>
      </w:r>
    </w:p>
    <w:p>
      <w:pPr>
        <w:spacing w:before="20" w:after="20"/>
      </w:pPr>
      <w:r>
        <w:rPr>
          <w:sz w:val="22"/>
        </w:rPr>
        <w:t xml:space="preserve">    D. 精神第一性，物质第二性</w:t>
      </w:r>
    </w:p>
    <w:p>
      <w:pPr>
        <w:spacing w:before="160"/>
      </w:pPr>
      <w:r>
        <w:rPr>
          <w:b/>
          <w:sz w:val="22"/>
        </w:rPr>
        <w:t>213. “概念的辩证法本身就变成只是现实世界的辩证运动的自觉的反映，从而黑格尔的辩证法就被倒转过来了。”这段话表明，主观辩证法与客观辩证法的关系是( )。</w:t>
      </w:r>
    </w:p>
    <w:p>
      <w:pPr>
        <w:spacing w:before="20" w:after="20"/>
      </w:pPr>
      <w:r>
        <w:rPr>
          <w:sz w:val="22"/>
        </w:rPr>
        <w:t xml:space="preserve">    A. 反映与被反映的关系</w:t>
      </w:r>
    </w:p>
    <w:p>
      <w:pPr>
        <w:spacing w:before="20" w:after="20"/>
      </w:pPr>
      <w:r>
        <w:rPr>
          <w:sz w:val="22"/>
        </w:rPr>
        <w:t xml:space="preserve">    B. 唯心主义与唯物主义的关系</w:t>
      </w:r>
    </w:p>
    <w:p>
      <w:pPr>
        <w:spacing w:before="20" w:after="20"/>
      </w:pPr>
      <w:r>
        <w:rPr>
          <w:sz w:val="22"/>
        </w:rPr>
        <w:t xml:space="preserve">    C. 抽象与具体的关系</w:t>
      </w:r>
    </w:p>
    <w:p>
      <w:pPr>
        <w:spacing w:before="20" w:after="20"/>
      </w:pPr>
      <w:r>
        <w:rPr>
          <w:sz w:val="22"/>
        </w:rPr>
        <w:t xml:space="preserve">    D. 唯心辩证法与唯物辩证法的关系</w:t>
      </w:r>
    </w:p>
    <w:p>
      <w:pPr>
        <w:spacing w:before="160"/>
      </w:pPr>
      <w:r>
        <w:rPr>
          <w:b/>
          <w:sz w:val="22"/>
        </w:rPr>
        <w:t>214. 从政治经济学角度看，自然经济与商品经济的主要区别在于( )。</w:t>
      </w:r>
    </w:p>
    <w:p>
      <w:pPr>
        <w:spacing w:before="20" w:after="20"/>
      </w:pPr>
      <w:r>
        <w:rPr>
          <w:sz w:val="22"/>
        </w:rPr>
        <w:t xml:space="preserve">    A. 生产主体不同</w:t>
      </w:r>
    </w:p>
    <w:p>
      <w:pPr>
        <w:spacing w:before="20" w:after="20"/>
      </w:pPr>
      <w:r>
        <w:rPr>
          <w:sz w:val="22"/>
        </w:rPr>
        <w:t xml:space="preserve">    B. 生产方式不同</w:t>
      </w:r>
    </w:p>
    <w:p>
      <w:pPr>
        <w:spacing w:before="20" w:after="20"/>
      </w:pPr>
      <w:r>
        <w:rPr>
          <w:sz w:val="22"/>
        </w:rPr>
        <w:t xml:space="preserve">    C. 生产工具不同</w:t>
      </w:r>
    </w:p>
    <w:p>
      <w:pPr>
        <w:spacing w:before="20" w:after="20"/>
      </w:pPr>
      <w:r>
        <w:rPr>
          <w:sz w:val="22"/>
        </w:rPr>
        <w:t xml:space="preserve">    D. 生产目的不同</w:t>
      </w:r>
    </w:p>
    <w:p>
      <w:pPr>
        <w:spacing w:before="160"/>
      </w:pPr>
      <w:r>
        <w:rPr>
          <w:b/>
          <w:sz w:val="22"/>
        </w:rPr>
        <w:t>215. 由美国次贷危机引发的2008年国际金融危机对西方国家的经济生活、政治生活和社会民生等方面都造成了消极影响，其背后深层次的根源是( )。</w:t>
      </w:r>
    </w:p>
    <w:p>
      <w:pPr>
        <w:spacing w:before="20" w:after="20"/>
      </w:pPr>
      <w:r>
        <w:rPr>
          <w:sz w:val="22"/>
        </w:rPr>
        <w:t xml:space="preserve">    A. 资本主义的基本矛盾</w:t>
      </w:r>
    </w:p>
    <w:p>
      <w:pPr>
        <w:spacing w:before="20" w:after="20"/>
      </w:pPr>
      <w:r>
        <w:rPr>
          <w:sz w:val="22"/>
        </w:rPr>
        <w:t xml:space="preserve">    B. 资本主义意识形态</w:t>
      </w:r>
    </w:p>
    <w:p>
      <w:pPr>
        <w:spacing w:before="20" w:after="20"/>
      </w:pPr>
      <w:r>
        <w:rPr>
          <w:sz w:val="22"/>
        </w:rPr>
        <w:t xml:space="preserve">    C. 资本主义政治制度</w:t>
      </w:r>
    </w:p>
    <w:p>
      <w:pPr>
        <w:spacing w:before="20" w:after="20"/>
      </w:pPr>
      <w:r>
        <w:rPr>
          <w:sz w:val="22"/>
        </w:rPr>
        <w:t xml:space="preserve">    D. 资本主义改良政党</w:t>
      </w:r>
    </w:p>
    <w:p>
      <w:pPr>
        <w:spacing w:before="160"/>
      </w:pPr>
      <w:r>
        <w:rPr>
          <w:b/>
          <w:sz w:val="22"/>
        </w:rPr>
        <w:t>216. 以前在农村，秸秆对农民来说几乎是一个毫无价值的东西，往往通过焚烧来处理，而随着新能源研究的推进，秸秆作为发电和制沼的原料，其价值在某种程度上甚至超过了粮食。这说明( )。</w:t>
      </w:r>
    </w:p>
    <w:p>
      <w:pPr>
        <w:spacing w:before="20" w:after="20"/>
      </w:pPr>
      <w:r>
        <w:rPr>
          <w:sz w:val="22"/>
        </w:rPr>
        <w:t xml:space="preserve">    A. 客体的价值不具有确定性</w:t>
      </w:r>
    </w:p>
    <w:p>
      <w:pPr>
        <w:spacing w:before="20" w:after="20"/>
      </w:pPr>
      <w:r>
        <w:rPr>
          <w:sz w:val="22"/>
        </w:rPr>
        <w:t xml:space="preserve">    B. 不同主体的评价创造了不同价值</w:t>
      </w:r>
    </w:p>
    <w:p>
      <w:pPr>
        <w:spacing w:before="20" w:after="20"/>
      </w:pPr>
      <w:r>
        <w:rPr>
          <w:sz w:val="22"/>
        </w:rPr>
        <w:t xml:space="preserve">    C. 价值是实践基础上确立的主体与客体之间一种创造性关系</w:t>
      </w:r>
    </w:p>
    <w:p>
      <w:pPr>
        <w:spacing w:before="20" w:after="20"/>
      </w:pPr>
      <w:r>
        <w:rPr>
          <w:sz w:val="22"/>
        </w:rPr>
        <w:t xml:space="preserve">    D. 价值随主体变化，而变化与客体本身无关</w:t>
      </w:r>
    </w:p>
    <w:p>
      <w:pPr>
        <w:spacing w:before="160"/>
      </w:pPr>
      <w:r>
        <w:rPr>
          <w:b/>
          <w:sz w:val="22"/>
        </w:rPr>
        <w:t>217. 马克思主义揭示人的本质的出发点是( )。</w:t>
      </w:r>
    </w:p>
    <w:p>
      <w:pPr>
        <w:spacing w:before="20" w:after="20"/>
      </w:pPr>
      <w:r>
        <w:rPr>
          <w:sz w:val="22"/>
        </w:rPr>
        <w:t xml:space="preserve">    A. 人的自身需要</w:t>
      </w:r>
    </w:p>
    <w:p>
      <w:pPr>
        <w:spacing w:before="20" w:after="20"/>
      </w:pPr>
      <w:r>
        <w:rPr>
          <w:sz w:val="22"/>
        </w:rPr>
        <w:t xml:space="preserve">    B. 人类的共同利益</w:t>
      </w:r>
    </w:p>
    <w:p>
      <w:pPr>
        <w:spacing w:before="20" w:after="20"/>
      </w:pPr>
      <w:r>
        <w:rPr>
          <w:sz w:val="22"/>
        </w:rPr>
        <w:t xml:space="preserve">    C. 人的社会关系</w:t>
      </w:r>
    </w:p>
    <w:p>
      <w:pPr>
        <w:spacing w:before="20" w:after="20"/>
      </w:pPr>
      <w:r>
        <w:rPr>
          <w:sz w:val="22"/>
        </w:rPr>
        <w:t xml:space="preserve">    D. 人的自然属性</w:t>
      </w:r>
    </w:p>
    <w:p>
      <w:pPr>
        <w:spacing w:before="160"/>
      </w:pPr>
      <w:r>
        <w:rPr>
          <w:b/>
          <w:sz w:val="22"/>
        </w:rPr>
        <w:t>218. 社会形态包括经济形态、政治形态和意识形态，其中( )是社会形态的基础。</w:t>
      </w:r>
    </w:p>
    <w:p>
      <w:pPr>
        <w:spacing w:before="20" w:after="20"/>
      </w:pPr>
      <w:r>
        <w:rPr>
          <w:sz w:val="22"/>
        </w:rPr>
        <w:t xml:space="preserve">    A. 经济形态</w:t>
      </w:r>
    </w:p>
    <w:p>
      <w:pPr>
        <w:spacing w:before="20" w:after="20"/>
      </w:pPr>
      <w:r>
        <w:rPr>
          <w:sz w:val="22"/>
        </w:rPr>
        <w:t xml:space="preserve">    B. 政治形态</w:t>
      </w:r>
    </w:p>
    <w:p>
      <w:pPr>
        <w:spacing w:before="20" w:after="20"/>
      </w:pPr>
      <w:r>
        <w:rPr>
          <w:sz w:val="22"/>
        </w:rPr>
        <w:t xml:space="preserve">    C. 意识形态</w:t>
      </w:r>
    </w:p>
    <w:p>
      <w:pPr>
        <w:spacing w:before="20" w:after="20"/>
      </w:pPr>
      <w:r>
        <w:rPr>
          <w:sz w:val="22"/>
        </w:rPr>
        <w:t xml:space="preserve">    D. 社会心理</w:t>
      </w:r>
    </w:p>
    <w:p>
      <w:pPr>
        <w:spacing w:before="160"/>
      </w:pPr>
      <w:r>
        <w:rPr>
          <w:b/>
          <w:sz w:val="22"/>
        </w:rPr>
        <w:t>219. 所谓马克思主义“过时论”属于( )。</w:t>
      </w:r>
    </w:p>
    <w:p>
      <w:pPr>
        <w:spacing w:before="20" w:after="20"/>
      </w:pPr>
      <w:r>
        <w:rPr>
          <w:sz w:val="22"/>
        </w:rPr>
        <w:t xml:space="preserve">    A. 只承认真理绝对性的独断论</w:t>
      </w:r>
    </w:p>
    <w:p>
      <w:pPr>
        <w:spacing w:before="20" w:after="20"/>
      </w:pPr>
      <w:r>
        <w:rPr>
          <w:sz w:val="22"/>
        </w:rPr>
        <w:t xml:space="preserve">    B. 片面夸大真理的相对性的相对主义</w:t>
      </w:r>
    </w:p>
    <w:p>
      <w:pPr>
        <w:spacing w:before="20" w:after="20"/>
      </w:pPr>
      <w:r>
        <w:rPr>
          <w:sz w:val="22"/>
        </w:rPr>
        <w:t xml:space="preserve">    C. 只承认真理客观性的唯物主义</w:t>
      </w:r>
    </w:p>
    <w:p>
      <w:pPr>
        <w:spacing w:before="20" w:after="20"/>
      </w:pPr>
      <w:r>
        <w:rPr>
          <w:sz w:val="22"/>
        </w:rPr>
        <w:t xml:space="preserve">    D. 只承认真理主观性的实用主义</w:t>
      </w:r>
    </w:p>
    <w:p>
      <w:pPr>
        <w:spacing w:before="160"/>
      </w:pPr>
      <w:r>
        <w:rPr>
          <w:b/>
          <w:sz w:val="22"/>
        </w:rPr>
        <w:t>220. 某资本家投资100万元，每次投资的剩余价值率为150%，每次投资的利润为30万元，该资本家预付资本的有机构成是( )。</w:t>
      </w:r>
    </w:p>
    <w:p>
      <w:pPr>
        <w:spacing w:before="20" w:after="20"/>
      </w:pPr>
      <w:r>
        <w:rPr>
          <w:sz w:val="22"/>
        </w:rPr>
        <w:t xml:space="preserve">    A. 3:1</w:t>
      </w:r>
    </w:p>
    <w:p>
      <w:pPr>
        <w:spacing w:before="20" w:after="20"/>
      </w:pPr>
      <w:r>
        <w:rPr>
          <w:sz w:val="22"/>
        </w:rPr>
        <w:t xml:space="preserve">    B. 4:1</w:t>
      </w:r>
    </w:p>
    <w:p>
      <w:pPr>
        <w:spacing w:before="20" w:after="20"/>
      </w:pPr>
      <w:r>
        <w:rPr>
          <w:sz w:val="22"/>
        </w:rPr>
        <w:t xml:space="preserve">    C. 5:1</w:t>
      </w:r>
    </w:p>
    <w:p>
      <w:pPr>
        <w:spacing w:before="20" w:after="20"/>
      </w:pPr>
      <w:r>
        <w:rPr>
          <w:sz w:val="22"/>
        </w:rPr>
        <w:t xml:space="preserve">    D. 2:1</w:t>
      </w:r>
    </w:p>
    <w:p>
      <w:pPr>
        <w:spacing w:before="160"/>
      </w:pPr>
      <w:r>
        <w:rPr>
          <w:b/>
          <w:sz w:val="22"/>
        </w:rPr>
        <w:t>221. 马克思关于资本积累的学说深刻地阐明了资本主义制度必然灭亡的历史命运。资本积累是指( )。</w:t>
      </w:r>
    </w:p>
    <w:p>
      <w:pPr>
        <w:spacing w:before="20" w:after="20"/>
      </w:pPr>
      <w:r>
        <w:rPr>
          <w:sz w:val="22"/>
        </w:rPr>
        <w:t xml:space="preserve">    A. 剩余价值的资本化</w:t>
      </w:r>
    </w:p>
    <w:p>
      <w:pPr>
        <w:spacing w:before="20" w:after="20"/>
      </w:pPr>
      <w:r>
        <w:rPr>
          <w:sz w:val="22"/>
        </w:rPr>
        <w:t xml:space="preserve">    B. 货币的资本化</w:t>
      </w:r>
    </w:p>
    <w:p>
      <w:pPr>
        <w:spacing w:before="20" w:after="20"/>
      </w:pPr>
      <w:r>
        <w:rPr>
          <w:sz w:val="22"/>
        </w:rPr>
        <w:t xml:space="preserve">    C. 资本集中</w:t>
      </w:r>
    </w:p>
    <w:p>
      <w:pPr>
        <w:spacing w:before="20" w:after="20"/>
      </w:pPr>
      <w:r>
        <w:rPr>
          <w:sz w:val="22"/>
        </w:rPr>
        <w:t xml:space="preserve">    D. 商品的资本化</w:t>
      </w:r>
    </w:p>
    <w:p>
      <w:pPr>
        <w:spacing w:before="160"/>
      </w:pPr>
      <w:r>
        <w:rPr>
          <w:b/>
          <w:sz w:val="22"/>
        </w:rPr>
        <w:t>222. “观念的东西不外是移入人的头脑并在人的头脑中改造过的物质的东西而已。”这个命题表明( )</w:t>
      </w:r>
    </w:p>
    <w:p>
      <w:pPr>
        <w:spacing w:before="20" w:after="20"/>
      </w:pPr>
      <w:r>
        <w:rPr>
          <w:sz w:val="22"/>
        </w:rPr>
        <w:t xml:space="preserve">    A. 意识是人脑中特有的物质</w:t>
      </w:r>
    </w:p>
    <w:p>
      <w:pPr>
        <w:spacing w:before="20" w:after="20"/>
      </w:pPr>
      <w:r>
        <w:rPr>
          <w:sz w:val="22"/>
        </w:rPr>
        <w:t xml:space="preserve">    B. 人脑是意识的源泉</w:t>
      </w:r>
    </w:p>
    <w:p>
      <w:pPr>
        <w:spacing w:before="20" w:after="20"/>
      </w:pPr>
      <w:r>
        <w:rPr>
          <w:sz w:val="22"/>
        </w:rPr>
        <w:t xml:space="preserve">    C. 观念的东西和物质的东西没有本质上的区别</w:t>
      </w:r>
    </w:p>
    <w:p>
      <w:pPr>
        <w:spacing w:before="20" w:after="20"/>
      </w:pPr>
      <w:r>
        <w:rPr>
          <w:sz w:val="22"/>
        </w:rPr>
        <w:t xml:space="preserve">    D. 意识是客观存在的主观映象</w:t>
      </w:r>
    </w:p>
    <w:p>
      <w:pPr>
        <w:spacing w:before="160"/>
      </w:pPr>
      <w:r>
        <w:rPr>
          <w:b/>
          <w:sz w:val="22"/>
        </w:rPr>
        <w:t>223. “沉舟侧畔千帆过，病树前头万木春”表现了诗人刘禹锡昂扬进取的精神，也蕴含着( )的哲理。</w:t>
      </w:r>
    </w:p>
    <w:p>
      <w:pPr>
        <w:spacing w:before="20" w:after="20"/>
      </w:pPr>
      <w:r>
        <w:rPr>
          <w:sz w:val="22"/>
        </w:rPr>
        <w:t xml:space="preserve">    A. 永恒真理能够被认识</w:t>
      </w:r>
    </w:p>
    <w:p>
      <w:pPr>
        <w:spacing w:before="20" w:after="20"/>
      </w:pPr>
      <w:r>
        <w:rPr>
          <w:sz w:val="22"/>
        </w:rPr>
        <w:t xml:space="preserve">    B. 新事物必然战胜旧事物</w:t>
      </w:r>
    </w:p>
    <w:p>
      <w:pPr>
        <w:spacing w:before="20" w:after="20"/>
      </w:pPr>
      <w:r>
        <w:rPr>
          <w:sz w:val="22"/>
        </w:rPr>
        <w:t xml:space="preserve">    C. 事物的发展是偶然的</w:t>
      </w:r>
    </w:p>
    <w:p>
      <w:pPr>
        <w:spacing w:before="20" w:after="20"/>
      </w:pPr>
      <w:r>
        <w:rPr>
          <w:sz w:val="22"/>
        </w:rPr>
        <w:t xml:space="preserve">    D. 主观能动性决定着事物的发展</w:t>
      </w:r>
    </w:p>
    <w:p>
      <w:pPr>
        <w:spacing w:before="160"/>
      </w:pPr>
      <w:r>
        <w:rPr>
          <w:b/>
          <w:sz w:val="22"/>
        </w:rPr>
        <w:t>224. 马克思指出:“在同一时间内，劳动就一种属性来说必然创造价值，就另一种属性来说，必然保存或转移价值。”这一段话说的是( )。</w:t>
      </w:r>
    </w:p>
    <w:p>
      <w:pPr>
        <w:spacing w:before="20" w:after="20"/>
      </w:pPr>
      <w:r>
        <w:rPr>
          <w:sz w:val="22"/>
        </w:rPr>
        <w:t xml:space="preserve">    A. 体力劳动和脑力劳动及其作用</w:t>
      </w:r>
    </w:p>
    <w:p>
      <w:pPr>
        <w:spacing w:before="20" w:after="20"/>
      </w:pPr>
      <w:r>
        <w:rPr>
          <w:sz w:val="22"/>
        </w:rPr>
        <w:t xml:space="preserve">    B. 具体劳动和抽象劳动及其作用</w:t>
      </w:r>
    </w:p>
    <w:p>
      <w:pPr>
        <w:spacing w:before="20" w:after="20"/>
      </w:pPr>
      <w:r>
        <w:rPr>
          <w:sz w:val="22"/>
        </w:rPr>
        <w:t xml:space="preserve">    C. 私人劳动和抽象劳动及其作用</w:t>
      </w:r>
    </w:p>
    <w:p>
      <w:pPr>
        <w:spacing w:before="20" w:after="20"/>
      </w:pPr>
      <w:r>
        <w:rPr>
          <w:sz w:val="22"/>
        </w:rPr>
        <w:t xml:space="preserve">    D. 个别劳动和社会必要劳动及其作用</w:t>
      </w:r>
    </w:p>
    <w:p>
      <w:pPr>
        <w:spacing w:before="160"/>
      </w:pPr>
      <w:r>
        <w:rPr>
          <w:b/>
          <w:sz w:val="22"/>
        </w:rPr>
        <w:t>225. 马克思说:“就使用价值说，有意义的只是商品中包含的劳动的质;就价值量说，有意义的只是商品中包含的劳动的量，不过这种劳动已经转化为没有质的区别的人类劳动。”这里所说的没有质的区别的人类劳动是指( )。</w:t>
      </w:r>
    </w:p>
    <w:p>
      <w:pPr>
        <w:spacing w:before="20" w:after="20"/>
      </w:pPr>
      <w:r>
        <w:rPr>
          <w:sz w:val="22"/>
        </w:rPr>
        <w:t xml:space="preserve">    A. 抽象劳动</w:t>
      </w:r>
    </w:p>
    <w:p>
      <w:pPr>
        <w:spacing w:before="20" w:after="20"/>
      </w:pPr>
      <w:r>
        <w:rPr>
          <w:sz w:val="22"/>
        </w:rPr>
        <w:t xml:space="preserve">    B. 具体劳动</w:t>
      </w:r>
    </w:p>
    <w:p>
      <w:pPr>
        <w:spacing w:before="20" w:after="20"/>
      </w:pPr>
      <w:r>
        <w:rPr>
          <w:sz w:val="22"/>
        </w:rPr>
        <w:t xml:space="preserve">    C. 脑力劳动</w:t>
      </w:r>
    </w:p>
    <w:p>
      <w:pPr>
        <w:spacing w:before="20" w:after="20"/>
      </w:pPr>
      <w:r>
        <w:rPr>
          <w:sz w:val="22"/>
        </w:rPr>
        <w:t xml:space="preserve">    D. 体力劳动</w:t>
      </w:r>
    </w:p>
    <w:p>
      <w:pPr>
        <w:spacing w:before="160"/>
      </w:pPr>
      <w:r>
        <w:rPr>
          <w:b/>
          <w:sz w:val="22"/>
        </w:rPr>
        <w:t>226. “知人善察，难眩以伪。”现象有真象和假象之分，假象是( )。</w:t>
      </w:r>
    </w:p>
    <w:p>
      <w:pPr>
        <w:spacing w:before="20" w:after="20"/>
      </w:pPr>
      <w:r>
        <w:rPr>
          <w:sz w:val="22"/>
        </w:rPr>
        <w:t xml:space="preserve">    A. 从反面歪曲表现本质的现象</w:t>
      </w:r>
    </w:p>
    <w:p>
      <w:pPr>
        <w:spacing w:before="20" w:after="20"/>
      </w:pPr>
      <w:r>
        <w:rPr>
          <w:sz w:val="22"/>
        </w:rPr>
        <w:t xml:space="preserve">    B. 人们在认识中发生的错觉</w:t>
      </w:r>
    </w:p>
    <w:p>
      <w:pPr>
        <w:spacing w:before="20" w:after="20"/>
      </w:pPr>
      <w:r>
        <w:rPr>
          <w:sz w:val="22"/>
        </w:rPr>
        <w:t xml:space="preserve">    C. 与本质无关的现象</w:t>
      </w:r>
    </w:p>
    <w:p>
      <w:pPr>
        <w:spacing w:before="20" w:after="20"/>
      </w:pPr>
      <w:r>
        <w:rPr>
          <w:sz w:val="22"/>
        </w:rPr>
        <w:t xml:space="preserve">    D. 人们主观自生的观念</w:t>
      </w:r>
    </w:p>
    <w:p>
      <w:pPr>
        <w:spacing w:before="160"/>
      </w:pPr>
      <w:r>
        <w:rPr>
          <w:b/>
          <w:sz w:val="22"/>
        </w:rPr>
        <w:t>227. “人有多大胆，地有多大产”的观点的错误在于( )。</w:t>
      </w:r>
    </w:p>
    <w:p>
      <w:pPr>
        <w:spacing w:before="20" w:after="20"/>
      </w:pPr>
      <w:r>
        <w:rPr>
          <w:sz w:val="22"/>
        </w:rPr>
        <w:t xml:space="preserve">    A. 夸大了矛盾的特殊性</w:t>
      </w:r>
    </w:p>
    <w:p>
      <w:pPr>
        <w:spacing w:before="20" w:after="20"/>
      </w:pPr>
      <w:r>
        <w:rPr>
          <w:sz w:val="22"/>
        </w:rPr>
        <w:t xml:space="preserve">    B. 夸大了运动的绝对性</w:t>
      </w:r>
    </w:p>
    <w:p>
      <w:pPr>
        <w:spacing w:before="20" w:after="20"/>
      </w:pPr>
      <w:r>
        <w:rPr>
          <w:sz w:val="22"/>
        </w:rPr>
        <w:t xml:space="preserve">    C. 夸大了真理的相对性</w:t>
      </w:r>
    </w:p>
    <w:p>
      <w:pPr>
        <w:spacing w:before="20" w:after="20"/>
      </w:pPr>
      <w:r>
        <w:rPr>
          <w:sz w:val="22"/>
        </w:rPr>
        <w:t xml:space="preserve">    D. 夸大了意识的能动性</w:t>
      </w:r>
    </w:p>
    <w:p>
      <w:pPr>
        <w:spacing w:before="160"/>
      </w:pPr>
      <w:r>
        <w:rPr>
          <w:b/>
          <w:sz w:val="22"/>
        </w:rPr>
        <w:t>228. 数字人是指利用数字技术打造的、模拟人类特征并存在于非物理世界的虚拟人物。近年来，随着5G、人工智能、虚拟现实等新一代信息技术的蓬勃发展，数字人的精细度和智能化水平不断提升，一大批数字人走上不同工作“岗位”，加速融入人们的日常生活。以上事例说明( )。</w:t>
      </w:r>
    </w:p>
    <w:p>
      <w:pPr>
        <w:spacing w:before="20" w:after="20"/>
      </w:pPr>
      <w:r>
        <w:rPr>
          <w:sz w:val="22"/>
        </w:rPr>
        <w:t xml:space="preserve">    A. 智能机器可以取代或超越人类智能</w:t>
      </w:r>
    </w:p>
    <w:p>
      <w:pPr>
        <w:spacing w:before="20" w:after="20"/>
      </w:pPr>
      <w:r>
        <w:rPr>
          <w:sz w:val="22"/>
        </w:rPr>
        <w:t xml:space="preserve">    B. 人工智能在一定程度上可以承担某种社会功能</w:t>
      </w:r>
    </w:p>
    <w:p>
      <w:pPr>
        <w:spacing w:before="20" w:after="20"/>
      </w:pPr>
      <w:r>
        <w:rPr>
          <w:sz w:val="22"/>
        </w:rPr>
        <w:t xml:space="preserve">    C. 数字人已经具备情感、信念、意志等意识形态形式</w:t>
      </w:r>
    </w:p>
    <w:p>
      <w:pPr>
        <w:spacing w:before="20" w:after="20"/>
      </w:pPr>
      <w:r>
        <w:rPr>
          <w:sz w:val="22"/>
        </w:rPr>
        <w:t xml:space="preserve">    D. 人工智能的情感模拟可以取代人们在社会交往中的真情实感</w:t>
      </w:r>
    </w:p>
    <w:p>
      <w:pPr>
        <w:spacing w:before="160"/>
      </w:pPr>
      <w:r>
        <w:rPr>
          <w:b/>
          <w:sz w:val="22"/>
        </w:rPr>
        <w:t>229. 人类同疾病较量最有力的武器就是科学技术，人类战胜大灾大疫离不开科学发展和技术创新。马克思主义认为，科学技术是( )。</w:t>
      </w:r>
    </w:p>
    <w:p>
      <w:pPr>
        <w:spacing w:before="20" w:after="20"/>
      </w:pPr>
      <w:r>
        <w:rPr>
          <w:sz w:val="22"/>
        </w:rPr>
        <w:t xml:space="preserve">    A. 社会形态变革的决定力量</w:t>
      </w:r>
    </w:p>
    <w:p>
      <w:pPr>
        <w:spacing w:before="20" w:after="20"/>
      </w:pPr>
      <w:r>
        <w:rPr>
          <w:sz w:val="22"/>
        </w:rPr>
        <w:t xml:space="preserve">    B. 社会存在和发展的基础及决定力量</w:t>
      </w:r>
    </w:p>
    <w:p>
      <w:pPr>
        <w:spacing w:before="20" w:after="20"/>
      </w:pPr>
      <w:r>
        <w:rPr>
          <w:sz w:val="22"/>
        </w:rPr>
        <w:t xml:space="preserve">    C. 先进生产力的集中体现和主要标志</w:t>
      </w:r>
    </w:p>
    <w:p>
      <w:pPr>
        <w:spacing w:before="20" w:after="20"/>
      </w:pPr>
      <w:r>
        <w:rPr>
          <w:sz w:val="22"/>
        </w:rPr>
        <w:t xml:space="preserve">    D. 区分社会经济时代的客观依据</w:t>
      </w:r>
    </w:p>
    <w:p>
      <w:pPr>
        <w:spacing w:before="160"/>
      </w:pPr>
      <w:r>
        <w:rPr>
          <w:b/>
          <w:sz w:val="22"/>
        </w:rPr>
        <w:t>230. 不久前，世界首条仿生鲸鲨在上海海昌海洋公园亮相。这条身长4.7米的庞然大物在水中灵活自如、以假乱真，不仅可以进行精彩的水下表演，还能搭载传感器进行水质监测和摄影摄像等。“见簌木浮而知为舟，见飞蓬转而知为车。”观察并模仿自然行为，是人类创新的重要源泉。以上材料表明( )。</w:t>
      </w:r>
    </w:p>
    <w:p>
      <w:pPr>
        <w:spacing w:before="20" w:after="20"/>
      </w:pPr>
      <w:r>
        <w:rPr>
          <w:sz w:val="22"/>
        </w:rPr>
        <w:t xml:space="preserve">    A. 在人的认识活动中，反映特性与能动的创造特性是不可分割的</w:t>
      </w:r>
    </w:p>
    <w:p>
      <w:pPr>
        <w:spacing w:before="20" w:after="20"/>
      </w:pPr>
      <w:r>
        <w:rPr>
          <w:sz w:val="22"/>
        </w:rPr>
        <w:t xml:space="preserve">    B. 认识是实践的来源，实践是认识的目的</w:t>
      </w:r>
    </w:p>
    <w:p>
      <w:pPr>
        <w:spacing w:before="20" w:after="20"/>
      </w:pPr>
      <w:r>
        <w:rPr>
          <w:sz w:val="22"/>
        </w:rPr>
        <w:t xml:space="preserve">    C. 人与自然不可分割，自然规律要依靠人的活动才能存在和发挥作用</w:t>
      </w:r>
    </w:p>
    <w:p>
      <w:pPr>
        <w:spacing w:before="20" w:after="20"/>
      </w:pPr>
      <w:r>
        <w:rPr>
          <w:sz w:val="22"/>
        </w:rPr>
        <w:t xml:space="preserve">    D. 认识规律、改造规律的过程，就是认识必然和争取自由的过程</w:t>
      </w:r>
    </w:p>
    <w:p>
      <w:pPr>
        <w:spacing w:before="160"/>
      </w:pPr>
      <w:r>
        <w:rPr>
          <w:b/>
          <w:sz w:val="22"/>
        </w:rPr>
        <w:t>231. 社会主义国家在经济上落后于发达资本主义国家，这就决定了在社会主义制度下必须把( )作为根本任务。</w:t>
      </w:r>
    </w:p>
    <w:p>
      <w:pPr>
        <w:spacing w:before="20" w:after="20"/>
      </w:pPr>
      <w:r>
        <w:rPr>
          <w:sz w:val="22"/>
        </w:rPr>
        <w:t xml:space="preserve">    A. 完善无产阶级专政</w:t>
      </w:r>
    </w:p>
    <w:p>
      <w:pPr>
        <w:spacing w:before="20" w:after="20"/>
      </w:pPr>
      <w:r>
        <w:rPr>
          <w:sz w:val="22"/>
        </w:rPr>
        <w:t xml:space="preserve">    B. 推进计划经济</w:t>
      </w:r>
    </w:p>
    <w:p>
      <w:pPr>
        <w:spacing w:before="20" w:after="20"/>
      </w:pPr>
      <w:r>
        <w:rPr>
          <w:sz w:val="22"/>
        </w:rPr>
        <w:t xml:space="preserve">    C. 大力发展生产力</w:t>
      </w:r>
    </w:p>
    <w:p>
      <w:pPr>
        <w:spacing w:before="20" w:after="20"/>
      </w:pPr>
      <w:r>
        <w:rPr>
          <w:sz w:val="22"/>
        </w:rPr>
        <w:t xml:space="preserve">    D. 加强对外扩张</w:t>
      </w:r>
    </w:p>
    <w:p>
      <w:pPr>
        <w:spacing w:before="160"/>
      </w:pPr>
      <w:r>
        <w:rPr>
          <w:b/>
          <w:sz w:val="22"/>
        </w:rPr>
        <w:t>232. “盛年不再来，一日难再晨”体现的是( )。</w:t>
      </w:r>
    </w:p>
    <w:p>
      <w:pPr>
        <w:spacing w:before="20" w:after="20"/>
      </w:pPr>
      <w:r>
        <w:rPr>
          <w:sz w:val="22"/>
        </w:rPr>
        <w:t xml:space="preserve">    A. 空间的三维性</w:t>
      </w:r>
    </w:p>
    <w:p>
      <w:pPr>
        <w:spacing w:before="20" w:after="20"/>
      </w:pPr>
      <w:r>
        <w:rPr>
          <w:sz w:val="22"/>
        </w:rPr>
        <w:t xml:space="preserve">    B. 时间的一维性</w:t>
      </w:r>
    </w:p>
    <w:p>
      <w:pPr>
        <w:spacing w:before="20" w:after="20"/>
      </w:pPr>
      <w:r>
        <w:rPr>
          <w:sz w:val="22"/>
        </w:rPr>
        <w:t xml:space="preserve">    C. 运动的相对性</w:t>
      </w:r>
    </w:p>
    <w:p>
      <w:pPr>
        <w:spacing w:before="20" w:after="20"/>
      </w:pPr>
      <w:r>
        <w:rPr>
          <w:sz w:val="22"/>
        </w:rPr>
        <w:t xml:space="preserve">    D. 意识的主观性</w:t>
      </w:r>
    </w:p>
    <w:p>
      <w:pPr>
        <w:spacing w:before="160"/>
      </w:pPr>
      <w:r>
        <w:rPr>
          <w:b/>
          <w:sz w:val="22"/>
        </w:rPr>
        <w:t>233. 唯物史观和唯心史观的根本分野是( )。</w:t>
      </w:r>
    </w:p>
    <w:p>
      <w:pPr>
        <w:spacing w:before="20" w:after="20"/>
      </w:pPr>
      <w:r>
        <w:rPr>
          <w:sz w:val="22"/>
        </w:rPr>
        <w:t xml:space="preserve">    A. 对社会存在、社会意识关系问题的不同回答</w:t>
      </w:r>
    </w:p>
    <w:p>
      <w:pPr>
        <w:spacing w:before="20" w:after="20"/>
      </w:pPr>
      <w:r>
        <w:rPr>
          <w:sz w:val="22"/>
        </w:rPr>
        <w:t xml:space="preserve">    B. 对意识和物质关系的不同回答</w:t>
      </w:r>
    </w:p>
    <w:p>
      <w:pPr>
        <w:spacing w:before="20" w:after="20"/>
      </w:pPr>
      <w:r>
        <w:rPr>
          <w:sz w:val="22"/>
        </w:rPr>
        <w:t xml:space="preserve">    C. 对真理与价值关系的不同回答</w:t>
      </w:r>
    </w:p>
    <w:p>
      <w:pPr>
        <w:spacing w:before="20" w:after="20"/>
      </w:pPr>
      <w:r>
        <w:rPr>
          <w:sz w:val="22"/>
        </w:rPr>
        <w:t xml:space="preserve">    D. 对认识来源问题的不同回答</w:t>
      </w:r>
    </w:p>
    <w:p>
      <w:pPr>
        <w:spacing w:before="160"/>
      </w:pPr>
      <w:r>
        <w:rPr>
          <w:b/>
          <w:sz w:val="22"/>
        </w:rPr>
        <w:t>234. 马克思在批判资本主义生产方式曾指出:“它靠缩短工人的寿命，在一定期限内延长工人的生产时间”，这是在评价( )的生产方法。</w:t>
      </w:r>
    </w:p>
    <w:p>
      <w:pPr>
        <w:spacing w:before="20" w:after="20"/>
      </w:pPr>
      <w:r>
        <w:rPr>
          <w:sz w:val="22"/>
        </w:rPr>
        <w:t xml:space="preserve">    A. 相对剩余价值</w:t>
      </w:r>
    </w:p>
    <w:p>
      <w:pPr>
        <w:spacing w:before="20" w:after="20"/>
      </w:pPr>
      <w:r>
        <w:rPr>
          <w:sz w:val="22"/>
        </w:rPr>
        <w:t xml:space="preserve">    B. 绝对剩余价值</w:t>
      </w:r>
    </w:p>
    <w:p>
      <w:pPr>
        <w:spacing w:before="20" w:after="20"/>
      </w:pPr>
      <w:r>
        <w:rPr>
          <w:sz w:val="22"/>
        </w:rPr>
        <w:t xml:space="preserve">    C. 价值</w:t>
      </w:r>
    </w:p>
    <w:p>
      <w:pPr>
        <w:spacing w:before="20" w:after="20"/>
      </w:pPr>
      <w:r>
        <w:rPr>
          <w:sz w:val="22"/>
        </w:rPr>
        <w:t xml:space="preserve">    D. 劳动力价值</w:t>
      </w:r>
    </w:p>
    <w:p>
      <w:pPr>
        <w:spacing w:before="160"/>
      </w:pPr>
      <w:r>
        <w:rPr>
          <w:b/>
          <w:sz w:val="22"/>
        </w:rPr>
        <w:t>235. 第二次世界大战之后，国家资本所有制形成并发挥重要作用，国家资本所有制就其性质而言( )。</w:t>
      </w:r>
    </w:p>
    <w:p>
      <w:pPr>
        <w:spacing w:before="20" w:after="20"/>
      </w:pPr>
      <w:r>
        <w:rPr>
          <w:sz w:val="22"/>
        </w:rPr>
        <w:t xml:space="preserve">    A. 是一种生产资料公有制</w:t>
      </w:r>
    </w:p>
    <w:p>
      <w:pPr>
        <w:spacing w:before="20" w:after="20"/>
      </w:pPr>
      <w:r>
        <w:rPr>
          <w:sz w:val="22"/>
        </w:rPr>
        <w:t xml:space="preserve">    B. 体现国家超越阶级实现平等的职能</w:t>
      </w:r>
    </w:p>
    <w:p>
      <w:pPr>
        <w:spacing w:before="20" w:after="20"/>
      </w:pPr>
      <w:r>
        <w:rPr>
          <w:sz w:val="22"/>
        </w:rPr>
        <w:t xml:space="preserve">    C. 体现着总资本家剥削雇佣劳动者的关系</w:t>
      </w:r>
    </w:p>
    <w:p>
      <w:pPr>
        <w:spacing w:before="20" w:after="20"/>
      </w:pPr>
      <w:r>
        <w:rPr>
          <w:sz w:val="22"/>
        </w:rPr>
        <w:t xml:space="preserve">    D. 是一种社会主义形式</w:t>
      </w:r>
    </w:p>
    <w:p>
      <w:pPr>
        <w:spacing w:before="160"/>
      </w:pPr>
      <w:r>
        <w:rPr>
          <w:b/>
          <w:sz w:val="22"/>
        </w:rPr>
        <w:t>236. 唯物史观认为，经济基础决定上层建筑，上层建筑反作用于经济基础。上层建筑反作用的性质取决于( )。</w:t>
      </w:r>
    </w:p>
    <w:p>
      <w:pPr>
        <w:spacing w:before="20" w:after="20"/>
      </w:pPr>
      <w:r>
        <w:rPr>
          <w:sz w:val="22"/>
        </w:rPr>
        <w:t xml:space="preserve">    A. 社会生产力的发展状况</w:t>
      </w:r>
    </w:p>
    <w:p>
      <w:pPr>
        <w:spacing w:before="20" w:after="20"/>
      </w:pPr>
      <w:r>
        <w:rPr>
          <w:sz w:val="22"/>
        </w:rPr>
        <w:t xml:space="preserve">    B. 它所服务的经济基础的性质</w:t>
      </w:r>
    </w:p>
    <w:p>
      <w:pPr>
        <w:spacing w:before="20" w:after="20"/>
      </w:pPr>
      <w:r>
        <w:rPr>
          <w:sz w:val="22"/>
        </w:rPr>
        <w:t xml:space="preserve">    C. 国家政权的制度属性</w:t>
      </w:r>
    </w:p>
    <w:p>
      <w:pPr>
        <w:spacing w:before="20" w:after="20"/>
      </w:pPr>
      <w:r>
        <w:rPr>
          <w:sz w:val="22"/>
        </w:rPr>
        <w:t xml:space="preserve">    D. 人民群众的思想水平</w:t>
      </w:r>
    </w:p>
    <w:p>
      <w:pPr>
        <w:spacing w:before="160"/>
      </w:pPr>
      <w:r>
        <w:rPr>
          <w:b/>
          <w:sz w:val="22"/>
        </w:rPr>
        <w:t>237. 面对夕阳西下，有的人脱口而出“落霞与孤鹜齐飞，秋水共长天一色”，有的人则只能说一句“哇，好美”。同样接触客观事物，由于理论准备不同，感受就可能大不一样。这一事实所蕴含的哲理是( )。</w:t>
      </w:r>
    </w:p>
    <w:p>
      <w:pPr>
        <w:spacing w:before="20" w:after="20"/>
      </w:pPr>
      <w:r>
        <w:rPr>
          <w:sz w:val="22"/>
        </w:rPr>
        <w:t xml:space="preserve">    A. 意识具有调控人的行为和生理活动的作用</w:t>
      </w:r>
    </w:p>
    <w:p>
      <w:pPr>
        <w:spacing w:before="20" w:after="20"/>
      </w:pPr>
      <w:r>
        <w:rPr>
          <w:sz w:val="22"/>
        </w:rPr>
        <w:t xml:space="preserve">    B. 人们的意识反作用于社会存在</w:t>
      </w:r>
    </w:p>
    <w:p>
      <w:pPr>
        <w:spacing w:before="20" w:after="20"/>
      </w:pPr>
      <w:r>
        <w:rPr>
          <w:sz w:val="22"/>
        </w:rPr>
        <w:t xml:space="preserve">    C. 人的感觉是渗透着理性的感觉</w:t>
      </w:r>
    </w:p>
    <w:p>
      <w:pPr>
        <w:spacing w:before="20" w:after="20"/>
      </w:pPr>
      <w:r>
        <w:rPr>
          <w:sz w:val="22"/>
        </w:rPr>
        <w:t xml:space="preserve">    D. 感性认识以理性认识为基础</w:t>
      </w:r>
    </w:p>
    <w:p>
      <w:pPr>
        <w:spacing w:before="160"/>
      </w:pPr>
      <w:r>
        <w:rPr>
          <w:b/>
          <w:sz w:val="22"/>
        </w:rPr>
        <w:t>238. “有无相生，难易相成，长短相形，高下相倾，音声相和，前后相随”体现了( )。</w:t>
      </w:r>
    </w:p>
    <w:p>
      <w:pPr>
        <w:spacing w:before="20" w:after="20"/>
      </w:pPr>
      <w:r>
        <w:rPr>
          <w:sz w:val="22"/>
        </w:rPr>
        <w:t xml:space="preserve">    A. 矛盾双方相互依存、相互贯通</w:t>
      </w:r>
    </w:p>
    <w:p>
      <w:pPr>
        <w:spacing w:before="20" w:after="20"/>
      </w:pPr>
      <w:r>
        <w:rPr>
          <w:sz w:val="22"/>
        </w:rPr>
        <w:t xml:space="preserve">    B. 矛盾双方相互斗争、相互排斥</w:t>
      </w:r>
    </w:p>
    <w:p>
      <w:pPr>
        <w:spacing w:before="20" w:after="20"/>
      </w:pPr>
      <w:r>
        <w:rPr>
          <w:sz w:val="22"/>
        </w:rPr>
        <w:t xml:space="preserve">    C. 矛盾双方有主次之分</w:t>
      </w:r>
    </w:p>
    <w:p>
      <w:pPr>
        <w:spacing w:before="20" w:after="20"/>
      </w:pPr>
      <w:r>
        <w:rPr>
          <w:sz w:val="22"/>
        </w:rPr>
        <w:t xml:space="preserve">    D. 矛盾双方存在和谐的状态</w:t>
      </w:r>
    </w:p>
    <w:p>
      <w:pPr>
        <w:spacing w:before="160"/>
      </w:pPr>
      <w:r>
        <w:rPr>
          <w:b/>
          <w:sz w:val="22"/>
        </w:rPr>
        <w:t>239. 在陕西省大荔县，冬枣最早在5月就已上市，变成“夏枣”，其最高价格是正常成熟冬枣的30多倍。科研团队持续攻关，突破了日光温室(温棚)栽培技术，解决了冬枣提早成熟的难题，运用现代科技手段发现了冬枣品质形成机制和成熟生理特征，为其优质高效生产奠定了基础。“冬枣变夏枣”的成功说明( )。</w:t>
      </w:r>
    </w:p>
    <w:p>
      <w:pPr>
        <w:spacing w:before="20" w:after="20"/>
      </w:pPr>
      <w:r>
        <w:rPr>
          <w:sz w:val="22"/>
        </w:rPr>
        <w:t xml:space="preserve">    A. 人们可以充分发挥主观能动性去改变现有的自然规律</w:t>
      </w:r>
    </w:p>
    <w:p>
      <w:pPr>
        <w:spacing w:before="20" w:after="20"/>
      </w:pPr>
      <w:r>
        <w:rPr>
          <w:sz w:val="22"/>
        </w:rPr>
        <w:t xml:space="preserve">    B. 人们在正确认识客观事物运动发展规律性的基础上可以摆脱必然性的制约</w:t>
      </w:r>
    </w:p>
    <w:p>
      <w:pPr>
        <w:spacing w:before="20" w:after="20"/>
      </w:pPr>
      <w:r>
        <w:rPr>
          <w:sz w:val="22"/>
        </w:rPr>
        <w:t xml:space="preserve">    C. 科学技术的发展标志着人类改造自然能力的增强</w:t>
      </w:r>
    </w:p>
    <w:p>
      <w:pPr>
        <w:spacing w:before="20" w:after="20"/>
      </w:pPr>
      <w:r>
        <w:rPr>
          <w:sz w:val="22"/>
        </w:rPr>
        <w:t xml:space="preserve">    D. 主体的需要是真理与价值统一的基础</w:t>
      </w:r>
    </w:p>
    <w:p>
      <w:pPr>
        <w:spacing w:before="160"/>
      </w:pPr>
      <w:r>
        <w:rPr>
          <w:b/>
          <w:sz w:val="22"/>
        </w:rPr>
        <w:t>240. 在实际工作中的教条主义、思想僵化，追求某种一成不变的公式，是( )的表现。</w:t>
      </w:r>
    </w:p>
    <w:p>
      <w:pPr>
        <w:spacing w:before="20" w:after="20"/>
      </w:pPr>
      <w:r>
        <w:rPr>
          <w:sz w:val="22"/>
        </w:rPr>
        <w:t xml:space="preserve">    A. 绝对主义</w:t>
      </w:r>
    </w:p>
    <w:p>
      <w:pPr>
        <w:spacing w:before="20" w:after="20"/>
      </w:pPr>
      <w:r>
        <w:rPr>
          <w:sz w:val="22"/>
        </w:rPr>
        <w:t xml:space="preserve">    B. 相对主义</w:t>
      </w:r>
    </w:p>
    <w:p>
      <w:pPr>
        <w:spacing w:before="20" w:after="20"/>
      </w:pPr>
      <w:r>
        <w:rPr>
          <w:sz w:val="22"/>
        </w:rPr>
        <w:t xml:space="preserve">    C. 辩证法</w:t>
      </w:r>
    </w:p>
    <w:p>
      <w:pPr>
        <w:spacing w:before="20" w:after="20"/>
      </w:pPr>
      <w:r>
        <w:rPr>
          <w:sz w:val="22"/>
        </w:rPr>
        <w:t xml:space="preserve">    D. 唯物主义</w:t>
      </w:r>
    </w:p>
    <w:p>
      <w:pPr>
        <w:spacing w:before="160"/>
      </w:pPr>
      <w:r>
        <w:rPr>
          <w:b/>
          <w:sz w:val="22"/>
        </w:rPr>
        <w:t>241. 资本在资本主义生产过程中采取生产资料和劳动力两种形态。马克思将资本区分为不变资本与可变资本的根据是( )。</w:t>
      </w:r>
    </w:p>
    <w:p>
      <w:pPr>
        <w:spacing w:before="20" w:after="20"/>
      </w:pPr>
      <w:r>
        <w:rPr>
          <w:sz w:val="22"/>
        </w:rPr>
        <w:t xml:space="preserve">    A. 资本不同部分在剩余价值生产中的不同作用</w:t>
      </w:r>
    </w:p>
    <w:p>
      <w:pPr>
        <w:spacing w:before="20" w:after="20"/>
      </w:pPr>
      <w:r>
        <w:rPr>
          <w:sz w:val="22"/>
        </w:rPr>
        <w:t xml:space="preserve">    B. 资本不同部分在周转中的不同方式</w:t>
      </w:r>
    </w:p>
    <w:p>
      <w:pPr>
        <w:spacing w:before="20" w:after="20"/>
      </w:pPr>
      <w:r>
        <w:rPr>
          <w:sz w:val="22"/>
        </w:rPr>
        <w:t xml:space="preserve">    C. 资本在循环中执行的不同职能</w:t>
      </w:r>
    </w:p>
    <w:p>
      <w:pPr>
        <w:spacing w:before="20" w:after="20"/>
      </w:pPr>
      <w:r>
        <w:rPr>
          <w:sz w:val="22"/>
        </w:rPr>
        <w:t xml:space="preserve">    D. 资本不同部分的物质形态是否改变</w:t>
      </w:r>
    </w:p>
    <w:p>
      <w:pPr>
        <w:spacing w:before="160"/>
      </w:pPr>
      <w:r>
        <w:rPr>
          <w:b/>
          <w:sz w:val="22"/>
        </w:rPr>
        <w:t>242. 资本主义制度下的社会财富表现为一种惊人的、庞大的商品堆积，单个的商品表现为它的元素形式。以下说法正确的是( )。</w:t>
      </w:r>
    </w:p>
    <w:p>
      <w:pPr>
        <w:spacing w:before="20" w:after="20"/>
      </w:pPr>
      <w:r>
        <w:rPr>
          <w:sz w:val="22"/>
        </w:rPr>
        <w:t xml:space="preserve">    A. 劳动是使用价值的唯一源泉</w:t>
      </w:r>
    </w:p>
    <w:p>
      <w:pPr>
        <w:spacing w:before="20" w:after="20"/>
      </w:pPr>
      <w:r>
        <w:rPr>
          <w:sz w:val="22"/>
        </w:rPr>
        <w:t xml:space="preserve">    B. 不论财富的社会的形式如何，使用价值总是构成财富的物质的内容</w:t>
      </w:r>
    </w:p>
    <w:p>
      <w:pPr>
        <w:spacing w:before="20" w:after="20"/>
      </w:pPr>
      <w:r>
        <w:rPr>
          <w:sz w:val="22"/>
        </w:rPr>
        <w:t xml:space="preserve">    C. 商品不一定是劳动产品</w:t>
      </w:r>
    </w:p>
    <w:p>
      <w:pPr>
        <w:spacing w:before="20" w:after="20"/>
      </w:pPr>
      <w:r>
        <w:rPr>
          <w:sz w:val="22"/>
        </w:rPr>
        <w:t xml:space="preserve">    D. 具体劳动形成商品的价值实体</w:t>
      </w:r>
    </w:p>
    <w:p>
      <w:pPr>
        <w:spacing w:before="160"/>
      </w:pPr>
      <w:r>
        <w:rPr>
          <w:b/>
          <w:sz w:val="22"/>
        </w:rPr>
        <w:t>243. “世界没有永动机，也没有一劳永逸自动解决所有问题的制度”，从矛盾的观点看，这是因为( )。</w:t>
      </w:r>
    </w:p>
    <w:p>
      <w:pPr>
        <w:spacing w:before="20" w:after="20"/>
      </w:pPr>
      <w:r>
        <w:rPr>
          <w:sz w:val="22"/>
        </w:rPr>
        <w:t xml:space="preserve">    A. 矛盾的同一性是绝对的</w:t>
      </w:r>
    </w:p>
    <w:p>
      <w:pPr>
        <w:spacing w:before="20" w:after="20"/>
      </w:pPr>
      <w:r>
        <w:rPr>
          <w:sz w:val="22"/>
        </w:rPr>
        <w:t xml:space="preserve">    B. 矛盾的斗争性是相对的</w:t>
      </w:r>
    </w:p>
    <w:p>
      <w:pPr>
        <w:spacing w:before="20" w:after="20"/>
      </w:pPr>
      <w:r>
        <w:rPr>
          <w:sz w:val="22"/>
        </w:rPr>
        <w:t xml:space="preserve">    C. 矛盾无处不在无时不有</w:t>
      </w:r>
    </w:p>
    <w:p>
      <w:pPr>
        <w:spacing w:before="20" w:after="20"/>
      </w:pPr>
      <w:r>
        <w:rPr>
          <w:sz w:val="22"/>
        </w:rPr>
        <w:t xml:space="preserve">    D. 矛盾的重点是和谐</w:t>
      </w:r>
    </w:p>
    <w:p>
      <w:pPr>
        <w:spacing w:before="160"/>
      </w:pPr>
      <w:r>
        <w:rPr>
          <w:b/>
          <w:sz w:val="22"/>
        </w:rPr>
        <w:t>244. 在英国，从14世纪末到18世纪中叶这段时期，政府曾经颁布过各种劳工法令，强迫工人延长工作日。在18世纪后期至19世纪上半叶，资本家依然强迫工人每日劳动12、14、16个小时，有的时候甚至达到18个小时以上。通过这种方式资本家获得的是( )。</w:t>
      </w:r>
    </w:p>
    <w:p>
      <w:pPr>
        <w:spacing w:before="20" w:after="20"/>
      </w:pPr>
      <w:r>
        <w:rPr>
          <w:sz w:val="22"/>
        </w:rPr>
        <w:t xml:space="preserve">    A. 超额剩余价值</w:t>
      </w:r>
    </w:p>
    <w:p>
      <w:pPr>
        <w:spacing w:before="20" w:after="20"/>
      </w:pPr>
      <w:r>
        <w:rPr>
          <w:sz w:val="22"/>
        </w:rPr>
        <w:t xml:space="preserve">    B. 相对剩余价值</w:t>
      </w:r>
    </w:p>
    <w:p>
      <w:pPr>
        <w:spacing w:before="20" w:after="20"/>
      </w:pPr>
      <w:r>
        <w:rPr>
          <w:sz w:val="22"/>
        </w:rPr>
        <w:t xml:space="preserve">    C. 绝对剩余价值</w:t>
      </w:r>
    </w:p>
    <w:p>
      <w:pPr>
        <w:spacing w:before="20" w:after="20"/>
      </w:pPr>
      <w:r>
        <w:rPr>
          <w:sz w:val="22"/>
        </w:rPr>
        <w:t xml:space="preserve">    D. 垄断剩余价值</w:t>
      </w:r>
    </w:p>
    <w:p>
      <w:pPr>
        <w:spacing w:before="160"/>
      </w:pPr>
      <w:r>
        <w:rPr>
          <w:b/>
          <w:sz w:val="22"/>
        </w:rPr>
        <w:t>245. 辩证的同一是( )。</w:t>
      </w:r>
    </w:p>
    <w:p>
      <w:pPr>
        <w:spacing w:before="20" w:after="20"/>
      </w:pPr>
      <w:r>
        <w:rPr>
          <w:sz w:val="22"/>
        </w:rPr>
        <w:t xml:space="preserve">    A. 指事物与其自身完全等同</w:t>
      </w:r>
    </w:p>
    <w:p>
      <w:pPr>
        <w:spacing w:before="20" w:after="20"/>
      </w:pPr>
      <w:r>
        <w:rPr>
          <w:sz w:val="22"/>
        </w:rPr>
        <w:t xml:space="preserve">    B. 不包含差别的绝对同一</w:t>
      </w:r>
    </w:p>
    <w:p>
      <w:pPr>
        <w:spacing w:before="20" w:after="20"/>
      </w:pPr>
      <w:r>
        <w:rPr>
          <w:sz w:val="22"/>
        </w:rPr>
        <w:t xml:space="preserve">    C. 以差别、对立为前提的同一</w:t>
      </w:r>
    </w:p>
    <w:p>
      <w:pPr>
        <w:spacing w:before="20" w:after="20"/>
      </w:pPr>
      <w:r>
        <w:rPr>
          <w:sz w:val="22"/>
        </w:rPr>
        <w:t xml:space="preserve">    D. 不包含否定因素的同一</w:t>
      </w:r>
    </w:p>
    <w:p>
      <w:pPr>
        <w:spacing w:before="160"/>
      </w:pPr>
      <w:r>
        <w:rPr>
          <w:b/>
          <w:sz w:val="22"/>
        </w:rPr>
        <w:t>246. 社会物质文明发展的基本内容是( )。</w:t>
      </w:r>
    </w:p>
    <w:p>
      <w:pPr>
        <w:spacing w:before="20" w:after="20"/>
      </w:pPr>
      <w:r>
        <w:rPr>
          <w:sz w:val="22"/>
        </w:rPr>
        <w:t xml:space="preserve">    A. 人的理智发展</w:t>
      </w:r>
    </w:p>
    <w:p>
      <w:pPr>
        <w:spacing w:before="20" w:after="20"/>
      </w:pPr>
      <w:r>
        <w:rPr>
          <w:sz w:val="22"/>
        </w:rPr>
        <w:t xml:space="preserve">    B. 人的体力的发展</w:t>
      </w:r>
    </w:p>
    <w:p>
      <w:pPr>
        <w:spacing w:before="20" w:after="20"/>
      </w:pPr>
      <w:r>
        <w:rPr>
          <w:sz w:val="22"/>
        </w:rPr>
        <w:t xml:space="preserve">    C. 生产力的发展</w:t>
      </w:r>
    </w:p>
    <w:p>
      <w:pPr>
        <w:spacing w:before="20" w:after="20"/>
      </w:pPr>
      <w:r>
        <w:rPr>
          <w:sz w:val="22"/>
        </w:rPr>
        <w:t xml:space="preserve">    D. 普遍交往的发展</w:t>
      </w:r>
    </w:p>
    <w:p>
      <w:pPr>
        <w:spacing w:before="160"/>
      </w:pPr>
      <w:r>
        <w:rPr>
          <w:b/>
          <w:sz w:val="22"/>
        </w:rPr>
        <w:t>247. 商品经济的基本矛盾是( )。</w:t>
      </w:r>
    </w:p>
    <w:p>
      <w:pPr>
        <w:spacing w:before="20" w:after="20"/>
      </w:pPr>
      <w:r>
        <w:rPr>
          <w:sz w:val="22"/>
        </w:rPr>
        <w:t xml:space="preserve">    A. 价值与使用价值的矛盾</w:t>
      </w:r>
    </w:p>
    <w:p>
      <w:pPr>
        <w:spacing w:before="20" w:after="20"/>
      </w:pPr>
      <w:r>
        <w:rPr>
          <w:sz w:val="22"/>
        </w:rPr>
        <w:t xml:space="preserve">    B. 具体劳动与抽象劳动的矛盾</w:t>
      </w:r>
    </w:p>
    <w:p>
      <w:pPr>
        <w:spacing w:before="20" w:after="20"/>
      </w:pPr>
      <w:r>
        <w:rPr>
          <w:sz w:val="22"/>
        </w:rPr>
        <w:t xml:space="preserve">    C. 私人劳动与社会劳动的矛盾</w:t>
      </w:r>
    </w:p>
    <w:p>
      <w:pPr>
        <w:spacing w:before="20" w:after="20"/>
      </w:pPr>
      <w:r>
        <w:rPr>
          <w:sz w:val="22"/>
        </w:rPr>
        <w:t xml:space="preserve">    D. 价值与价格的矛盾</w:t>
      </w:r>
    </w:p>
    <w:p>
      <w:pPr>
        <w:spacing w:before="160"/>
      </w:pPr>
      <w:r>
        <w:rPr>
          <w:b/>
          <w:sz w:val="22"/>
        </w:rPr>
        <w:t>248. 运动就其作为哲学范畴而言，标志着( )。</w:t>
      </w:r>
    </w:p>
    <w:p>
      <w:pPr>
        <w:spacing w:before="20" w:after="20"/>
      </w:pPr>
      <w:r>
        <w:rPr>
          <w:sz w:val="22"/>
        </w:rPr>
        <w:t xml:space="preserve">    A. 单纯空间位置的变动</w:t>
      </w:r>
    </w:p>
    <w:p>
      <w:pPr>
        <w:spacing w:before="20" w:after="20"/>
      </w:pPr>
      <w:r>
        <w:rPr>
          <w:sz w:val="22"/>
        </w:rPr>
        <w:t xml:space="preserve">    B. 理论思维的发展过程</w:t>
      </w:r>
    </w:p>
    <w:p>
      <w:pPr>
        <w:spacing w:before="20" w:after="20"/>
      </w:pPr>
      <w:r>
        <w:rPr>
          <w:sz w:val="22"/>
        </w:rPr>
        <w:t xml:space="preserve">    C. 时间的发展延伸</w:t>
      </w:r>
    </w:p>
    <w:p>
      <w:pPr>
        <w:spacing w:before="20" w:after="20"/>
      </w:pPr>
      <w:r>
        <w:rPr>
          <w:sz w:val="22"/>
        </w:rPr>
        <w:t xml:space="preserve">    D. 一切事物和现象的变化及其过程</w:t>
      </w:r>
    </w:p>
    <w:p>
      <w:pPr>
        <w:spacing w:before="160"/>
      </w:pPr>
      <w:r>
        <w:rPr>
          <w:b/>
          <w:sz w:val="22"/>
        </w:rPr>
        <w:t>249. 有一种观点认为既然意识是物质的反映，那么关于鬼神是否存在就要看是否有人见到过或听到过鬼神，从认识论的角度看，这属于( )</w:t>
      </w:r>
    </w:p>
    <w:p>
      <w:pPr>
        <w:spacing w:before="20" w:after="20"/>
      </w:pPr>
      <w:r>
        <w:rPr>
          <w:sz w:val="22"/>
        </w:rPr>
        <w:t xml:space="preserve">    A. 先验论</w:t>
      </w:r>
    </w:p>
    <w:p>
      <w:pPr>
        <w:spacing w:before="20" w:after="20"/>
      </w:pPr>
      <w:r>
        <w:rPr>
          <w:sz w:val="22"/>
        </w:rPr>
        <w:t xml:space="preserve">    B. 理念论</w:t>
      </w:r>
    </w:p>
    <w:p>
      <w:pPr>
        <w:spacing w:before="20" w:after="20"/>
      </w:pPr>
      <w:r>
        <w:rPr>
          <w:sz w:val="22"/>
        </w:rPr>
        <w:t xml:space="preserve">    C. 直观反映论</w:t>
      </w:r>
    </w:p>
    <w:p>
      <w:pPr>
        <w:spacing w:before="20" w:after="20"/>
      </w:pPr>
      <w:r>
        <w:rPr>
          <w:sz w:val="22"/>
        </w:rPr>
        <w:t xml:space="preserve">    D. 能动反映论</w:t>
      </w:r>
    </w:p>
    <w:p>
      <w:pPr>
        <w:spacing w:before="160"/>
      </w:pPr>
      <w:r>
        <w:rPr>
          <w:b/>
          <w:sz w:val="22"/>
        </w:rPr>
        <w:t>250. 生产商品所需要的社会必要劳动时间随着劳动生产率的变化而变化。劳动生产率是指( )。</w:t>
      </w:r>
    </w:p>
    <w:p>
      <w:pPr>
        <w:spacing w:before="20" w:after="20"/>
      </w:pPr>
      <w:r>
        <w:rPr>
          <w:sz w:val="22"/>
        </w:rPr>
        <w:t xml:space="preserve">    A. 劳动者生产剩余价值的能力</w:t>
      </w:r>
    </w:p>
    <w:p>
      <w:pPr>
        <w:spacing w:before="20" w:after="20"/>
      </w:pPr>
      <w:r>
        <w:rPr>
          <w:sz w:val="22"/>
        </w:rPr>
        <w:t xml:space="preserve">    B. 劳动者生产使用价值的能力</w:t>
      </w:r>
    </w:p>
    <w:p>
      <w:pPr>
        <w:spacing w:before="20" w:after="20"/>
      </w:pPr>
      <w:r>
        <w:rPr>
          <w:sz w:val="22"/>
        </w:rPr>
        <w:t xml:space="preserve">    C. 劳动在整个生产中所占的比例</w:t>
      </w:r>
    </w:p>
    <w:p>
      <w:pPr>
        <w:spacing w:before="20" w:after="20"/>
      </w:pPr>
      <w:r>
        <w:rPr>
          <w:sz w:val="22"/>
        </w:rPr>
        <w:t xml:space="preserve">    D. 劳动者的劳动强度</w:t>
      </w:r>
    </w:p>
    <w:p>
      <w:pPr>
        <w:spacing w:before="160"/>
      </w:pPr>
      <w:r>
        <w:rPr>
          <w:b/>
          <w:sz w:val="22"/>
        </w:rPr>
        <w:t>251. 真理的本性在于( )。</w:t>
      </w:r>
    </w:p>
    <w:p>
      <w:pPr>
        <w:spacing w:before="20" w:after="20"/>
      </w:pPr>
      <w:r>
        <w:rPr>
          <w:sz w:val="22"/>
        </w:rPr>
        <w:t xml:space="preserve">    A. 客观实在</w:t>
      </w:r>
    </w:p>
    <w:p>
      <w:pPr>
        <w:spacing w:before="20" w:after="20"/>
      </w:pPr>
      <w:r>
        <w:rPr>
          <w:sz w:val="22"/>
        </w:rPr>
        <w:t xml:space="preserve">    B. 主观意识</w:t>
      </w:r>
    </w:p>
    <w:p>
      <w:pPr>
        <w:spacing w:before="20" w:after="20"/>
      </w:pPr>
      <w:r>
        <w:rPr>
          <w:sz w:val="22"/>
        </w:rPr>
        <w:t xml:space="preserve">    C. 主观和客观相符合</w:t>
      </w:r>
    </w:p>
    <w:p>
      <w:pPr>
        <w:spacing w:before="20" w:after="20"/>
      </w:pPr>
      <w:r>
        <w:rPr>
          <w:sz w:val="22"/>
        </w:rPr>
        <w:t xml:space="preserve">    D. 对主体的有用性</w:t>
      </w:r>
    </w:p>
    <w:p>
      <w:pPr>
        <w:spacing w:before="160"/>
      </w:pPr>
      <w:r>
        <w:rPr>
          <w:b/>
          <w:sz w:val="22"/>
        </w:rPr>
        <w:t>252. 资本主义生产过程不仅是生产使用价值的劳动过程，同时是生产剩余价值的价值增殖过程。价值增殖过程是剩余价值的生产过程，这是资本主义生产过程的主要方面。所谓价值增殖过程,是超过了一定点而延长了的价值的形成过程，这里的“一定点”指的是雇佣工人( )。</w:t>
      </w:r>
    </w:p>
    <w:p>
      <w:pPr>
        <w:spacing w:before="20" w:after="20"/>
      </w:pPr>
      <w:r>
        <w:rPr>
          <w:sz w:val="22"/>
        </w:rPr>
        <w:t xml:space="preserve">    A. 转移生产资料价值的时间</w:t>
      </w:r>
    </w:p>
    <w:p>
      <w:pPr>
        <w:spacing w:before="20" w:after="20"/>
      </w:pPr>
      <w:r>
        <w:rPr>
          <w:sz w:val="22"/>
        </w:rPr>
        <w:t xml:space="preserve">    B. 转移劳动力价值的时间</w:t>
      </w:r>
    </w:p>
    <w:p>
      <w:pPr>
        <w:spacing w:before="20" w:after="20"/>
      </w:pPr>
      <w:r>
        <w:rPr>
          <w:sz w:val="22"/>
        </w:rPr>
        <w:t xml:space="preserve">    C. 创造使用价值的时间</w:t>
      </w:r>
    </w:p>
    <w:p>
      <w:pPr>
        <w:spacing w:before="20" w:after="20"/>
      </w:pPr>
      <w:r>
        <w:rPr>
          <w:sz w:val="22"/>
        </w:rPr>
        <w:t xml:space="preserve">    D. 再生产自己劳动力价值的时间</w:t>
      </w:r>
    </w:p>
    <w:p>
      <w:pPr>
        <w:spacing w:before="160"/>
      </w:pPr>
      <w:r>
        <w:rPr>
          <w:b/>
          <w:sz w:val="22"/>
        </w:rPr>
        <w:t>253. “我们从小麦的滋味中尝不出种植小麦的人是俄国的农奴，法国的小农，还是英国的资本家。使用价值虽然是社会需要的对象，因而处在社会联系之中，但是并不反映任何社会生产关系。”马克思的这段话表明( )。</w:t>
      </w:r>
    </w:p>
    <w:p>
      <w:pPr>
        <w:spacing w:before="20" w:after="20"/>
      </w:pPr>
      <w:r>
        <w:rPr>
          <w:sz w:val="22"/>
        </w:rPr>
        <w:t xml:space="preserve">    A. 商品的使用价值在质上是一样的</w:t>
      </w:r>
    </w:p>
    <w:p>
      <w:pPr>
        <w:spacing w:before="20" w:after="20"/>
      </w:pPr>
      <w:r>
        <w:rPr>
          <w:sz w:val="22"/>
        </w:rPr>
        <w:t xml:space="preserve">    B. 商品的使用价值与具体劳动无关</w:t>
      </w:r>
    </w:p>
    <w:p>
      <w:pPr>
        <w:spacing w:before="20" w:after="20"/>
      </w:pPr>
      <w:r>
        <w:rPr>
          <w:sz w:val="22"/>
        </w:rPr>
        <w:t xml:space="preserve">    C. 使用价值是历史范畴</w:t>
      </w:r>
    </w:p>
    <w:p>
      <w:pPr>
        <w:spacing w:before="20" w:after="20"/>
      </w:pPr>
      <w:r>
        <w:rPr>
          <w:sz w:val="22"/>
        </w:rPr>
        <w:t xml:space="preserve">    D. 使用价值是商品的自然属性</w:t>
      </w:r>
    </w:p>
    <w:p>
      <w:pPr>
        <w:spacing w:before="160"/>
      </w:pPr>
      <w:r>
        <w:rPr>
          <w:b/>
          <w:sz w:val="22"/>
        </w:rPr>
        <w:t>254. 柏拉图认为，人在出生之前，其灵魂已经有了普遍的理念，知识就是对这些理念的回忆。这属于( )。</w:t>
      </w:r>
    </w:p>
    <w:p>
      <w:pPr>
        <w:spacing w:before="20" w:after="20"/>
      </w:pPr>
      <w:r>
        <w:rPr>
          <w:sz w:val="22"/>
        </w:rPr>
        <w:t xml:space="preserve">    A. 唯心主义认识路线</w:t>
      </w:r>
    </w:p>
    <w:p>
      <w:pPr>
        <w:spacing w:before="20" w:after="20"/>
      </w:pPr>
      <w:r>
        <w:rPr>
          <w:sz w:val="22"/>
        </w:rPr>
        <w:t xml:space="preserve">    B. 旧唯物主义反映论</w:t>
      </w:r>
    </w:p>
    <w:p>
      <w:pPr>
        <w:spacing w:before="20" w:after="20"/>
      </w:pPr>
      <w:r>
        <w:rPr>
          <w:sz w:val="22"/>
        </w:rPr>
        <w:t xml:space="preserve">    C. 辩证唯物主义认识论</w:t>
      </w:r>
    </w:p>
    <w:p>
      <w:pPr>
        <w:spacing w:before="20" w:after="20"/>
      </w:pPr>
      <w:r>
        <w:rPr>
          <w:sz w:val="22"/>
        </w:rPr>
        <w:t xml:space="preserve">    D. 机械唯物主义认识论</w:t>
      </w:r>
    </w:p>
    <w:p>
      <w:pPr>
        <w:spacing w:before="160"/>
      </w:pPr>
      <w:r>
        <w:rPr>
          <w:b/>
          <w:sz w:val="22"/>
        </w:rPr>
        <w:t>255. “任何一个有机体，在每一个瞬间都既是它本身又不是它本身;在每一瞬间它消化着外界供给的物质，并排泄出其他物质”，这种观点( )。(0.6) `[分]`</w:t>
      </w:r>
    </w:p>
    <w:p>
      <w:pPr>
        <w:spacing w:before="20" w:after="20"/>
      </w:pPr>
      <w:r>
        <w:rPr>
          <w:sz w:val="22"/>
        </w:rPr>
        <w:t xml:space="preserve">    A. 否认相对静止的诡辩论</w:t>
      </w:r>
    </w:p>
    <w:p>
      <w:pPr>
        <w:spacing w:before="20" w:after="20"/>
      </w:pPr>
      <w:r>
        <w:rPr>
          <w:sz w:val="22"/>
        </w:rPr>
        <w:t xml:space="preserve">    B. 承认联系与发展的唯物辩证法</w:t>
      </w:r>
    </w:p>
    <w:p>
      <w:pPr>
        <w:spacing w:before="20" w:after="20"/>
      </w:pPr>
      <w:r>
        <w:rPr>
          <w:sz w:val="22"/>
        </w:rPr>
        <w:t xml:space="preserve">    C. 否认认识世界可能性的不可知论</w:t>
      </w:r>
    </w:p>
    <w:p>
      <w:pPr>
        <w:spacing w:before="20" w:after="20"/>
      </w:pPr>
      <w:r>
        <w:rPr>
          <w:sz w:val="22"/>
        </w:rPr>
        <w:t xml:space="preserve">    D. 承认物质永恒不变的形而上学</w:t>
      </w:r>
    </w:p>
    <w:p>
      <w:pPr>
        <w:spacing w:before="160"/>
      </w:pPr>
      <w:r>
        <w:rPr>
          <w:b/>
          <w:sz w:val="22"/>
        </w:rPr>
        <w:t>256. 消费者的下列经济行为中，属于货币执行价值尺度职能的是( )。</w:t>
      </w:r>
    </w:p>
    <w:p>
      <w:pPr>
        <w:spacing w:before="20" w:after="20"/>
      </w:pPr>
      <w:r>
        <w:rPr>
          <w:sz w:val="22"/>
        </w:rPr>
        <w:t xml:space="preserve">    A. 缴纳房屋契税9000元</w:t>
      </w:r>
    </w:p>
    <w:p>
      <w:pPr>
        <w:spacing w:before="20" w:after="20"/>
      </w:pPr>
      <w:r>
        <w:rPr>
          <w:sz w:val="22"/>
        </w:rPr>
        <w:t xml:space="preserve">    B. 购买商品房，合同约定房价30万元</w:t>
      </w:r>
    </w:p>
    <w:p>
      <w:pPr>
        <w:spacing w:before="20" w:after="20"/>
      </w:pPr>
      <w:r>
        <w:rPr>
          <w:sz w:val="22"/>
        </w:rPr>
        <w:t xml:space="preserve">    C. 在装饰材料市场现购材料5万元</w:t>
      </w:r>
    </w:p>
    <w:p>
      <w:pPr>
        <w:spacing w:before="20" w:after="20"/>
      </w:pPr>
      <w:r>
        <w:rPr>
          <w:sz w:val="22"/>
        </w:rPr>
        <w:t xml:space="preserve">    D. 按购房合同约定，第二年付房款10万元</w:t>
      </w:r>
    </w:p>
    <w:p>
      <w:pPr>
        <w:spacing w:before="160"/>
      </w:pPr>
      <w:r>
        <w:rPr>
          <w:b/>
          <w:sz w:val="22"/>
        </w:rPr>
        <w:t>257. 列宁指出:“必须把人的全部实践——作为真理的标准，也作为事物同人所需要它的那一点的联系的实际确定者——包括到事物的完整的‘定义’中去。”这说明( )。</w:t>
      </w:r>
    </w:p>
    <w:p>
      <w:pPr>
        <w:spacing w:before="20" w:after="20"/>
      </w:pPr>
      <w:r>
        <w:rPr>
          <w:sz w:val="22"/>
        </w:rPr>
        <w:t xml:space="preserve">    A. 具体的实践不能检验真理</w:t>
      </w:r>
    </w:p>
    <w:p>
      <w:pPr>
        <w:spacing w:before="20" w:after="20"/>
      </w:pPr>
      <w:r>
        <w:rPr>
          <w:sz w:val="22"/>
        </w:rPr>
        <w:t xml:space="preserve">    B. 实践标准不具有客观性</w:t>
      </w:r>
    </w:p>
    <w:p>
      <w:pPr>
        <w:spacing w:before="20" w:after="20"/>
      </w:pPr>
      <w:r>
        <w:rPr>
          <w:sz w:val="22"/>
        </w:rPr>
        <w:t xml:space="preserve">    C. 实践检验是一次完成的</w:t>
      </w:r>
    </w:p>
    <w:p>
      <w:pPr>
        <w:spacing w:before="20" w:after="20"/>
      </w:pPr>
      <w:r>
        <w:rPr>
          <w:sz w:val="22"/>
        </w:rPr>
        <w:t xml:space="preserve">    D. 实践检验真理是一个永无止境的过程</w:t>
      </w:r>
    </w:p>
    <w:p>
      <w:pPr>
        <w:spacing w:before="160"/>
      </w:pPr>
      <w:r>
        <w:rPr>
          <w:b/>
          <w:sz w:val="22"/>
        </w:rPr>
        <w:t>258. 垄断利润是垄断资本家凭借其在社会生产和流通中的垄断地位而获得的( )的高额利润。</w:t>
      </w:r>
    </w:p>
    <w:p>
      <w:pPr>
        <w:spacing w:before="20" w:after="20"/>
      </w:pPr>
      <w:r>
        <w:rPr>
          <w:sz w:val="22"/>
        </w:rPr>
        <w:t xml:space="preserve">    A. 低于平均利润</w:t>
      </w:r>
    </w:p>
    <w:p>
      <w:pPr>
        <w:spacing w:before="20" w:after="20"/>
      </w:pPr>
      <w:r>
        <w:rPr>
          <w:sz w:val="22"/>
        </w:rPr>
        <w:t xml:space="preserve">    B. 等于平均利润</w:t>
      </w:r>
    </w:p>
    <w:p>
      <w:pPr>
        <w:spacing w:before="20" w:after="20"/>
      </w:pPr>
      <w:r>
        <w:rPr>
          <w:sz w:val="22"/>
        </w:rPr>
        <w:t xml:space="preserve">    C. 超过平均利润</w:t>
      </w:r>
    </w:p>
    <w:p>
      <w:pPr>
        <w:spacing w:before="20" w:after="20"/>
      </w:pPr>
      <w:r>
        <w:rPr>
          <w:sz w:val="22"/>
        </w:rPr>
        <w:t xml:space="preserve">    D. 等于生产价格</w:t>
      </w:r>
    </w:p>
    <w:p>
      <w:pPr>
        <w:spacing w:before="160"/>
      </w:pPr>
      <w:r>
        <w:rPr>
          <w:b/>
          <w:sz w:val="22"/>
        </w:rPr>
        <w:t>259. 古人从日光中意识到，“辉光所烛，万里同晷”。然而同是时间，有人感觉它如年轮，一圈圈积累成参天大树，也有人感觉它如流沙，飞流不止无可奈何。时间观不同，意义感就大不相同。同样的时间却可能有着不同的时间观，这是因为( )。</w:t>
      </w:r>
    </w:p>
    <w:p>
      <w:pPr>
        <w:spacing w:before="20" w:after="20"/>
      </w:pPr>
      <w:r>
        <w:rPr>
          <w:sz w:val="22"/>
        </w:rPr>
        <w:t xml:space="preserve">    A. 时间的客观性是相对的</w:t>
      </w:r>
    </w:p>
    <w:p>
      <w:pPr>
        <w:spacing w:before="20" w:after="20"/>
      </w:pPr>
      <w:r>
        <w:rPr>
          <w:sz w:val="22"/>
        </w:rPr>
        <w:t xml:space="preserve">    B. 时间是意识和观念的产物</w:t>
      </w:r>
    </w:p>
    <w:p>
      <w:pPr>
        <w:spacing w:before="20" w:after="20"/>
      </w:pPr>
      <w:r>
        <w:rPr>
          <w:sz w:val="22"/>
        </w:rPr>
        <w:t xml:space="preserve">    C. 人无法认识时间的无限性</w:t>
      </w:r>
    </w:p>
    <w:p>
      <w:pPr>
        <w:spacing w:before="20" w:after="20"/>
      </w:pPr>
      <w:r>
        <w:rPr>
          <w:sz w:val="22"/>
        </w:rPr>
        <w:t xml:space="preserve">    D. 人对时间的认识具有能动性</w:t>
      </w:r>
    </w:p>
    <w:p>
      <w:pPr>
        <w:spacing w:before="160"/>
      </w:pPr>
      <w:r>
        <w:rPr>
          <w:b/>
          <w:sz w:val="22"/>
        </w:rPr>
        <w:t>260. 马克思主义真理精神表现为实践的精神。实践的观点、生活的观点是马克思主义认识论的基本观点，实践性是马克思主义理论区别于其他理论的显著特征。真理性认识的基础和动力是实践，检验真理的标准归根到底也是实践。实践是检验真理的唯一标准，这是因为( )。</w:t>
      </w:r>
    </w:p>
    <w:p>
      <w:pPr>
        <w:spacing w:before="20" w:after="20"/>
      </w:pPr>
      <w:r>
        <w:rPr>
          <w:sz w:val="22"/>
        </w:rPr>
        <w:t xml:space="preserve">    A. 实践是人的本质</w:t>
      </w:r>
    </w:p>
    <w:p>
      <w:pPr>
        <w:spacing w:before="20" w:after="20"/>
      </w:pPr>
      <w:r>
        <w:rPr>
          <w:sz w:val="22"/>
        </w:rPr>
        <w:t xml:space="preserve">    B. 真理与实践都是绝对的</w:t>
      </w:r>
    </w:p>
    <w:p>
      <w:pPr>
        <w:spacing w:before="20" w:after="20"/>
      </w:pPr>
      <w:r>
        <w:rPr>
          <w:sz w:val="22"/>
        </w:rPr>
        <w:t xml:space="preserve">    C. 真理是抽象的，但实践是具体的</w:t>
      </w:r>
    </w:p>
    <w:p>
      <w:pPr>
        <w:spacing w:before="20" w:after="20"/>
      </w:pPr>
      <w:r>
        <w:rPr>
          <w:sz w:val="22"/>
        </w:rPr>
        <w:t xml:space="preserve">    D. 只有实践才能把主观认识同客观实在联系起来加以对照</w:t>
      </w:r>
    </w:p>
    <w:p>
      <w:pPr>
        <w:spacing w:before="160"/>
      </w:pPr>
      <w:r>
        <w:rPr>
          <w:b/>
          <w:sz w:val="22"/>
        </w:rPr>
        <w:t>261. 辛亥革命虽然没有完成实现民族独立、人民解放的历史任务，但辛亥革命“永远是中华民族伟大复兴征程上一座巍然屹立的里程碑”，从矛盾的观点看，这体现了( )。</w:t>
      </w:r>
    </w:p>
    <w:p>
      <w:pPr>
        <w:spacing w:before="20" w:after="20"/>
      </w:pPr>
      <w:r>
        <w:rPr>
          <w:sz w:val="22"/>
        </w:rPr>
        <w:t xml:space="preserve">    A. 矛盾的普遍性决定了事物的不同性质</w:t>
      </w:r>
    </w:p>
    <w:p>
      <w:pPr>
        <w:spacing w:before="20" w:after="20"/>
      </w:pPr>
      <w:r>
        <w:rPr>
          <w:sz w:val="22"/>
        </w:rPr>
        <w:t xml:space="preserve">    B. 事物的性质具有主观性</w:t>
      </w:r>
    </w:p>
    <w:p>
      <w:pPr>
        <w:spacing w:before="20" w:after="20"/>
      </w:pPr>
      <w:r>
        <w:rPr>
          <w:sz w:val="22"/>
        </w:rPr>
        <w:t xml:space="preserve">    C. 次要矛盾的次要方面决定事物的性质</w:t>
      </w:r>
    </w:p>
    <w:p>
      <w:pPr>
        <w:spacing w:before="20" w:after="20"/>
      </w:pPr>
      <w:r>
        <w:rPr>
          <w:sz w:val="22"/>
        </w:rPr>
        <w:t xml:space="preserve">    D. 主要矛盾的主要方面决定事物的性质</w:t>
      </w:r>
    </w:p>
    <w:p>
      <w:pPr>
        <w:spacing w:before="160"/>
      </w:pPr>
      <w:r>
        <w:rPr>
          <w:b/>
          <w:sz w:val="22"/>
        </w:rPr>
        <w:t>262. 在原始社会，人们只有朴素的公有观念，不知“私有”为何物。随着以生产资料私有制为基础的生产方式的出现和原始社会的瓦解，私有观念以及与此相联系的思想意识才得以产生。这说明( )。</w:t>
      </w:r>
    </w:p>
    <w:p>
      <w:pPr>
        <w:spacing w:before="20" w:after="20"/>
      </w:pPr>
      <w:r>
        <w:rPr>
          <w:sz w:val="22"/>
        </w:rPr>
        <w:t xml:space="preserve">    A. 社会意识变化和发展的根源总是深藏于经济事实当中</w:t>
      </w:r>
    </w:p>
    <w:p>
      <w:pPr>
        <w:spacing w:before="20" w:after="20"/>
      </w:pPr>
      <w:r>
        <w:rPr>
          <w:sz w:val="22"/>
        </w:rPr>
        <w:t xml:space="preserve">    B. 社会意识的发展变化总是落后于社会存在</w:t>
      </w:r>
    </w:p>
    <w:p>
      <w:pPr>
        <w:spacing w:before="20" w:after="20"/>
      </w:pPr>
      <w:r>
        <w:rPr>
          <w:sz w:val="22"/>
        </w:rPr>
        <w:t xml:space="preserve">    C. 社会意识对社会发展总是起着积极的促进作用</w:t>
      </w:r>
    </w:p>
    <w:p>
      <w:pPr>
        <w:spacing w:before="20" w:after="20"/>
      </w:pPr>
      <w:r>
        <w:rPr>
          <w:sz w:val="22"/>
        </w:rPr>
        <w:t xml:space="preserve">    D. 社会意识总是消极被动地受制于社会存在</w:t>
      </w:r>
    </w:p>
    <w:p>
      <w:pPr>
        <w:spacing w:before="160"/>
      </w:pPr>
      <w:r>
        <w:rPr>
          <w:b/>
          <w:sz w:val="22"/>
        </w:rPr>
        <w:t>263. 利用无人机作业喷药防控与常规喷雾、烟雾防治相比较，可提高喷药速度、减少人工成本，提高防治效果、减少农药使用量，极大地提高了农业植保效率。这说明( )。</w:t>
      </w:r>
    </w:p>
    <w:p>
      <w:pPr>
        <w:spacing w:before="20" w:after="20"/>
      </w:pPr>
      <w:r>
        <w:rPr>
          <w:sz w:val="22"/>
        </w:rPr>
        <w:t xml:space="preserve">    A. 科学知识是生产力中最活跃的因素</w:t>
      </w:r>
    </w:p>
    <w:p>
      <w:pPr>
        <w:spacing w:before="20" w:after="20"/>
      </w:pPr>
      <w:r>
        <w:rPr>
          <w:sz w:val="22"/>
        </w:rPr>
        <w:t xml:space="preserve">    B. 科学技术是社会发展的基础和决定力量</w:t>
      </w:r>
    </w:p>
    <w:p>
      <w:pPr>
        <w:spacing w:before="20" w:after="20"/>
      </w:pPr>
      <w:r>
        <w:rPr>
          <w:sz w:val="22"/>
        </w:rPr>
        <w:t xml:space="preserve">    C. 科学技术是第一生产力</w:t>
      </w:r>
    </w:p>
    <w:p>
      <w:pPr>
        <w:spacing w:before="20" w:after="20"/>
      </w:pPr>
      <w:r>
        <w:rPr>
          <w:sz w:val="22"/>
        </w:rPr>
        <w:t xml:space="preserve">    D. 科学技术一定有利于人类社会发展</w:t>
      </w:r>
    </w:p>
    <w:p>
      <w:pPr>
        <w:spacing w:before="160"/>
      </w:pPr>
      <w:r>
        <w:rPr>
          <w:b/>
          <w:sz w:val="22"/>
        </w:rPr>
        <w:t>264. 探月工程叫“嫦娥”、月球车叫“玉兔”、全球定位系统叫“北斗”、载人空间站叫“天宫”……“中国航天起名有多浪漫”话题引发网友集体致敬。近年来，经过几代中国航天人的接续努力，中华民族的飞天梦、探月梦相继实现，以前在古老传说中才会有的情形都成为了现实。这对我们在哲学上的启示是( )。</w:t>
      </w:r>
    </w:p>
    <w:p>
      <w:pPr>
        <w:spacing w:before="20" w:after="20"/>
      </w:pPr>
      <w:r>
        <w:rPr>
          <w:sz w:val="22"/>
        </w:rPr>
        <w:t xml:space="preserve">    A. 一个事物只要合乎发展的必然性迟早会变成现实</w:t>
      </w:r>
    </w:p>
    <w:p>
      <w:pPr>
        <w:spacing w:before="20" w:after="20"/>
      </w:pPr>
      <w:r>
        <w:rPr>
          <w:sz w:val="22"/>
        </w:rPr>
        <w:t xml:space="preserve">    B. 只要充分发挥主观能动性，不可能就会转化为可能</w:t>
      </w:r>
    </w:p>
    <w:p>
      <w:pPr>
        <w:spacing w:before="20" w:after="20"/>
      </w:pPr>
      <w:r>
        <w:rPr>
          <w:sz w:val="22"/>
        </w:rPr>
        <w:t xml:space="preserve">    C. 只有对人有利的可能性才会转化为现实</w:t>
      </w:r>
    </w:p>
    <w:p>
      <w:pPr>
        <w:spacing w:before="20" w:after="20"/>
      </w:pPr>
      <w:r>
        <w:rPr>
          <w:sz w:val="22"/>
        </w:rPr>
        <w:t xml:space="preserve">    D. 随着科技的发展，任何想象都会变为现实</w:t>
      </w:r>
    </w:p>
    <w:p>
      <w:pPr>
        <w:spacing w:before="160"/>
      </w:pPr>
      <w:r>
        <w:rPr>
          <w:b/>
          <w:sz w:val="22"/>
        </w:rPr>
        <w:t>265. 空间是指物质运动的广延性，特点是( )。</w:t>
      </w:r>
    </w:p>
    <w:p>
      <w:pPr>
        <w:spacing w:before="20" w:after="20"/>
      </w:pPr>
      <w:r>
        <w:rPr>
          <w:sz w:val="22"/>
        </w:rPr>
        <w:t xml:space="preserve">    A. 三维性</w:t>
      </w:r>
    </w:p>
    <w:p>
      <w:pPr>
        <w:spacing w:before="20" w:after="20"/>
      </w:pPr>
      <w:r>
        <w:rPr>
          <w:sz w:val="22"/>
        </w:rPr>
        <w:t xml:space="preserve">    B. 多元性</w:t>
      </w:r>
    </w:p>
    <w:p>
      <w:pPr>
        <w:spacing w:before="20" w:after="20"/>
      </w:pPr>
      <w:r>
        <w:rPr>
          <w:sz w:val="22"/>
        </w:rPr>
        <w:t xml:space="preserve">    C. 独立性</w:t>
      </w:r>
    </w:p>
    <w:p>
      <w:pPr>
        <w:spacing w:before="20" w:after="20"/>
      </w:pPr>
      <w:r>
        <w:rPr>
          <w:sz w:val="22"/>
        </w:rPr>
        <w:t xml:space="preserve">    D. 主观性</w:t>
      </w:r>
    </w:p>
    <w:p>
      <w:pPr>
        <w:spacing w:before="160"/>
      </w:pPr>
      <w:r>
        <w:rPr>
          <w:b/>
          <w:sz w:val="22"/>
        </w:rPr>
        <w:t>266. 一切精神财富、精神产品形成和发展的源泉是( )。</w:t>
      </w:r>
    </w:p>
    <w:p>
      <w:pPr>
        <w:spacing w:before="20" w:after="20"/>
      </w:pPr>
      <w:r>
        <w:rPr>
          <w:sz w:val="22"/>
        </w:rPr>
        <w:t xml:space="preserve">    A. 绝对理念的实体化</w:t>
      </w:r>
    </w:p>
    <w:p>
      <w:pPr>
        <w:spacing w:before="20" w:after="20"/>
      </w:pPr>
      <w:r>
        <w:rPr>
          <w:sz w:val="22"/>
        </w:rPr>
        <w:t xml:space="preserve">    B. 意识形态家的理性创造</w:t>
      </w:r>
    </w:p>
    <w:p>
      <w:pPr>
        <w:spacing w:before="20" w:after="20"/>
      </w:pPr>
      <w:r>
        <w:rPr>
          <w:sz w:val="22"/>
        </w:rPr>
        <w:t xml:space="preserve">    C. 人民群众的生活、实践</w:t>
      </w:r>
    </w:p>
    <w:p>
      <w:pPr>
        <w:spacing w:before="20" w:after="20"/>
      </w:pPr>
      <w:r>
        <w:rPr>
          <w:sz w:val="22"/>
        </w:rPr>
        <w:t xml:space="preserve">    D. 情感等非理性因素</w:t>
      </w:r>
    </w:p>
    <w:p>
      <w:pPr>
        <w:spacing w:before="160"/>
      </w:pPr>
      <w:r>
        <w:rPr>
          <w:b/>
          <w:sz w:val="22"/>
        </w:rPr>
        <w:t>267. 习近平指出:“面对经济全球化大势，像鸵鸟一样把头埋在沙里假装视而不见，或像堂吉诃德一样挥舞长矛加以抵制，都违背了历史规律。”这说明( )。</w:t>
      </w:r>
    </w:p>
    <w:p>
      <w:pPr>
        <w:spacing w:before="20" w:after="20"/>
      </w:pPr>
      <w:r>
        <w:rPr>
          <w:sz w:val="22"/>
        </w:rPr>
        <w:t xml:space="preserve">    A. 经济全球化对发展中国家只有负面影响</w:t>
      </w:r>
    </w:p>
    <w:p>
      <w:pPr>
        <w:spacing w:before="20" w:after="20"/>
      </w:pPr>
      <w:r>
        <w:rPr>
          <w:sz w:val="22"/>
        </w:rPr>
        <w:t xml:space="preserve">    B. 人不能认识和把握经济全球化发展规律</w:t>
      </w:r>
    </w:p>
    <w:p>
      <w:pPr>
        <w:spacing w:before="20" w:after="20"/>
      </w:pPr>
      <w:r>
        <w:rPr>
          <w:sz w:val="22"/>
        </w:rPr>
        <w:t xml:space="preserve">    C. 经济全球化发展是不可阻挡的历史必然性</w:t>
      </w:r>
    </w:p>
    <w:p>
      <w:pPr>
        <w:spacing w:before="20" w:after="20"/>
      </w:pPr>
      <w:r>
        <w:rPr>
          <w:sz w:val="22"/>
        </w:rPr>
        <w:t xml:space="preserve">    D. 各国只能被动的受经济全球化影响</w:t>
      </w:r>
    </w:p>
    <w:p>
      <w:pPr>
        <w:spacing w:before="160"/>
      </w:pPr>
      <w:r>
        <w:rPr>
          <w:b/>
          <w:sz w:val="22"/>
        </w:rPr>
        <w:t>268. 物质的共同特性是客观实在性，“客观实在”是指( )。</w:t>
      </w:r>
    </w:p>
    <w:p>
      <w:pPr>
        <w:spacing w:before="20" w:after="20"/>
      </w:pPr>
      <w:r>
        <w:rPr>
          <w:sz w:val="22"/>
        </w:rPr>
        <w:t xml:space="preserve">    A. 人类能够实在感知的自然事物</w:t>
      </w:r>
    </w:p>
    <w:p>
      <w:pPr>
        <w:spacing w:before="20" w:after="20"/>
      </w:pPr>
      <w:r>
        <w:rPr>
          <w:sz w:val="22"/>
        </w:rPr>
        <w:t xml:space="preserve">    B. 物质的具体形态和具体结构</w:t>
      </w:r>
    </w:p>
    <w:p>
      <w:pPr>
        <w:spacing w:before="20" w:after="20"/>
      </w:pPr>
      <w:r>
        <w:rPr>
          <w:sz w:val="22"/>
        </w:rPr>
        <w:t xml:space="preserve">    C. 存在于人的意识之外，不以人的意志为转移</w:t>
      </w:r>
    </w:p>
    <w:p>
      <w:pPr>
        <w:spacing w:before="20" w:after="20"/>
      </w:pPr>
      <w:r>
        <w:rPr>
          <w:sz w:val="22"/>
        </w:rPr>
        <w:t xml:space="preserve">    D. 看得见、摸得着的实物</w:t>
      </w:r>
    </w:p>
    <w:p>
      <w:pPr>
        <w:spacing w:before="160"/>
      </w:pPr>
      <w:r>
        <w:rPr>
          <w:b/>
          <w:sz w:val="22"/>
        </w:rPr>
        <w:t>269. 19世纪末到20世纪初，( )成为帝国主义体系中最薄弱的环节，为无产阶级革命首先在此发生并取得胜利创造了有利条件。</w:t>
      </w:r>
    </w:p>
    <w:p>
      <w:pPr>
        <w:spacing w:before="20" w:after="20"/>
      </w:pPr>
      <w:r>
        <w:rPr>
          <w:sz w:val="22"/>
        </w:rPr>
        <w:t xml:space="preserve">    A. 美国</w:t>
      </w:r>
    </w:p>
    <w:p>
      <w:pPr>
        <w:spacing w:before="20" w:after="20"/>
      </w:pPr>
      <w:r>
        <w:rPr>
          <w:sz w:val="22"/>
        </w:rPr>
        <w:t xml:space="preserve">    B. 法国</w:t>
      </w:r>
    </w:p>
    <w:p>
      <w:pPr>
        <w:spacing w:before="20" w:after="20"/>
      </w:pPr>
      <w:r>
        <w:rPr>
          <w:sz w:val="22"/>
        </w:rPr>
        <w:t xml:space="preserve">    C. 德国</w:t>
      </w:r>
    </w:p>
    <w:p>
      <w:pPr>
        <w:spacing w:before="20" w:after="20"/>
      </w:pPr>
      <w:r>
        <w:rPr>
          <w:sz w:val="22"/>
        </w:rPr>
        <w:t xml:space="preserve">    D. 俄国</w:t>
      </w:r>
    </w:p>
    <w:p>
      <w:pPr>
        <w:spacing w:before="160"/>
      </w:pPr>
      <w:r>
        <w:rPr>
          <w:b/>
          <w:sz w:val="22"/>
        </w:rPr>
        <w:t>270. 对( )问题的不同回答，形成了可知论和不可知论两种根本对立的哲学派别。</w:t>
      </w:r>
    </w:p>
    <w:p>
      <w:pPr>
        <w:spacing w:before="20" w:after="20"/>
      </w:pPr>
      <w:r>
        <w:rPr>
          <w:sz w:val="22"/>
        </w:rPr>
        <w:t xml:space="preserve">    A. 存在和思维何者为第一性的问题</w:t>
      </w:r>
    </w:p>
    <w:p>
      <w:pPr>
        <w:spacing w:before="20" w:after="20"/>
      </w:pPr>
      <w:r>
        <w:rPr>
          <w:sz w:val="22"/>
        </w:rPr>
        <w:t xml:space="preserve">    B. 存在和思维是否具有同一性的问题</w:t>
      </w:r>
    </w:p>
    <w:p>
      <w:pPr>
        <w:spacing w:before="20" w:after="20"/>
      </w:pPr>
      <w:r>
        <w:rPr>
          <w:sz w:val="22"/>
        </w:rPr>
        <w:t xml:space="preserve">    C. 谁是社会历史的创造者问题</w:t>
      </w:r>
    </w:p>
    <w:p>
      <w:pPr>
        <w:spacing w:before="20" w:after="20"/>
      </w:pPr>
      <w:r>
        <w:rPr>
          <w:sz w:val="22"/>
        </w:rPr>
        <w:t xml:space="preserve">    D. 认识的本质和来源问题</w:t>
      </w:r>
    </w:p>
    <w:p>
      <w:pPr>
        <w:spacing w:before="160"/>
      </w:pPr>
      <w:r>
        <w:rPr>
          <w:b/>
          <w:sz w:val="22"/>
        </w:rPr>
        <w:t>271. 恩格斯指出:“共产主义者不是把某种哲学作为前提，而是把迄今为止的全部历史，特别是这一历史在文明各国造成的实际结果作为前提。”这说明( )。</w:t>
      </w:r>
    </w:p>
    <w:p>
      <w:pPr>
        <w:spacing w:before="20" w:after="20"/>
      </w:pPr>
      <w:r>
        <w:rPr>
          <w:sz w:val="22"/>
        </w:rPr>
        <w:t xml:space="preserve">    A. 马克思主义哲学不是共产主义者的指导思想</w:t>
      </w:r>
    </w:p>
    <w:p>
      <w:pPr>
        <w:spacing w:before="20" w:after="20"/>
      </w:pPr>
      <w:r>
        <w:rPr>
          <w:sz w:val="22"/>
        </w:rPr>
        <w:t xml:space="preserve">    B. 共产主义就是人类迄今为止的全部历史</w:t>
      </w:r>
    </w:p>
    <w:p>
      <w:pPr>
        <w:spacing w:before="20" w:after="20"/>
      </w:pPr>
      <w:r>
        <w:rPr>
          <w:sz w:val="22"/>
        </w:rPr>
        <w:t xml:space="preserve">    C. 共产主义已经在各国实现</w:t>
      </w:r>
    </w:p>
    <w:p>
      <w:pPr>
        <w:spacing w:before="20" w:after="20"/>
      </w:pPr>
      <w:r>
        <w:rPr>
          <w:sz w:val="22"/>
        </w:rPr>
        <w:t xml:space="preserve">    D. 要从社会主义社会的建设与发展中寻找启示</w:t>
      </w:r>
    </w:p>
    <w:p>
      <w:pPr>
        <w:spacing w:before="160"/>
      </w:pPr>
      <w:r>
        <w:rPr>
          <w:b/>
          <w:sz w:val="22"/>
        </w:rPr>
        <w:t>272. 马克思主义的创立有一个过程，为创立马克思主义奠定思想前提的是( )。</w:t>
      </w:r>
    </w:p>
    <w:p>
      <w:pPr>
        <w:spacing w:before="20" w:after="20"/>
      </w:pPr>
      <w:r>
        <w:rPr>
          <w:sz w:val="22"/>
        </w:rPr>
        <w:t xml:space="preserve">    A. 马克思、恩格斯完成了从唯心主义向唯物主义、从革命民主主义向共产主义的转变</w:t>
      </w:r>
    </w:p>
    <w:p>
      <w:pPr>
        <w:spacing w:before="20" w:after="20"/>
      </w:pPr>
      <w:r>
        <w:rPr>
          <w:sz w:val="22"/>
        </w:rPr>
        <w:t xml:space="preserve">    B. 马克思、恩格斯对人类文明成果的继承与创新</w:t>
      </w:r>
    </w:p>
    <w:p>
      <w:pPr>
        <w:spacing w:before="20" w:after="20"/>
      </w:pPr>
      <w:r>
        <w:rPr>
          <w:sz w:val="22"/>
        </w:rPr>
        <w:t xml:space="preserve">    C. 马克思、恩格斯接受“正义者同盟”的邀请，将其改组为“共产主义者同盟”</w:t>
      </w:r>
    </w:p>
    <w:p>
      <w:pPr>
        <w:spacing w:before="20" w:after="20"/>
      </w:pPr>
      <w:r>
        <w:rPr>
          <w:sz w:val="22"/>
        </w:rPr>
        <w:t xml:space="preserve">    D. 唯物史观和剩余价值学说的创立</w:t>
      </w:r>
    </w:p>
    <w:p>
      <w:pPr>
        <w:spacing w:before="160"/>
      </w:pPr>
      <w:r>
        <w:rPr>
          <w:b/>
          <w:sz w:val="22"/>
        </w:rPr>
        <w:t>273. 价值评价是主体对客体价值以及价值大小所作的评判或判断，关于价值评价，下列说法中正确的是( )。</w:t>
      </w:r>
    </w:p>
    <w:p>
      <w:pPr>
        <w:spacing w:before="20" w:after="20"/>
      </w:pPr>
      <w:r>
        <w:rPr>
          <w:sz w:val="22"/>
        </w:rPr>
        <w:t xml:space="preserve">    A. 是一种主观随意的认识活动</w:t>
      </w:r>
    </w:p>
    <w:p>
      <w:pPr>
        <w:spacing w:before="20" w:after="20"/>
      </w:pPr>
      <w:r>
        <w:rPr>
          <w:sz w:val="22"/>
        </w:rPr>
        <w:t xml:space="preserve">    B. 没有任何客观标准的评价</w:t>
      </w:r>
    </w:p>
    <w:p>
      <w:pPr>
        <w:spacing w:before="20" w:after="20"/>
      </w:pPr>
      <w:r>
        <w:rPr>
          <w:sz w:val="22"/>
        </w:rPr>
        <w:t xml:space="preserve">    C. 没有正确与错误区分的评价</w:t>
      </w:r>
    </w:p>
    <w:p>
      <w:pPr>
        <w:spacing w:before="20" w:after="20"/>
      </w:pPr>
      <w:r>
        <w:rPr>
          <w:sz w:val="22"/>
        </w:rPr>
        <w:t xml:space="preserve">    D. 有科学与非科学之别</w:t>
      </w:r>
    </w:p>
    <w:p>
      <w:pPr>
        <w:spacing w:before="160"/>
      </w:pPr>
      <w:r>
        <w:rPr>
          <w:b/>
          <w:sz w:val="22"/>
        </w:rPr>
        <w:t>274. 资本主义意识形态是资产阶级的( )的集中体现。</w:t>
      </w:r>
    </w:p>
    <w:p>
      <w:pPr>
        <w:spacing w:before="20" w:after="20"/>
      </w:pPr>
      <w:r>
        <w:rPr>
          <w:sz w:val="22"/>
        </w:rPr>
        <w:t xml:space="preserve">    A. 阶级意识</w:t>
      </w:r>
    </w:p>
    <w:p>
      <w:pPr>
        <w:spacing w:before="20" w:after="20"/>
      </w:pPr>
      <w:r>
        <w:rPr>
          <w:sz w:val="22"/>
        </w:rPr>
        <w:t xml:space="preserve">    B. 社会心态</w:t>
      </w:r>
    </w:p>
    <w:p>
      <w:pPr>
        <w:spacing w:before="20" w:after="20"/>
      </w:pPr>
      <w:r>
        <w:rPr>
          <w:sz w:val="22"/>
        </w:rPr>
        <w:t xml:space="preserve">    C. 个人意识</w:t>
      </w:r>
    </w:p>
    <w:p>
      <w:pPr>
        <w:spacing w:before="20" w:after="20"/>
      </w:pPr>
      <w:r>
        <w:rPr>
          <w:sz w:val="22"/>
        </w:rPr>
        <w:t xml:space="preserve">    D. 自然科学</w:t>
      </w:r>
    </w:p>
    <w:p>
      <w:pPr>
        <w:spacing w:before="160"/>
      </w:pPr>
      <w:r>
        <w:rPr>
          <w:b/>
          <w:sz w:val="22"/>
        </w:rPr>
        <w:t>275. 1978年12月，党的十一届三中全会重新确立了( )的思想路线。</w:t>
      </w:r>
    </w:p>
    <w:p>
      <w:pPr>
        <w:spacing w:before="20" w:after="20"/>
      </w:pPr>
      <w:r>
        <w:rPr>
          <w:sz w:val="22"/>
        </w:rPr>
        <w:t xml:space="preserve">    A. 以阶级斗争为纲</w:t>
      </w:r>
    </w:p>
    <w:p>
      <w:pPr>
        <w:spacing w:before="20" w:after="20"/>
      </w:pPr>
      <w:r>
        <w:rPr>
          <w:sz w:val="22"/>
        </w:rPr>
        <w:t xml:space="preserve">    B. 不唯上只唯书</w:t>
      </w:r>
    </w:p>
    <w:p>
      <w:pPr>
        <w:spacing w:before="20" w:after="20"/>
      </w:pPr>
      <w:r>
        <w:rPr>
          <w:sz w:val="22"/>
        </w:rPr>
        <w:t xml:space="preserve">    C. 解放思想、实事求是</w:t>
      </w:r>
    </w:p>
    <w:p>
      <w:pPr>
        <w:spacing w:before="20" w:after="20"/>
      </w:pPr>
      <w:r>
        <w:rPr>
          <w:sz w:val="22"/>
        </w:rPr>
        <w:t xml:space="preserve">    D. 全盘西化</w:t>
      </w:r>
    </w:p>
    <w:p>
      <w:pPr>
        <w:spacing w:before="160"/>
      </w:pPr>
      <w:r>
        <w:rPr>
          <w:b/>
          <w:sz w:val="22"/>
        </w:rPr>
        <w:t>276. 2021年6月，广西首个5G+无人驾驶集装箱卡车作业港口项目在北部湾港北海港区启动。无人驾驶集装箱卡车的出现说明( )。</w:t>
      </w:r>
    </w:p>
    <w:p>
      <w:pPr>
        <w:spacing w:before="20" w:after="20"/>
      </w:pPr>
      <w:r>
        <w:rPr>
          <w:sz w:val="22"/>
        </w:rPr>
        <w:t xml:space="preserve">    A. 机器成为实践的主体</w:t>
      </w:r>
    </w:p>
    <w:p>
      <w:pPr>
        <w:spacing w:before="20" w:after="20"/>
      </w:pPr>
      <w:r>
        <w:rPr>
          <w:sz w:val="22"/>
        </w:rPr>
        <w:t xml:space="preserve">    B. 人工智能取代人类意识</w:t>
      </w:r>
    </w:p>
    <w:p>
      <w:pPr>
        <w:spacing w:before="20" w:after="20"/>
      </w:pPr>
      <w:r>
        <w:rPr>
          <w:sz w:val="22"/>
        </w:rPr>
        <w:t xml:space="preserve">    C. 人能够通过工具延伸自己的肢体功能</w:t>
      </w:r>
    </w:p>
    <w:p>
      <w:pPr>
        <w:spacing w:before="20" w:after="20"/>
      </w:pPr>
      <w:r>
        <w:rPr>
          <w:sz w:val="22"/>
        </w:rPr>
        <w:t xml:space="preserve">    D. 实践不具备能动性</w:t>
      </w:r>
    </w:p>
    <w:p>
      <w:pPr>
        <w:spacing w:before="160"/>
      </w:pPr>
      <w:r>
        <w:rPr>
          <w:b/>
          <w:sz w:val="22"/>
        </w:rPr>
        <w:t>277. 列宁指出:“人不能完全地把握——反映——描绘整个自然界、它的‘直接的总体’，人只能通过创立抽象、概念、规律、科学的世界图景等等永远地接近于这一点。”这说明( )。</w:t>
      </w:r>
    </w:p>
    <w:p>
      <w:pPr>
        <w:spacing w:before="20" w:after="20"/>
      </w:pPr>
      <w:r>
        <w:rPr>
          <w:sz w:val="22"/>
        </w:rPr>
        <w:t xml:space="preserve">    A. 真理不具有绝对性</w:t>
      </w:r>
    </w:p>
    <w:p>
      <w:pPr>
        <w:spacing w:before="20" w:after="20"/>
      </w:pPr>
      <w:r>
        <w:rPr>
          <w:sz w:val="22"/>
        </w:rPr>
        <w:t xml:space="preserve">    B. 世界是不可知的</w:t>
      </w:r>
    </w:p>
    <w:p>
      <w:pPr>
        <w:spacing w:before="20" w:after="20"/>
      </w:pPr>
      <w:r>
        <w:rPr>
          <w:sz w:val="22"/>
        </w:rPr>
        <w:t xml:space="preserve">    C. 真理具有相对性</w:t>
      </w:r>
    </w:p>
    <w:p>
      <w:pPr>
        <w:spacing w:before="20" w:after="20"/>
      </w:pPr>
      <w:r>
        <w:rPr>
          <w:sz w:val="22"/>
        </w:rPr>
        <w:t xml:space="preserve">    D. 真理的内容是主观的</w:t>
      </w:r>
    </w:p>
    <w:p>
      <w:pPr>
        <w:spacing w:before="160"/>
      </w:pPr>
      <w:r>
        <w:rPr>
          <w:b/>
          <w:sz w:val="22"/>
        </w:rPr>
        <w:t>278. 同一个物理学规律可以用不同的数学公式或语言文字的形式加以表述，而这一规律本身不会随之改变。这说明( )。</w:t>
      </w:r>
    </w:p>
    <w:p>
      <w:pPr>
        <w:spacing w:before="20" w:after="20"/>
      </w:pPr>
      <w:r>
        <w:rPr>
          <w:sz w:val="22"/>
        </w:rPr>
        <w:t xml:space="preserve">    A. 真理标准是确定性与不确定性的统一</w:t>
      </w:r>
    </w:p>
    <w:p>
      <w:pPr>
        <w:spacing w:before="20" w:after="20"/>
      </w:pPr>
      <w:r>
        <w:rPr>
          <w:sz w:val="22"/>
        </w:rPr>
        <w:t xml:space="preserve">    B. 真理形式的多样性并不否认真理内容的客观性</w:t>
      </w:r>
    </w:p>
    <w:p>
      <w:pPr>
        <w:spacing w:before="20" w:after="20"/>
      </w:pPr>
      <w:r>
        <w:rPr>
          <w:sz w:val="22"/>
        </w:rPr>
        <w:t xml:space="preserve">    C. 真理本身就是客观事物</w:t>
      </w:r>
    </w:p>
    <w:p>
      <w:pPr>
        <w:spacing w:before="20" w:after="20"/>
      </w:pPr>
      <w:r>
        <w:rPr>
          <w:sz w:val="22"/>
        </w:rPr>
        <w:t xml:space="preserve">    D. 真理的绝对性寓于真理的相对性之中</w:t>
      </w:r>
    </w:p>
    <w:p>
      <w:pPr>
        <w:spacing w:before="160"/>
      </w:pPr>
      <w:r>
        <w:rPr>
          <w:b/>
          <w:sz w:val="22"/>
        </w:rPr>
        <w:t>279. 与其他商品相比，劳动力商品价值的决定的一个重要特点是( )。</w:t>
      </w:r>
    </w:p>
    <w:p>
      <w:pPr>
        <w:spacing w:before="20" w:after="20"/>
      </w:pPr>
      <w:r>
        <w:rPr>
          <w:sz w:val="22"/>
        </w:rPr>
        <w:t xml:space="preserve">    A. 由生产它所需要的社会必要劳动时间决定</w:t>
      </w:r>
    </w:p>
    <w:p>
      <w:pPr>
        <w:spacing w:before="20" w:after="20"/>
      </w:pPr>
      <w:r>
        <w:rPr>
          <w:sz w:val="22"/>
        </w:rPr>
        <w:t xml:space="preserve">    B. 只包括劳动者维持自己及其家属生存所必需的生活资料的价值</w:t>
      </w:r>
    </w:p>
    <w:p>
      <w:pPr>
        <w:spacing w:before="20" w:after="20"/>
      </w:pPr>
      <w:r>
        <w:rPr>
          <w:sz w:val="22"/>
        </w:rPr>
        <w:t xml:space="preserve">    C. 由劳动者的劳动能力决定</w:t>
      </w:r>
    </w:p>
    <w:p>
      <w:pPr>
        <w:spacing w:before="20" w:after="20"/>
      </w:pPr>
      <w:r>
        <w:rPr>
          <w:sz w:val="22"/>
        </w:rPr>
        <w:t xml:space="preserve">    D. 劳动力价值的构成包含着一个历史的和道德的因素</w:t>
      </w:r>
    </w:p>
    <w:p>
      <w:pPr>
        <w:spacing w:before="160"/>
      </w:pPr>
      <w:r>
        <w:rPr>
          <w:b/>
          <w:sz w:val="22"/>
        </w:rPr>
        <w:t>280. 人类通过实践活动在不断改造世界过程中推动社会发展和进步。社会的发展和进步集中表现为( )。</w:t>
      </w:r>
    </w:p>
    <w:p>
      <w:pPr>
        <w:spacing w:before="20" w:after="20"/>
      </w:pPr>
      <w:r>
        <w:rPr>
          <w:sz w:val="22"/>
        </w:rPr>
        <w:t xml:space="preserve">    A. 社会形态的更替</w:t>
      </w:r>
    </w:p>
    <w:p>
      <w:pPr>
        <w:spacing w:before="20" w:after="20"/>
      </w:pPr>
      <w:r>
        <w:rPr>
          <w:sz w:val="22"/>
        </w:rPr>
        <w:t xml:space="preserve">    B. 社会生产力的发展</w:t>
      </w:r>
    </w:p>
    <w:p>
      <w:pPr>
        <w:spacing w:before="20" w:after="20"/>
      </w:pPr>
      <w:r>
        <w:rPr>
          <w:sz w:val="22"/>
        </w:rPr>
        <w:t xml:space="preserve">    C. 人类自身得到改造和发展</w:t>
      </w:r>
    </w:p>
    <w:p>
      <w:pPr>
        <w:spacing w:before="20" w:after="20"/>
      </w:pPr>
      <w:r>
        <w:rPr>
          <w:sz w:val="22"/>
        </w:rPr>
        <w:t xml:space="preserve">    D. 人类对社会规律的认识和改造</w:t>
      </w:r>
    </w:p>
    <w:p>
      <w:pPr>
        <w:spacing w:before="160"/>
      </w:pPr>
      <w:r>
        <w:rPr>
          <w:b/>
          <w:sz w:val="22"/>
        </w:rPr>
        <w:t>281. 历史人物在历史上的作用表现为( )。</w:t>
      </w:r>
    </w:p>
    <w:p>
      <w:pPr>
        <w:spacing w:before="20" w:after="20"/>
      </w:pPr>
      <w:r>
        <w:rPr>
          <w:sz w:val="22"/>
        </w:rPr>
        <w:t xml:space="preserve">    A. 改变历史发展的方向</w:t>
      </w:r>
    </w:p>
    <w:p>
      <w:pPr>
        <w:spacing w:before="20" w:after="20"/>
      </w:pPr>
      <w:r>
        <w:rPr>
          <w:sz w:val="22"/>
        </w:rPr>
        <w:t xml:space="preserve">    B. 改变历史发展的规律</w:t>
      </w:r>
    </w:p>
    <w:p>
      <w:pPr>
        <w:spacing w:before="20" w:after="20"/>
      </w:pPr>
      <w:r>
        <w:rPr>
          <w:sz w:val="22"/>
        </w:rPr>
        <w:t xml:space="preserve">    C. 决定历史时代的根本特点</w:t>
      </w:r>
    </w:p>
    <w:p>
      <w:pPr>
        <w:spacing w:before="20" w:after="20"/>
      </w:pPr>
      <w:r>
        <w:rPr>
          <w:sz w:val="22"/>
        </w:rPr>
        <w:t xml:space="preserve">    D. 推动或影响历史的发展</w:t>
      </w:r>
    </w:p>
    <w:p>
      <w:pPr>
        <w:spacing w:before="160"/>
      </w:pPr>
      <w:r>
        <w:rPr>
          <w:b/>
          <w:sz w:val="22"/>
        </w:rPr>
        <w:t>282. 经典力学中有一种观点认为时间是“永远均匀流动的，它不依赖于任何外界事物。”这观点属于( )。</w:t>
      </w:r>
    </w:p>
    <w:p>
      <w:pPr>
        <w:spacing w:before="20" w:after="20"/>
      </w:pPr>
      <w:r>
        <w:rPr>
          <w:sz w:val="22"/>
        </w:rPr>
        <w:t xml:space="preserve">    A. 主观唯心主义</w:t>
      </w:r>
    </w:p>
    <w:p>
      <w:pPr>
        <w:spacing w:before="20" w:after="20"/>
      </w:pPr>
      <w:r>
        <w:rPr>
          <w:sz w:val="22"/>
        </w:rPr>
        <w:t xml:space="preserve">    B. 朴素唯物主义</w:t>
      </w:r>
    </w:p>
    <w:p>
      <w:pPr>
        <w:spacing w:before="20" w:after="20"/>
      </w:pPr>
      <w:r>
        <w:rPr>
          <w:sz w:val="22"/>
        </w:rPr>
        <w:t xml:space="preserve">    C. 辩证唯物主义</w:t>
      </w:r>
    </w:p>
    <w:p>
      <w:pPr>
        <w:spacing w:before="20" w:after="20"/>
      </w:pPr>
      <w:r>
        <w:rPr>
          <w:sz w:val="22"/>
        </w:rPr>
        <w:t xml:space="preserve">    D. 机械唯物主义</w:t>
      </w:r>
    </w:p>
    <w:p>
      <w:pPr>
        <w:spacing w:before="160"/>
      </w:pPr>
      <w:r>
        <w:rPr>
          <w:b/>
          <w:sz w:val="22"/>
        </w:rPr>
        <w:t>283. 在其他条件不变的情况下，以下选项中会提高资本有机构成的是( )。</w:t>
      </w:r>
    </w:p>
    <w:p>
      <w:pPr>
        <w:spacing w:before="20" w:after="20"/>
      </w:pPr>
      <w:r>
        <w:rPr>
          <w:sz w:val="22"/>
        </w:rPr>
        <w:t xml:space="preserve">    A. 生产所用的原材料价格上涨</w:t>
      </w:r>
    </w:p>
    <w:p>
      <w:pPr>
        <w:spacing w:before="20" w:after="20"/>
      </w:pPr>
      <w:r>
        <w:rPr>
          <w:sz w:val="22"/>
        </w:rPr>
        <w:t xml:space="preserve">    B. 自动化程度提髙导致的裁员</w:t>
      </w:r>
    </w:p>
    <w:p>
      <w:pPr>
        <w:spacing w:before="20" w:after="20"/>
      </w:pPr>
      <w:r>
        <w:rPr>
          <w:sz w:val="22"/>
        </w:rPr>
        <w:t xml:space="preserve">    C. 劳动者接受教育和训练所支出的费用增加</w:t>
      </w:r>
    </w:p>
    <w:p>
      <w:pPr>
        <w:spacing w:before="20" w:after="20"/>
      </w:pPr>
      <w:r>
        <w:rPr>
          <w:sz w:val="22"/>
        </w:rPr>
        <w:t xml:space="preserve">    D. 为追求更多利润而增加工人的劳动时间</w:t>
      </w:r>
    </w:p>
    <w:p>
      <w:pPr>
        <w:spacing w:before="160"/>
      </w:pPr>
      <w:r>
        <w:rPr>
          <w:b/>
          <w:sz w:val="22"/>
        </w:rPr>
        <w:t>284. 在必要劳动时间不变的条件下，由于延长工作日的长度或提高劳动强度而生产的剩余价值叫做( )。</w:t>
      </w:r>
    </w:p>
    <w:p>
      <w:pPr>
        <w:spacing w:before="20" w:after="20"/>
      </w:pPr>
      <w:r>
        <w:rPr>
          <w:sz w:val="22"/>
        </w:rPr>
        <w:t xml:space="preserve">    A. 绝对剩余价值</w:t>
      </w:r>
    </w:p>
    <w:p>
      <w:pPr>
        <w:spacing w:before="20" w:after="20"/>
      </w:pPr>
      <w:r>
        <w:rPr>
          <w:sz w:val="22"/>
        </w:rPr>
        <w:t xml:space="preserve">    B. 相对剩余价值</w:t>
      </w:r>
    </w:p>
    <w:p>
      <w:pPr>
        <w:spacing w:before="20" w:after="20"/>
      </w:pPr>
      <w:r>
        <w:rPr>
          <w:sz w:val="22"/>
        </w:rPr>
        <w:t xml:space="preserve">    C. 平均剩余价值</w:t>
      </w:r>
    </w:p>
    <w:p>
      <w:pPr>
        <w:spacing w:before="20" w:after="20"/>
      </w:pPr>
      <w:r>
        <w:rPr>
          <w:sz w:val="22"/>
        </w:rPr>
        <w:t xml:space="preserve">    D. 垄断剩余价值</w:t>
      </w:r>
    </w:p>
    <w:p>
      <w:pPr>
        <w:spacing w:before="160"/>
      </w:pPr>
      <w:r>
        <w:rPr>
          <w:b/>
          <w:sz w:val="22"/>
        </w:rPr>
        <w:t>285. 南水北调是跨流域跨区域配置水资源的骨干工程。南水北调东线、中线一期主体工程建成通水以来，已累计调水400多亿立方米，直接受益人口达1.2亿人，在经济社会发展和生态环境保护方面发挥了重要作用。以上材料说明( )。</w:t>
      </w:r>
    </w:p>
    <w:p>
      <w:pPr>
        <w:spacing w:before="20" w:after="20"/>
      </w:pPr>
      <w:r>
        <w:rPr>
          <w:sz w:val="22"/>
        </w:rPr>
        <w:t xml:space="preserve">    A. 人类的实践活动能够改变自然界的客观实在性</w:t>
      </w:r>
    </w:p>
    <w:p>
      <w:pPr>
        <w:spacing w:before="20" w:after="20"/>
      </w:pPr>
      <w:r>
        <w:rPr>
          <w:sz w:val="22"/>
        </w:rPr>
        <w:t xml:space="preserve">    B. 人类可以能动地改造世界以满足自身的需要</w:t>
      </w:r>
    </w:p>
    <w:p>
      <w:pPr>
        <w:spacing w:before="20" w:after="20"/>
      </w:pPr>
      <w:r>
        <w:rPr>
          <w:sz w:val="22"/>
        </w:rPr>
        <w:t xml:space="preserve">    C. 摆脱必然性的制约是人类认识世界和改造世界的根本目标</w:t>
      </w:r>
    </w:p>
    <w:p>
      <w:pPr>
        <w:spacing w:before="20" w:after="20"/>
      </w:pPr>
      <w:r>
        <w:rPr>
          <w:sz w:val="22"/>
        </w:rPr>
        <w:t xml:space="preserve">    D. 自然规律要依靠人的活动才能发挥作用</w:t>
      </w:r>
    </w:p>
    <w:p>
      <w:pPr>
        <w:pStyle w:val="Heading1"/>
      </w:pPr>
      <w:r>
        <w:rPr>
          <w:sz w:val="32"/>
        </w:rPr>
        <w:t>二、多选题（共 145 题）</w:t>
      </w:r>
    </w:p>
    <w:p>
      <w:pPr>
        <w:spacing w:before="160"/>
      </w:pPr>
      <w:r>
        <w:rPr>
          <w:b/>
          <w:sz w:val="22"/>
        </w:rPr>
        <w:t>286. 根据在剩余价值生产中所起的不同作用，可以将资本区分为不变资本与可变资本。以下说法正确的有( )。</w:t>
      </w:r>
    </w:p>
    <w:p>
      <w:pPr>
        <w:spacing w:before="20" w:after="20"/>
      </w:pPr>
      <w:r>
        <w:rPr>
          <w:sz w:val="22"/>
        </w:rPr>
        <w:t xml:space="preserve">    A. 可变资本的价值是由工人的劳动再生产出来的</w:t>
      </w:r>
    </w:p>
    <w:p>
      <w:pPr>
        <w:spacing w:before="20" w:after="20"/>
      </w:pPr>
      <w:r>
        <w:rPr>
          <w:sz w:val="22"/>
        </w:rPr>
        <w:t xml:space="preserve">    B. 不变资本就是固定资本</w:t>
      </w:r>
    </w:p>
    <w:p>
      <w:pPr>
        <w:spacing w:before="20" w:after="20"/>
      </w:pPr>
      <w:r>
        <w:rPr>
          <w:sz w:val="22"/>
        </w:rPr>
        <w:t xml:space="preserve">    C. 这种划分为确定资本家对雇佣劳动者的剥削程度提供了科学依据</w:t>
      </w:r>
    </w:p>
    <w:p>
      <w:pPr>
        <w:spacing w:before="20" w:after="20"/>
      </w:pPr>
      <w:r>
        <w:rPr>
          <w:sz w:val="22"/>
        </w:rPr>
        <w:t xml:space="preserve">    D. 剩余价值全部是由可变资本创造的</w:t>
      </w:r>
    </w:p>
    <w:p>
      <w:pPr>
        <w:spacing w:before="160"/>
      </w:pPr>
      <w:r>
        <w:rPr>
          <w:b/>
          <w:sz w:val="22"/>
        </w:rPr>
        <w:t>287. 在俄国社会主义革命取得胜利的初期，特别是实行新经济政策期间，列宁提出了许多关于如何建设社会主义的精辟论述，包括( )。</w:t>
      </w:r>
    </w:p>
    <w:p>
      <w:pPr>
        <w:spacing w:before="20" w:after="20"/>
      </w:pPr>
      <w:r>
        <w:rPr>
          <w:sz w:val="22"/>
        </w:rPr>
        <w:t xml:space="preserve">    A. 把建设社会主义作为一个长期探索、不断实践的过程</w:t>
      </w:r>
    </w:p>
    <w:p>
      <w:pPr>
        <w:spacing w:before="20" w:after="20"/>
      </w:pPr>
      <w:r>
        <w:rPr>
          <w:sz w:val="22"/>
        </w:rPr>
        <w:t xml:space="preserve">    B. 把大力发展生产力、提高劳动生产率放在首要地位</w:t>
      </w:r>
    </w:p>
    <w:p>
      <w:pPr>
        <w:spacing w:before="20" w:after="20"/>
      </w:pPr>
      <w:r>
        <w:rPr>
          <w:sz w:val="22"/>
        </w:rPr>
        <w:t xml:space="preserve">    C. 在多种经济成分并存的条件下，利用商品、货币和市场发展经济</w:t>
      </w:r>
    </w:p>
    <w:p>
      <w:pPr>
        <w:spacing w:before="20" w:after="20"/>
      </w:pPr>
      <w:r>
        <w:rPr>
          <w:sz w:val="22"/>
        </w:rPr>
        <w:t xml:space="preserve">    D. 利用资本主义建设社会主义</w:t>
      </w:r>
    </w:p>
    <w:p>
      <w:pPr>
        <w:spacing w:before="160"/>
      </w:pPr>
      <w:r>
        <w:rPr>
          <w:b/>
          <w:sz w:val="22"/>
        </w:rPr>
        <w:t>288. 科技创新加速资本主义生产方式变化，加速产业结构的调整，形成了以( )为主要特征的产业模式。</w:t>
      </w:r>
    </w:p>
    <w:p>
      <w:pPr>
        <w:spacing w:before="20" w:after="20"/>
      </w:pPr>
      <w:r>
        <w:rPr>
          <w:sz w:val="22"/>
        </w:rPr>
        <w:t xml:space="preserve">    A. 经济实体化</w:t>
      </w:r>
    </w:p>
    <w:p>
      <w:pPr>
        <w:spacing w:before="20" w:after="20"/>
      </w:pPr>
      <w:r>
        <w:rPr>
          <w:sz w:val="22"/>
        </w:rPr>
        <w:t xml:space="preserve">    B. 经济虚拟化</w:t>
      </w:r>
    </w:p>
    <w:p>
      <w:pPr>
        <w:spacing w:before="20" w:after="20"/>
      </w:pPr>
      <w:r>
        <w:rPr>
          <w:sz w:val="22"/>
        </w:rPr>
        <w:t xml:space="preserve">    C. 去工业化</w:t>
      </w:r>
    </w:p>
    <w:p>
      <w:pPr>
        <w:spacing w:before="20" w:after="20"/>
      </w:pPr>
      <w:r>
        <w:rPr>
          <w:sz w:val="22"/>
        </w:rPr>
        <w:t xml:space="preserve">    D. 金融化</w:t>
      </w:r>
    </w:p>
    <w:p>
      <w:pPr>
        <w:spacing w:before="160"/>
      </w:pPr>
      <w:r>
        <w:rPr>
          <w:b/>
          <w:sz w:val="22"/>
        </w:rPr>
        <w:t>289. “国之称富者，在乎丰民。”共同富裕是社会主义的本质要求，也是中国共产党人的不懈追求。2021年年底召开的中央经济工作会议要求“正确认识和把握实现共同富裕的战略目标和实践途径”，强调“这是一个长期的历史过程，要稳步朝着这个目标迈进”。必须深刻认识到，共同富裕是一个长远目标，需要一个过程，不可能一蹴而就。从马克思主义哲学的角度来说，这是因为( )。</w:t>
      </w:r>
    </w:p>
    <w:p>
      <w:pPr>
        <w:spacing w:before="20" w:after="20"/>
      </w:pPr>
      <w:r>
        <w:rPr>
          <w:sz w:val="22"/>
        </w:rPr>
        <w:t xml:space="preserve">    A. 任何事物的发展都有一个从量变到质变的过程</w:t>
      </w:r>
    </w:p>
    <w:p>
      <w:pPr>
        <w:spacing w:before="20" w:after="20"/>
      </w:pPr>
      <w:r>
        <w:rPr>
          <w:sz w:val="22"/>
        </w:rPr>
        <w:t xml:space="preserve">    B. 经济社会发展有其自身的客观规律</w:t>
      </w:r>
    </w:p>
    <w:p>
      <w:pPr>
        <w:spacing w:before="20" w:after="20"/>
      </w:pPr>
      <w:r>
        <w:rPr>
          <w:sz w:val="22"/>
        </w:rPr>
        <w:t xml:space="preserve">    C. 生产关系的变革和社会制度的更替会随着生产力的发展自发地实现和完成</w:t>
      </w:r>
    </w:p>
    <w:p>
      <w:pPr>
        <w:spacing w:before="20" w:after="20"/>
      </w:pPr>
      <w:r>
        <w:rPr>
          <w:sz w:val="22"/>
        </w:rPr>
        <w:t xml:space="preserve">    D. 人在社会规律面前是无能为力的</w:t>
      </w:r>
    </w:p>
    <w:p>
      <w:pPr>
        <w:spacing w:before="160"/>
      </w:pPr>
      <w:r>
        <w:rPr>
          <w:b/>
          <w:sz w:val="22"/>
        </w:rPr>
        <w:t>290. 垄断利润主要是通过垄断组织制定的垄断价格来实现的。垄断价格包括垄断高价和垄断低价两种形式。垄断高价是指垄断组织出售商品时规定的高于生产价格的价格，垄断低价是指垄断组织在购买非垄断企业所生产的原材料等生产资料时规定的低于生产价格的价格。垄断组织操纵价格带来的结果是( )。</w:t>
      </w:r>
    </w:p>
    <w:p>
      <w:pPr>
        <w:spacing w:before="20" w:after="20"/>
      </w:pPr>
      <w:r>
        <w:rPr>
          <w:sz w:val="22"/>
        </w:rPr>
        <w:t xml:space="preserve">    A. 抑制了市场上价格的自由波动</w:t>
      </w:r>
    </w:p>
    <w:p>
      <w:pPr>
        <w:spacing w:before="20" w:after="20"/>
      </w:pPr>
      <w:r>
        <w:rPr>
          <w:sz w:val="22"/>
        </w:rPr>
        <w:t xml:space="preserve">    B. 垄断价格一定时期内背离生产价格和价值</w:t>
      </w:r>
    </w:p>
    <w:p>
      <w:pPr>
        <w:spacing w:before="20" w:after="20"/>
      </w:pPr>
      <w:r>
        <w:rPr>
          <w:sz w:val="22"/>
        </w:rPr>
        <w:t xml:space="preserve">    C. 对商品价值和剩余价值作了有利于垄断资本的再分配</w:t>
      </w:r>
    </w:p>
    <w:p>
      <w:pPr>
        <w:spacing w:before="20" w:after="20"/>
      </w:pPr>
      <w:r>
        <w:rPr>
          <w:sz w:val="22"/>
        </w:rPr>
        <w:t xml:space="preserve">    D. 整个社会商品的价值不再是由生产它们的社会必要劳动时间决定</w:t>
      </w:r>
    </w:p>
    <w:p>
      <w:pPr>
        <w:spacing w:before="160"/>
      </w:pPr>
      <w:r>
        <w:rPr>
          <w:b/>
          <w:sz w:val="22"/>
        </w:rPr>
        <w:t>291. 在共产主义社会，劳动成为“生活的第一需要”，这意味着( )。</w:t>
      </w:r>
    </w:p>
    <w:p>
      <w:pPr>
        <w:spacing w:before="20" w:after="20"/>
      </w:pPr>
      <w:r>
        <w:rPr>
          <w:sz w:val="22"/>
        </w:rPr>
        <w:t xml:space="preserve">    A. 劳动能力和劳动时间不再是分配的尺度</w:t>
      </w:r>
    </w:p>
    <w:p>
      <w:pPr>
        <w:spacing w:before="20" w:after="20"/>
      </w:pPr>
      <w:r>
        <w:rPr>
          <w:sz w:val="22"/>
        </w:rPr>
        <w:t xml:space="preserve">    B. 劳动不再是固定、僵化在一定范围内的劳动</w:t>
      </w:r>
    </w:p>
    <w:p>
      <w:pPr>
        <w:spacing w:before="20" w:after="20"/>
      </w:pPr>
      <w:r>
        <w:rPr>
          <w:sz w:val="22"/>
        </w:rPr>
        <w:t xml:space="preserve">    C. 劳动不再具有强迫性</w:t>
      </w:r>
    </w:p>
    <w:p>
      <w:pPr>
        <w:spacing w:before="20" w:after="20"/>
      </w:pPr>
      <w:r>
        <w:rPr>
          <w:sz w:val="22"/>
        </w:rPr>
        <w:t xml:space="preserve">    D. 劳动成为人生快乐的巨大源泉</w:t>
      </w:r>
    </w:p>
    <w:p>
      <w:pPr>
        <w:spacing w:before="160"/>
      </w:pPr>
      <w:r>
        <w:rPr>
          <w:b/>
          <w:sz w:val="22"/>
        </w:rPr>
        <w:t>292. 把群众路线贯彻到治国理政全部活动中，就是要在作决策、抓工作、促落实中( )。</w:t>
      </w:r>
    </w:p>
    <w:p>
      <w:pPr>
        <w:spacing w:before="20" w:after="20"/>
      </w:pPr>
      <w:r>
        <w:rPr>
          <w:sz w:val="22"/>
        </w:rPr>
        <w:t xml:space="preserve">    A. 体现党性要求和宗旨意识</w:t>
      </w:r>
    </w:p>
    <w:p>
      <w:pPr>
        <w:spacing w:before="20" w:after="20"/>
      </w:pPr>
      <w:r>
        <w:rPr>
          <w:sz w:val="22"/>
        </w:rPr>
        <w:t xml:space="preserve">    B. 从政治集团的利益出发</w:t>
      </w:r>
    </w:p>
    <w:p>
      <w:pPr>
        <w:spacing w:before="20" w:after="20"/>
      </w:pPr>
      <w:r>
        <w:rPr>
          <w:sz w:val="22"/>
        </w:rPr>
        <w:t xml:space="preserve">    C. 坚持人民至上</w:t>
      </w:r>
    </w:p>
    <w:p>
      <w:pPr>
        <w:spacing w:before="20" w:after="20"/>
      </w:pPr>
      <w:r>
        <w:rPr>
          <w:sz w:val="22"/>
        </w:rPr>
        <w:t xml:space="preserve">    D. 坚持以人民为中心的发展思想</w:t>
      </w:r>
    </w:p>
    <w:p>
      <w:pPr>
        <w:spacing w:before="160"/>
      </w:pPr>
      <w:r>
        <w:rPr>
          <w:b/>
          <w:sz w:val="22"/>
        </w:rPr>
        <w:t>293. 在资本主义生产过程中，生产资料的价值( )。</w:t>
      </w:r>
    </w:p>
    <w:p>
      <w:pPr>
        <w:spacing w:before="20" w:after="20"/>
      </w:pPr>
      <w:r>
        <w:rPr>
          <w:sz w:val="22"/>
        </w:rPr>
        <w:t xml:space="preserve">    A. 由劳动工人创造出来</w:t>
      </w:r>
    </w:p>
    <w:p>
      <w:pPr>
        <w:spacing w:before="20" w:after="20"/>
      </w:pPr>
      <w:r>
        <w:rPr>
          <w:sz w:val="22"/>
        </w:rPr>
        <w:t xml:space="preserve">    B. 通过工人的具体劳动转移到新产品中</w:t>
      </w:r>
    </w:p>
    <w:p>
      <w:pPr>
        <w:spacing w:before="20" w:after="20"/>
      </w:pPr>
      <w:r>
        <w:rPr>
          <w:sz w:val="22"/>
        </w:rPr>
        <w:t xml:space="preserve">    C. 发生增殖</w:t>
      </w:r>
    </w:p>
    <w:p>
      <w:pPr>
        <w:spacing w:before="20" w:after="20"/>
      </w:pPr>
      <w:r>
        <w:rPr>
          <w:sz w:val="22"/>
        </w:rPr>
        <w:t xml:space="preserve">    D. 不发生增殖</w:t>
      </w:r>
    </w:p>
    <w:p>
      <w:pPr>
        <w:spacing w:before="160"/>
      </w:pPr>
      <w:r>
        <w:rPr>
          <w:b/>
          <w:sz w:val="22"/>
        </w:rPr>
        <w:t>294. 辩证唯物主义认识论的突出特点有( )。</w:t>
      </w:r>
    </w:p>
    <w:p>
      <w:pPr>
        <w:spacing w:before="20" w:after="20"/>
      </w:pPr>
      <w:r>
        <w:rPr>
          <w:sz w:val="22"/>
        </w:rPr>
        <w:t xml:space="preserve">    A. 把实践的观点引入认识论</w:t>
      </w:r>
    </w:p>
    <w:p>
      <w:pPr>
        <w:spacing w:before="20" w:after="20"/>
      </w:pPr>
      <w:r>
        <w:rPr>
          <w:sz w:val="22"/>
        </w:rPr>
        <w:t xml:space="preserve">    B. 把辩证法应用于反映论考察认识的发展过程</w:t>
      </w:r>
    </w:p>
    <w:p>
      <w:pPr>
        <w:spacing w:before="20" w:after="20"/>
      </w:pPr>
      <w:r>
        <w:rPr>
          <w:sz w:val="22"/>
        </w:rPr>
        <w:t xml:space="preserve">    C. 坚持意识对物质的决定作用</w:t>
      </w:r>
    </w:p>
    <w:p>
      <w:pPr>
        <w:spacing w:before="20" w:after="20"/>
      </w:pPr>
      <w:r>
        <w:rPr>
          <w:sz w:val="22"/>
        </w:rPr>
        <w:t xml:space="preserve">    D. 认识到意识自身的不动性和永恒性</w:t>
      </w:r>
    </w:p>
    <w:p>
      <w:pPr>
        <w:spacing w:before="160"/>
      </w:pPr>
      <w:r>
        <w:rPr>
          <w:b/>
          <w:sz w:val="22"/>
        </w:rPr>
        <w:t>295. “求之而后得，为之而后成”，这属于( )。</w:t>
      </w:r>
    </w:p>
    <w:p>
      <w:pPr>
        <w:spacing w:before="20" w:after="20"/>
      </w:pPr>
      <w:r>
        <w:rPr>
          <w:sz w:val="22"/>
        </w:rPr>
        <w:t xml:space="preserve">    A. 唯物主义认识路线</w:t>
      </w:r>
    </w:p>
    <w:p>
      <w:pPr>
        <w:spacing w:before="20" w:after="20"/>
      </w:pPr>
      <w:r>
        <w:rPr>
          <w:sz w:val="22"/>
        </w:rPr>
        <w:t xml:space="preserve">    B. 唯心主义认识路线</w:t>
      </w:r>
    </w:p>
    <w:p>
      <w:pPr>
        <w:spacing w:before="20" w:after="20"/>
      </w:pPr>
      <w:r>
        <w:rPr>
          <w:sz w:val="22"/>
        </w:rPr>
        <w:t xml:space="preserve">    C. 反映论</w:t>
      </w:r>
    </w:p>
    <w:p>
      <w:pPr>
        <w:spacing w:before="20" w:after="20"/>
      </w:pPr>
      <w:r>
        <w:rPr>
          <w:sz w:val="22"/>
        </w:rPr>
        <w:t xml:space="preserve">    D. 天赋观念论</w:t>
      </w:r>
    </w:p>
    <w:p>
      <w:pPr>
        <w:spacing w:before="160"/>
      </w:pPr>
      <w:r>
        <w:rPr>
          <w:b/>
          <w:sz w:val="22"/>
        </w:rPr>
        <w:t>296. “失败常常是成功之母”说明( )。</w:t>
      </w:r>
    </w:p>
    <w:p>
      <w:pPr>
        <w:spacing w:before="20" w:after="20"/>
      </w:pPr>
      <w:r>
        <w:rPr>
          <w:sz w:val="22"/>
        </w:rPr>
        <w:t xml:space="preserve">    A. 谬误在一定条件下能够向真理转化</w:t>
      </w:r>
    </w:p>
    <w:p>
      <w:pPr>
        <w:spacing w:before="20" w:after="20"/>
      </w:pPr>
      <w:r>
        <w:rPr>
          <w:sz w:val="22"/>
        </w:rPr>
        <w:t xml:space="preserve">    B. 谬误必然转化为真理</w:t>
      </w:r>
    </w:p>
    <w:p>
      <w:pPr>
        <w:spacing w:before="20" w:after="20"/>
      </w:pPr>
      <w:r>
        <w:rPr>
          <w:sz w:val="22"/>
        </w:rPr>
        <w:t xml:space="preserve">    C. 真理与谬误的对立是相对的</w:t>
      </w:r>
    </w:p>
    <w:p>
      <w:pPr>
        <w:spacing w:before="20" w:after="20"/>
      </w:pPr>
      <w:r>
        <w:rPr>
          <w:sz w:val="22"/>
        </w:rPr>
        <w:t xml:space="preserve">    D. 真理与谬误的对立是绝对的</w:t>
      </w:r>
    </w:p>
    <w:p>
      <w:pPr>
        <w:spacing w:before="160"/>
      </w:pPr>
      <w:r>
        <w:rPr>
          <w:b/>
          <w:sz w:val="22"/>
        </w:rPr>
        <w:t>297. 在资本主义条件下，资本变成了一种非常神秘的东西，似乎劳动的一切社会生产力并非劳动本身所有，而为资本所有，资本本身就具有一种能使价值增殖的魔力，这就是资本拜物教。马克思通过对劳动力商品的特点和资本总公式的矛盾的分析，阐明了资本的实质，揭露了资本拜物教产生的秘密。以下对资本认识正确的有( )。</w:t>
      </w:r>
    </w:p>
    <w:p>
      <w:pPr>
        <w:spacing w:before="20" w:after="20"/>
      </w:pPr>
      <w:r>
        <w:rPr>
          <w:sz w:val="22"/>
        </w:rPr>
        <w:t xml:space="preserve">    A. 可以带来剩余价值的价值</w:t>
      </w:r>
    </w:p>
    <w:p>
      <w:pPr>
        <w:spacing w:before="20" w:after="20"/>
      </w:pPr>
      <w:r>
        <w:rPr>
          <w:sz w:val="22"/>
        </w:rPr>
        <w:t xml:space="preserve">    B. 是剩余价值产生的源泉</w:t>
      </w:r>
    </w:p>
    <w:p>
      <w:pPr>
        <w:spacing w:before="20" w:after="20"/>
      </w:pPr>
      <w:r>
        <w:rPr>
          <w:sz w:val="22"/>
        </w:rPr>
        <w:t xml:space="preserve">    C. 根据在剩余价值生产过程中的作用不同区分为不变资本和可变资本</w:t>
      </w:r>
    </w:p>
    <w:p>
      <w:pPr>
        <w:spacing w:before="20" w:after="20"/>
      </w:pPr>
      <w:r>
        <w:rPr>
          <w:sz w:val="22"/>
        </w:rPr>
        <w:t xml:space="preserve">    D. 在资本主义生产过程中采取生产资料和劳动力两种形态</w:t>
      </w:r>
    </w:p>
    <w:p>
      <w:pPr>
        <w:spacing w:before="160"/>
      </w:pPr>
      <w:r>
        <w:rPr>
          <w:b/>
          <w:sz w:val="22"/>
        </w:rPr>
        <w:t>298. 在辩证法看来，否定( )。</w:t>
      </w:r>
    </w:p>
    <w:p>
      <w:pPr>
        <w:spacing w:before="20" w:after="20"/>
      </w:pPr>
      <w:r>
        <w:rPr>
          <w:sz w:val="22"/>
        </w:rPr>
        <w:t xml:space="preserve">    A. 是事物的自我否定</w:t>
      </w:r>
    </w:p>
    <w:p>
      <w:pPr>
        <w:spacing w:before="20" w:after="20"/>
      </w:pPr>
      <w:r>
        <w:rPr>
          <w:sz w:val="22"/>
        </w:rPr>
        <w:t xml:space="preserve">    B. 是事物发展的环节</w:t>
      </w:r>
    </w:p>
    <w:p>
      <w:pPr>
        <w:spacing w:before="20" w:after="20"/>
      </w:pPr>
      <w:r>
        <w:rPr>
          <w:sz w:val="22"/>
        </w:rPr>
        <w:t xml:space="preserve">    C. 是新、旧事物联系的环节</w:t>
      </w:r>
    </w:p>
    <w:p>
      <w:pPr>
        <w:spacing w:before="20" w:after="20"/>
      </w:pPr>
      <w:r>
        <w:rPr>
          <w:sz w:val="22"/>
        </w:rPr>
        <w:t xml:space="preserve">    D. 其实质是“扬弃”</w:t>
      </w:r>
    </w:p>
    <w:p>
      <w:pPr>
        <w:spacing w:before="160"/>
      </w:pPr>
      <w:r>
        <w:rPr>
          <w:b/>
          <w:sz w:val="22"/>
        </w:rPr>
        <w:t>299. 社会意识的相对独立性表现在( )。</w:t>
      </w:r>
    </w:p>
    <w:p>
      <w:pPr>
        <w:spacing w:before="20" w:after="20"/>
      </w:pPr>
      <w:r>
        <w:rPr>
          <w:sz w:val="22"/>
        </w:rPr>
        <w:t xml:space="preserve">    A. 社会经济发展水平较高的国家或地区，其社会意识的发展水平未必是最高的</w:t>
      </w:r>
    </w:p>
    <w:p>
      <w:pPr>
        <w:spacing w:before="20" w:after="20"/>
      </w:pPr>
      <w:r>
        <w:rPr>
          <w:sz w:val="22"/>
        </w:rPr>
        <w:t xml:space="preserve">    B. 社会意识对社会存在的能动的反作用</w:t>
      </w:r>
    </w:p>
    <w:p>
      <w:pPr>
        <w:spacing w:before="20" w:after="20"/>
      </w:pPr>
      <w:r>
        <w:rPr>
          <w:sz w:val="22"/>
        </w:rPr>
        <w:t xml:space="preserve">    C. “经济上落后的国家在哲学上仍然能够演奏第一小提琴”</w:t>
      </w:r>
    </w:p>
    <w:p>
      <w:pPr>
        <w:spacing w:before="20" w:after="20"/>
      </w:pPr>
      <w:r>
        <w:rPr>
          <w:sz w:val="22"/>
        </w:rPr>
        <w:t xml:space="preserve">    D. 社会意识内部各种形式之间存在相互影响且各自具有历史继承性</w:t>
      </w:r>
    </w:p>
    <w:p>
      <w:pPr>
        <w:spacing w:before="160"/>
      </w:pPr>
      <w:r>
        <w:rPr>
          <w:b/>
          <w:sz w:val="22"/>
        </w:rPr>
        <w:t>300. 人类社会发展的基本规律是( )。</w:t>
      </w:r>
    </w:p>
    <w:p>
      <w:pPr>
        <w:spacing w:before="20" w:after="20"/>
      </w:pPr>
      <w:r>
        <w:rPr>
          <w:sz w:val="22"/>
        </w:rPr>
        <w:t xml:space="preserve">    A. 能量守恒定律</w:t>
      </w:r>
    </w:p>
    <w:p>
      <w:pPr>
        <w:spacing w:before="20" w:after="20"/>
      </w:pPr>
      <w:r>
        <w:rPr>
          <w:sz w:val="22"/>
        </w:rPr>
        <w:t xml:space="preserve">    B. 剩余价值规律</w:t>
      </w:r>
    </w:p>
    <w:p>
      <w:pPr>
        <w:spacing w:before="20" w:after="20"/>
      </w:pPr>
      <w:r>
        <w:rPr>
          <w:sz w:val="22"/>
        </w:rPr>
        <w:t xml:space="preserve">    C. 生产力与生产关系的矛盾运动规律</w:t>
      </w:r>
    </w:p>
    <w:p>
      <w:pPr>
        <w:spacing w:before="20" w:after="20"/>
      </w:pPr>
      <w:r>
        <w:rPr>
          <w:sz w:val="22"/>
        </w:rPr>
        <w:t xml:space="preserve">    D. 经济基础与上层建筑之间的矛盾运动规律</w:t>
      </w:r>
    </w:p>
    <w:p>
      <w:pPr>
        <w:spacing w:before="160"/>
      </w:pPr>
      <w:r>
        <w:rPr>
          <w:b/>
          <w:sz w:val="22"/>
        </w:rPr>
        <w:t>301. “天下难事，必作于易;天下大事，必作于细。”下列选项中与老子的这句话蕴含的哲理相似的是( )。</w:t>
      </w:r>
    </w:p>
    <w:p>
      <w:pPr>
        <w:spacing w:before="20" w:after="20"/>
      </w:pPr>
      <w:r>
        <w:rPr>
          <w:sz w:val="22"/>
        </w:rPr>
        <w:t xml:space="preserve">    A. “不积跬步，无以至千里;不积细流，无以成江海”</w:t>
      </w:r>
    </w:p>
    <w:p>
      <w:pPr>
        <w:spacing w:before="20" w:after="20"/>
      </w:pPr>
      <w:r>
        <w:rPr>
          <w:sz w:val="22"/>
        </w:rPr>
        <w:t xml:space="preserve">    B. “善不积不足以成名，恶不积不足以灭身”</w:t>
      </w:r>
    </w:p>
    <w:p>
      <w:pPr>
        <w:spacing w:before="20" w:after="20"/>
      </w:pPr>
      <w:r>
        <w:rPr>
          <w:sz w:val="22"/>
        </w:rPr>
        <w:t xml:space="preserve">    C. “掌握火候”“过犹不及”</w:t>
      </w:r>
    </w:p>
    <w:p>
      <w:pPr>
        <w:spacing w:before="20" w:after="20"/>
      </w:pPr>
      <w:r>
        <w:rPr>
          <w:sz w:val="22"/>
        </w:rPr>
        <w:t xml:space="preserve">    D. “见善如不及，见不善如探汤”</w:t>
      </w:r>
    </w:p>
    <w:p>
      <w:pPr>
        <w:spacing w:before="160"/>
      </w:pPr>
      <w:r>
        <w:rPr>
          <w:b/>
          <w:sz w:val="22"/>
        </w:rPr>
        <w:t>302. 哲学基本问题主要包括两方面内容，即( )。</w:t>
      </w:r>
    </w:p>
    <w:p>
      <w:pPr>
        <w:spacing w:before="20" w:after="20"/>
      </w:pPr>
      <w:r>
        <w:rPr>
          <w:sz w:val="22"/>
        </w:rPr>
        <w:t xml:space="preserve">    A. 存在和思维何者为第一性的问题</w:t>
      </w:r>
    </w:p>
    <w:p>
      <w:pPr>
        <w:spacing w:before="20" w:after="20"/>
      </w:pPr>
      <w:r>
        <w:rPr>
          <w:sz w:val="22"/>
        </w:rPr>
        <w:t xml:space="preserve">    B. 存在和思维是否具有同一性的问题</w:t>
      </w:r>
    </w:p>
    <w:p>
      <w:pPr>
        <w:spacing w:before="20" w:after="20"/>
      </w:pPr>
      <w:r>
        <w:rPr>
          <w:sz w:val="22"/>
        </w:rPr>
        <w:t xml:space="preserve">    C. 真理和价值的关系问题</w:t>
      </w:r>
    </w:p>
    <w:p>
      <w:pPr>
        <w:spacing w:before="20" w:after="20"/>
      </w:pPr>
      <w:r>
        <w:rPr>
          <w:sz w:val="22"/>
        </w:rPr>
        <w:t xml:space="preserve">    D. 真理的绝对性和相对性关系问题</w:t>
      </w:r>
    </w:p>
    <w:p>
      <w:pPr>
        <w:spacing w:before="160"/>
      </w:pPr>
      <w:r>
        <w:rPr>
          <w:b/>
          <w:sz w:val="22"/>
        </w:rPr>
        <w:t>303. 改革在社会历史发展中的作用表现在( )。</w:t>
      </w:r>
    </w:p>
    <w:p>
      <w:pPr>
        <w:spacing w:before="20" w:after="20"/>
      </w:pPr>
      <w:r>
        <w:rPr>
          <w:sz w:val="22"/>
        </w:rPr>
        <w:t xml:space="preserve">    A. 是解决社会基本矛盾的有效途径和手段</w:t>
      </w:r>
    </w:p>
    <w:p>
      <w:pPr>
        <w:spacing w:before="20" w:after="20"/>
      </w:pPr>
      <w:r>
        <w:rPr>
          <w:sz w:val="22"/>
        </w:rPr>
        <w:t xml:space="preserve">    B. 是促进生产力发展的有效途径</w:t>
      </w:r>
    </w:p>
    <w:p>
      <w:pPr>
        <w:spacing w:before="20" w:after="20"/>
      </w:pPr>
      <w:r>
        <w:rPr>
          <w:sz w:val="22"/>
        </w:rPr>
        <w:t xml:space="preserve">    C. 是推动社会进步的手段</w:t>
      </w:r>
    </w:p>
    <w:p>
      <w:pPr>
        <w:spacing w:before="20" w:after="20"/>
      </w:pPr>
      <w:r>
        <w:rPr>
          <w:sz w:val="22"/>
        </w:rPr>
        <w:t xml:space="preserve">    D. 是社会形态更替的决定性环节</w:t>
      </w:r>
    </w:p>
    <w:p>
      <w:pPr>
        <w:spacing w:before="160"/>
      </w:pPr>
      <w:r>
        <w:rPr>
          <w:b/>
          <w:sz w:val="22"/>
        </w:rPr>
        <w:t>304. 社会进步作为对社会前进发展的总概括，主要表现在( )。</w:t>
      </w:r>
    </w:p>
    <w:p>
      <w:pPr>
        <w:spacing w:before="20" w:after="20"/>
      </w:pPr>
      <w:r>
        <w:rPr>
          <w:sz w:val="22"/>
        </w:rPr>
        <w:t xml:space="preserve">    A. 社会形态更替的前进性否认了历史发展的曲折性</w:t>
      </w:r>
    </w:p>
    <w:p>
      <w:pPr>
        <w:spacing w:before="20" w:after="20"/>
      </w:pPr>
      <w:r>
        <w:rPr>
          <w:sz w:val="22"/>
        </w:rPr>
        <w:t xml:space="preserve">    B. 社会形态从低级到高级的发展</w:t>
      </w:r>
    </w:p>
    <w:p>
      <w:pPr>
        <w:spacing w:before="20" w:after="20"/>
      </w:pPr>
      <w:r>
        <w:rPr>
          <w:sz w:val="22"/>
        </w:rPr>
        <w:t xml:space="preserve">    C. 同一社会形态内部的发展</w:t>
      </w:r>
    </w:p>
    <w:p>
      <w:pPr>
        <w:spacing w:before="20" w:after="20"/>
      </w:pPr>
      <w:r>
        <w:rPr>
          <w:sz w:val="22"/>
        </w:rPr>
        <w:t xml:space="preserve">    D. 社会形态更替的反复甚至倒退可以忽略不计</w:t>
      </w:r>
    </w:p>
    <w:p>
      <w:pPr>
        <w:spacing w:before="160"/>
      </w:pPr>
      <w:r>
        <w:rPr>
          <w:b/>
          <w:sz w:val="22"/>
        </w:rPr>
        <w:t>305. 实现共产主义是人类最伟大的事业，它的实现( )。</w:t>
      </w:r>
    </w:p>
    <w:p>
      <w:pPr>
        <w:spacing w:before="20" w:after="20"/>
      </w:pPr>
      <w:r>
        <w:rPr>
          <w:sz w:val="22"/>
        </w:rPr>
        <w:t xml:space="preserve">    A. 离不开工人阶级及其政党的能动性发挥</w:t>
      </w:r>
    </w:p>
    <w:p>
      <w:pPr>
        <w:spacing w:before="20" w:after="20"/>
      </w:pPr>
      <w:r>
        <w:rPr>
          <w:sz w:val="22"/>
        </w:rPr>
        <w:t xml:space="preserve">    B. 离不开社会主义国家建设事业的推进</w:t>
      </w:r>
    </w:p>
    <w:p>
      <w:pPr>
        <w:spacing w:before="20" w:after="20"/>
      </w:pPr>
      <w:r>
        <w:rPr>
          <w:sz w:val="22"/>
        </w:rPr>
        <w:t xml:space="preserve">    C. 离不开世界社会主义运动的发展</w:t>
      </w:r>
    </w:p>
    <w:p>
      <w:pPr>
        <w:spacing w:before="20" w:after="20"/>
      </w:pPr>
      <w:r>
        <w:rPr>
          <w:sz w:val="22"/>
        </w:rPr>
        <w:t xml:space="preserve">    D. 必须找到现实的阶级力量</w:t>
      </w:r>
    </w:p>
    <w:p>
      <w:pPr>
        <w:spacing w:before="160"/>
      </w:pPr>
      <w:r>
        <w:rPr>
          <w:b/>
          <w:sz w:val="22"/>
        </w:rPr>
        <w:t>306. 人类社会作为一种活的有机体，既包括“骨骼系统”，又包括“血肉系统”，两者缺一不可。社会的“血肉系统”是指( )。</w:t>
      </w:r>
    </w:p>
    <w:p>
      <w:pPr>
        <w:spacing w:before="20" w:after="20"/>
      </w:pPr>
      <w:r>
        <w:rPr>
          <w:sz w:val="22"/>
        </w:rPr>
        <w:t xml:space="preserve">    A. 自然地理环境、人口因素和生产方式等社会物质生活条件</w:t>
      </w:r>
    </w:p>
    <w:p>
      <w:pPr>
        <w:spacing w:before="20" w:after="20"/>
      </w:pPr>
      <w:r>
        <w:rPr>
          <w:sz w:val="22"/>
        </w:rPr>
        <w:t xml:space="preserve">    B. 科学技术</w:t>
      </w:r>
    </w:p>
    <w:p>
      <w:pPr>
        <w:spacing w:before="20" w:after="20"/>
      </w:pPr>
      <w:r>
        <w:rPr>
          <w:sz w:val="22"/>
        </w:rPr>
        <w:t xml:space="preserve">    C. 建立在一定经济基础之上的政治法律制度及设施、政治组织等</w:t>
      </w:r>
    </w:p>
    <w:p>
      <w:pPr>
        <w:spacing w:before="20" w:after="20"/>
      </w:pPr>
      <w:r>
        <w:rPr>
          <w:sz w:val="22"/>
        </w:rPr>
        <w:t xml:space="preserve">    D. 由政治法律思想、道德、艺术、宗教、哲学等构成的社会意识形态</w:t>
      </w:r>
    </w:p>
    <w:p>
      <w:pPr>
        <w:spacing w:before="160"/>
      </w:pPr>
      <w:r>
        <w:rPr>
          <w:b/>
          <w:sz w:val="22"/>
        </w:rPr>
        <w:t>307. 某创业公司筹集了300万资金，购入了原材料和机器设备。此处资本所执行的职能和在资本循环中所处的阶段分别是( )。</w:t>
      </w:r>
    </w:p>
    <w:p>
      <w:pPr>
        <w:spacing w:before="20" w:after="20"/>
      </w:pPr>
      <w:r>
        <w:rPr>
          <w:sz w:val="22"/>
        </w:rPr>
        <w:t xml:space="preserve">    A. 商品资本职能</w:t>
      </w:r>
    </w:p>
    <w:p>
      <w:pPr>
        <w:spacing w:before="20" w:after="20"/>
      </w:pPr>
      <w:r>
        <w:rPr>
          <w:sz w:val="22"/>
        </w:rPr>
        <w:t xml:space="preserve">    B. 生产阶段</w:t>
      </w:r>
    </w:p>
    <w:p>
      <w:pPr>
        <w:spacing w:before="20" w:after="20"/>
      </w:pPr>
      <w:r>
        <w:rPr>
          <w:sz w:val="22"/>
        </w:rPr>
        <w:t xml:space="preserve">    C. 货币资本职能</w:t>
      </w:r>
    </w:p>
    <w:p>
      <w:pPr>
        <w:spacing w:before="20" w:after="20"/>
      </w:pPr>
      <w:r>
        <w:rPr>
          <w:sz w:val="22"/>
        </w:rPr>
        <w:t xml:space="preserve">    D. 购买阶段</w:t>
      </w:r>
    </w:p>
    <w:p>
      <w:pPr>
        <w:spacing w:before="160"/>
      </w:pPr>
      <w:r>
        <w:rPr>
          <w:b/>
          <w:sz w:val="22"/>
        </w:rPr>
        <w:t>308. 在当代中国，人民群众包括( )。</w:t>
      </w:r>
    </w:p>
    <w:p>
      <w:pPr>
        <w:spacing w:before="20" w:after="20"/>
      </w:pPr>
      <w:r>
        <w:rPr>
          <w:sz w:val="22"/>
        </w:rPr>
        <w:t xml:space="preserve">    A. 全体社会主义劳动者</w:t>
      </w:r>
    </w:p>
    <w:p>
      <w:pPr>
        <w:spacing w:before="20" w:after="20"/>
      </w:pPr>
      <w:r>
        <w:rPr>
          <w:sz w:val="22"/>
        </w:rPr>
        <w:t xml:space="preserve">    B. 社会主义事业的建设者</w:t>
      </w:r>
    </w:p>
    <w:p>
      <w:pPr>
        <w:spacing w:before="20" w:after="20"/>
      </w:pPr>
      <w:r>
        <w:rPr>
          <w:sz w:val="22"/>
        </w:rPr>
        <w:t xml:space="preserve">    C. 拥护社会主义的爱国者</w:t>
      </w:r>
    </w:p>
    <w:p>
      <w:pPr>
        <w:spacing w:before="20" w:after="20"/>
      </w:pPr>
      <w:r>
        <w:rPr>
          <w:sz w:val="22"/>
        </w:rPr>
        <w:t xml:space="preserve">    D. 拥护祖国统一和致力于中华民族伟大复兴的爱国者</w:t>
      </w:r>
    </w:p>
    <w:p>
      <w:pPr>
        <w:spacing w:before="160"/>
      </w:pPr>
      <w:r>
        <w:rPr>
          <w:b/>
          <w:sz w:val="22"/>
        </w:rPr>
        <w:t>309. 属于共产主义社会的特征的有( )。</w:t>
      </w:r>
    </w:p>
    <w:p>
      <w:pPr>
        <w:spacing w:before="20" w:after="20"/>
      </w:pPr>
      <w:r>
        <w:rPr>
          <w:sz w:val="22"/>
        </w:rPr>
        <w:t xml:space="preserve">    A. 物质财富极大丰富，消费品按需分配</w:t>
      </w:r>
    </w:p>
    <w:p>
      <w:pPr>
        <w:spacing w:before="20" w:after="20"/>
      </w:pPr>
      <w:r>
        <w:rPr>
          <w:sz w:val="22"/>
        </w:rPr>
        <w:t xml:space="preserve">    B. 社会关系高度和谐，人们的精神境界极大提高</w:t>
      </w:r>
    </w:p>
    <w:p>
      <w:pPr>
        <w:spacing w:before="20" w:after="20"/>
      </w:pPr>
      <w:r>
        <w:rPr>
          <w:sz w:val="22"/>
        </w:rPr>
        <w:t xml:space="preserve">    C. 物质财富极大丰富，消费品按劳分配</w:t>
      </w:r>
    </w:p>
    <w:p>
      <w:pPr>
        <w:spacing w:before="20" w:after="20"/>
      </w:pPr>
      <w:r>
        <w:rPr>
          <w:sz w:val="22"/>
        </w:rPr>
        <w:t xml:space="preserve">    D. 每个人自由而全面的发展，人类从必然王国向自由王国飞跃</w:t>
      </w:r>
    </w:p>
    <w:p>
      <w:pPr>
        <w:spacing w:before="160"/>
      </w:pPr>
      <w:r>
        <w:rPr>
          <w:b/>
          <w:sz w:val="22"/>
        </w:rPr>
        <w:t>310. 消费者的下列经济行为中，属于货币执行支付手段职能的有( )。</w:t>
      </w:r>
    </w:p>
    <w:p>
      <w:pPr>
        <w:spacing w:before="20" w:after="20"/>
      </w:pPr>
      <w:r>
        <w:rPr>
          <w:sz w:val="22"/>
        </w:rPr>
        <w:t xml:space="preserve">    A. 购买商品房，合同约定房价30万元</w:t>
      </w:r>
    </w:p>
    <w:p>
      <w:pPr>
        <w:spacing w:before="20" w:after="20"/>
      </w:pPr>
      <w:r>
        <w:rPr>
          <w:sz w:val="22"/>
        </w:rPr>
        <w:t xml:space="preserve">    B. 按购房合同约定，第二年付房款10万元</w:t>
      </w:r>
    </w:p>
    <w:p>
      <w:pPr>
        <w:spacing w:before="20" w:after="20"/>
      </w:pPr>
      <w:r>
        <w:rPr>
          <w:sz w:val="22"/>
        </w:rPr>
        <w:t xml:space="preserve">    C. 缴纳房屋契税9000元</w:t>
      </w:r>
    </w:p>
    <w:p>
      <w:pPr>
        <w:spacing w:before="20" w:after="20"/>
      </w:pPr>
      <w:r>
        <w:rPr>
          <w:sz w:val="22"/>
        </w:rPr>
        <w:t xml:space="preserve">    D. 在装饰材料市场现购材料5万元</w:t>
      </w:r>
    </w:p>
    <w:p>
      <w:pPr>
        <w:spacing w:before="160"/>
      </w:pPr>
      <w:r>
        <w:rPr>
          <w:b/>
          <w:sz w:val="22"/>
        </w:rPr>
        <w:t>311. 在以私有制为基础的商品经济中，商品生产者的劳动具有两重性:既是具有社会性质的社会劳动，又是具有私人性质的私人劳动。私人劳动和社会劳动的矛盾( )。</w:t>
      </w:r>
    </w:p>
    <w:p>
      <w:pPr>
        <w:spacing w:before="20" w:after="20"/>
      </w:pPr>
      <w:r>
        <w:rPr>
          <w:sz w:val="22"/>
        </w:rPr>
        <w:t xml:space="preserve">    A. 决定着商品生产者的命运</w:t>
      </w:r>
    </w:p>
    <w:p>
      <w:pPr>
        <w:spacing w:before="20" w:after="20"/>
      </w:pPr>
      <w:r>
        <w:rPr>
          <w:sz w:val="22"/>
        </w:rPr>
        <w:t xml:space="preserve">    B. 是商品经济其他一切矛盾的基础</w:t>
      </w:r>
    </w:p>
    <w:p>
      <w:pPr>
        <w:spacing w:before="20" w:after="20"/>
      </w:pPr>
      <w:r>
        <w:rPr>
          <w:sz w:val="22"/>
        </w:rPr>
        <w:t xml:space="preserve">    C. 在资本主义制度下进一步发展成资本主义的基本矛盾</w:t>
      </w:r>
    </w:p>
    <w:p>
      <w:pPr>
        <w:spacing w:before="20" w:after="20"/>
      </w:pPr>
      <w:r>
        <w:rPr>
          <w:sz w:val="22"/>
        </w:rPr>
        <w:t xml:space="preserve">    D. 根源于不变资本和可变资本的矛盾</w:t>
      </w:r>
    </w:p>
    <w:p>
      <w:pPr>
        <w:spacing w:before="160"/>
      </w:pPr>
      <w:r>
        <w:rPr>
          <w:b/>
          <w:sz w:val="22"/>
        </w:rPr>
        <w:t>312. 元宇宙概念的走红，背后有着相应的技术支撑和社会生活因素。一方面，经过多年的发展，虚拟现实、人工智能、区块链、5G通讯、可穿戴设备等底层技术的应用日渐成熟;另一方面，因为疫情等原因，线上办公、线上课程逐渐普及，人们在虚拟空间的停留时间更长，线上生活所占的比例不断升高。在一些具体的场景中，人们捕捉到元宇宙可能给生活带来的改变。从在游戏中参加虚拟演唱会，到在虚拟空间以虚拟形象参加会议，且会上可以用语音和动作进行实时交互，这些已经成为现实的案例，一定程度上打破了虚拟与现实的界线。“元宇宙”的出现和发展说明( )。</w:t>
      </w:r>
    </w:p>
    <w:p>
      <w:pPr>
        <w:spacing w:before="20" w:after="20"/>
      </w:pPr>
      <w:r>
        <w:rPr>
          <w:sz w:val="22"/>
        </w:rPr>
        <w:t xml:space="preserve">    A. 社会意识不再依赖于社会存在</w:t>
      </w:r>
    </w:p>
    <w:p>
      <w:pPr>
        <w:spacing w:before="20" w:after="20"/>
      </w:pPr>
      <w:r>
        <w:rPr>
          <w:sz w:val="22"/>
        </w:rPr>
        <w:t xml:space="preserve">    B. 科学技术日益成为生产发展的决定性因素</w:t>
      </w:r>
    </w:p>
    <w:p>
      <w:pPr>
        <w:spacing w:before="20" w:after="20"/>
      </w:pPr>
      <w:r>
        <w:rPr>
          <w:sz w:val="22"/>
        </w:rPr>
        <w:t xml:space="preserve">    C. 虚拟实践为人的生存与发展提供了多样的自由空间</w:t>
      </w:r>
    </w:p>
    <w:p>
      <w:pPr>
        <w:spacing w:before="20" w:after="20"/>
      </w:pPr>
      <w:r>
        <w:rPr>
          <w:sz w:val="22"/>
        </w:rPr>
        <w:t xml:space="preserve">    D. 人们之间的社会交往是人类最基本的实践活动</w:t>
      </w:r>
    </w:p>
    <w:p>
      <w:pPr>
        <w:spacing w:before="160"/>
      </w:pPr>
      <w:r>
        <w:rPr>
          <w:b/>
          <w:sz w:val="22"/>
        </w:rPr>
        <w:t>313. 通过对商品关系的深刻分析，马克思阐明了商品的二因素和生产商品的劳动的二重性及其相互关系、价值的质和量的规定性及其变化规律、价值形式的发展和货币的起源、商品经济的基本矛盾和基本规律及其作用，形成了科学的劳动价值论。马克思劳动价值论的重大意义在于( )。</w:t>
      </w:r>
    </w:p>
    <w:p>
      <w:pPr>
        <w:spacing w:before="20" w:after="20"/>
      </w:pPr>
      <w:r>
        <w:rPr>
          <w:sz w:val="22"/>
        </w:rPr>
        <w:t xml:space="preserve">    A. 首次提出了劳动创造价值的观点</w:t>
      </w:r>
    </w:p>
    <w:p>
      <w:pPr>
        <w:spacing w:before="20" w:after="20"/>
      </w:pPr>
      <w:r>
        <w:rPr>
          <w:sz w:val="22"/>
        </w:rPr>
        <w:t xml:space="preserve">    B. 揭示了私有制条件下商品经济的基本矛盾</w:t>
      </w:r>
    </w:p>
    <w:p>
      <w:pPr>
        <w:spacing w:before="20" w:after="20"/>
      </w:pPr>
      <w:r>
        <w:rPr>
          <w:sz w:val="22"/>
        </w:rPr>
        <w:t xml:space="preserve">    C. 为剩余价值理论的创立奠定了基础</w:t>
      </w:r>
    </w:p>
    <w:p>
      <w:pPr>
        <w:spacing w:before="20" w:after="20"/>
      </w:pPr>
      <w:r>
        <w:rPr>
          <w:sz w:val="22"/>
        </w:rPr>
        <w:t xml:space="preserve">    D. 揭示了商品经济的一般规律，对理解社会主义市场经济具有指导意义</w:t>
      </w:r>
    </w:p>
    <w:p>
      <w:pPr>
        <w:spacing w:before="160"/>
      </w:pPr>
      <w:r>
        <w:rPr>
          <w:b/>
          <w:sz w:val="22"/>
        </w:rPr>
        <w:t>314. 激情的冰雪运动与浓郁工业风融为一体，工厂旧址“变身”冬奥赛场。借着冬奥筹办的机会，首钢工业园实现由火到冰的华丽转变。这样的巧妙设计既能满足冬奥会的比赛要求，赋予首钢新的意义，又能保留工业遗址的完整性。工厂旧址“变身”冬奥赛场蕴含的哲学原理是( )。</w:t>
      </w:r>
    </w:p>
    <w:p>
      <w:pPr>
        <w:spacing w:before="20" w:after="20"/>
      </w:pPr>
      <w:r>
        <w:rPr>
          <w:sz w:val="22"/>
        </w:rPr>
        <w:t xml:space="preserve">    A. 否定是事物联系和发展的环节</w:t>
      </w:r>
    </w:p>
    <w:p>
      <w:pPr>
        <w:spacing w:before="20" w:after="20"/>
      </w:pPr>
      <w:r>
        <w:rPr>
          <w:sz w:val="22"/>
        </w:rPr>
        <w:t xml:space="preserve">    B. 新事物是在旧事物的“母体”中孕育成熟的</w:t>
      </w:r>
    </w:p>
    <w:p>
      <w:pPr>
        <w:spacing w:before="20" w:after="20"/>
      </w:pPr>
      <w:r>
        <w:rPr>
          <w:sz w:val="22"/>
        </w:rPr>
        <w:t xml:space="preserve">    C. 任何形式上的变化都会对内容的发展起积极的推动作用</w:t>
      </w:r>
    </w:p>
    <w:p>
      <w:pPr>
        <w:spacing w:before="20" w:after="20"/>
      </w:pPr>
      <w:r>
        <w:rPr>
          <w:sz w:val="22"/>
        </w:rPr>
        <w:t xml:space="preserve">    D. 事物的辩证否定是一次完成的</w:t>
      </w:r>
    </w:p>
    <w:p>
      <w:pPr>
        <w:spacing w:before="160"/>
      </w:pPr>
      <w:r>
        <w:rPr>
          <w:b/>
          <w:sz w:val="22"/>
        </w:rPr>
        <w:t>315. 恩格斯说:“运动，就它被理解为存在方式，被理解为物质的固有属性这一最一般的意义来说，囊括宇宙中发生的一切变化和过程，从单纯的位置变动起直到思维。”这段话说明( )。</w:t>
      </w:r>
    </w:p>
    <w:p>
      <w:pPr>
        <w:spacing w:before="20" w:after="20"/>
      </w:pPr>
      <w:r>
        <w:rPr>
          <w:sz w:val="22"/>
        </w:rPr>
        <w:t xml:space="preserve">    A. 运动是物质的根本属性或存在方式</w:t>
      </w:r>
    </w:p>
    <w:p>
      <w:pPr>
        <w:spacing w:before="20" w:after="20"/>
      </w:pPr>
      <w:r>
        <w:rPr>
          <w:sz w:val="22"/>
        </w:rPr>
        <w:t xml:space="preserve">    B. 没有脱离运动的物质，也没有离开物质的运动</w:t>
      </w:r>
    </w:p>
    <w:p>
      <w:pPr>
        <w:spacing w:before="20" w:after="20"/>
      </w:pPr>
      <w:r>
        <w:rPr>
          <w:sz w:val="22"/>
        </w:rPr>
        <w:t xml:space="preserve">    C. 物质是一切运动变化和发展过程的实在基础和承担者</w:t>
      </w:r>
    </w:p>
    <w:p>
      <w:pPr>
        <w:spacing w:before="20" w:after="20"/>
      </w:pPr>
      <w:r>
        <w:rPr>
          <w:sz w:val="22"/>
        </w:rPr>
        <w:t xml:space="preserve">    D. 运动就是物质，物质就是运动</w:t>
      </w:r>
    </w:p>
    <w:p>
      <w:pPr>
        <w:spacing w:before="160"/>
      </w:pPr>
      <w:r>
        <w:rPr>
          <w:b/>
          <w:sz w:val="22"/>
        </w:rPr>
        <w:t>316. 1921年3月，俄共(布)召开十大，毅然决定从战时共产主义政策过渡到实行新经济政策。这一决定，表明列宁的社会主义建设思想发生了重大转变，对在俄国这样一个小农占优势的国家走向社会主义的道路又有了新的认识，标志着列宁正在探索一条符合俄国国情的建设社会主义的道路。新经济政策的主要内容有( )。</w:t>
      </w:r>
    </w:p>
    <w:p>
      <w:pPr>
        <w:spacing w:before="20" w:after="20"/>
      </w:pPr>
      <w:r>
        <w:rPr>
          <w:sz w:val="22"/>
        </w:rPr>
        <w:t xml:space="preserve">    A. 用余粮收集制取代粮食税制</w:t>
      </w:r>
    </w:p>
    <w:p>
      <w:pPr>
        <w:spacing w:before="20" w:after="20"/>
      </w:pPr>
      <w:r>
        <w:rPr>
          <w:sz w:val="22"/>
        </w:rPr>
        <w:t xml:space="preserve">    B. 允许私人自由贸易，恢复商品货币关系</w:t>
      </w:r>
    </w:p>
    <w:p>
      <w:pPr>
        <w:spacing w:before="20" w:after="20"/>
      </w:pPr>
      <w:r>
        <w:rPr>
          <w:sz w:val="22"/>
        </w:rPr>
        <w:t xml:space="preserve">    C. 允许私人小工业企业发展</w:t>
      </w:r>
    </w:p>
    <w:p>
      <w:pPr>
        <w:spacing w:before="20" w:after="20"/>
      </w:pPr>
      <w:r>
        <w:rPr>
          <w:sz w:val="22"/>
        </w:rPr>
        <w:t xml:space="preserve">    D. 采取一些国家资本主义的形式来发展生产</w:t>
      </w:r>
    </w:p>
    <w:p>
      <w:pPr>
        <w:spacing w:before="160"/>
      </w:pPr>
      <w:r>
        <w:rPr>
          <w:b/>
          <w:sz w:val="22"/>
        </w:rPr>
        <w:t>317. 习近平总书记在党的二十大报告中指出，要坚持发扬斗争精神，务必敢于斗争、善于斗争。从马克思主义哲学的角度分析，强调斗争精神是因为( )。</w:t>
      </w:r>
    </w:p>
    <w:p>
      <w:pPr>
        <w:spacing w:before="20" w:after="20"/>
      </w:pPr>
      <w:r>
        <w:rPr>
          <w:sz w:val="22"/>
        </w:rPr>
        <w:t xml:space="preserve">    A. 社会在矛盾运动中前进，有矛盾就会有斗争</w:t>
      </w:r>
    </w:p>
    <w:p>
      <w:pPr>
        <w:spacing w:before="20" w:after="20"/>
      </w:pPr>
      <w:r>
        <w:rPr>
          <w:sz w:val="22"/>
        </w:rPr>
        <w:t xml:space="preserve">    B. 在事物发展过程中，矛盾的斗争性始终处于主要方面</w:t>
      </w:r>
    </w:p>
    <w:p>
      <w:pPr>
        <w:spacing w:before="20" w:after="20"/>
      </w:pPr>
      <w:r>
        <w:rPr>
          <w:sz w:val="22"/>
        </w:rPr>
        <w:t xml:space="preserve">    C. 包括斗争在内的社会政治实践是人类最基本的实践活动</w:t>
      </w:r>
    </w:p>
    <w:p>
      <w:pPr>
        <w:spacing w:before="20" w:after="20"/>
      </w:pPr>
      <w:r>
        <w:rPr>
          <w:sz w:val="22"/>
        </w:rPr>
        <w:t xml:space="preserve">    D. 社会主义制度走向成熟并取得最后胜利，必然要经过曲折复杂的斗争和长期发展的过程</w:t>
      </w:r>
    </w:p>
    <w:p>
      <w:pPr>
        <w:spacing w:before="160"/>
      </w:pPr>
      <w:r>
        <w:rPr>
          <w:b/>
          <w:sz w:val="22"/>
        </w:rPr>
        <w:t>318. 2021年我国三星堆遗址3号坑发现的带有神树纹的玉琮前所未见，其埋藏年代在距今3148—2966年的时间范围之内。在玉琮上清晰地刻着一棵通天神树，证明几千年前三星堆人把来自中原的古老玉器，刻上了古蜀文化中重要的神树，印证了中华文明多元一体、互相交融的发展过程。考古工作者能根据现时的考古发掘找到当时的历史踪迹，这说明( )。</w:t>
      </w:r>
    </w:p>
    <w:p>
      <w:pPr>
        <w:spacing w:before="20" w:after="20"/>
      </w:pPr>
      <w:r>
        <w:rPr>
          <w:sz w:val="22"/>
        </w:rPr>
        <w:t xml:space="preserve">    A. 意识具有创造性，能逐步解开古蜀国社会历史之谜</w:t>
      </w:r>
    </w:p>
    <w:p>
      <w:pPr>
        <w:spacing w:before="20" w:after="20"/>
      </w:pPr>
      <w:r>
        <w:rPr>
          <w:sz w:val="22"/>
        </w:rPr>
        <w:t xml:space="preserve">    B. 人类社会是一种精神性的存在</w:t>
      </w:r>
    </w:p>
    <w:p>
      <w:pPr>
        <w:spacing w:before="20" w:after="20"/>
      </w:pPr>
      <w:r>
        <w:rPr>
          <w:sz w:val="22"/>
        </w:rPr>
        <w:t xml:space="preserve">    C. 意识是对物质世界的反映，是人的实践活动在人脑中加工改造的结果</w:t>
      </w:r>
    </w:p>
    <w:p>
      <w:pPr>
        <w:spacing w:before="20" w:after="20"/>
      </w:pPr>
      <w:r>
        <w:rPr>
          <w:sz w:val="22"/>
        </w:rPr>
        <w:t xml:space="preserve">    D. 意识是对物质世界的直观反映，不是人的实践活动在人脑中加工改造的结果</w:t>
      </w:r>
    </w:p>
    <w:p>
      <w:pPr>
        <w:spacing w:before="160"/>
      </w:pPr>
      <w:r>
        <w:rPr>
          <w:b/>
          <w:sz w:val="22"/>
        </w:rPr>
        <w:t>319. 马克思、恩格斯指出:“对实践的唯物主义者即共产主义者来说，全部问题在于使现存世界革命化，实际地反对并改变现存的事物。”马克思主义科学实践观的意义在于( )。</w:t>
      </w:r>
    </w:p>
    <w:p>
      <w:pPr>
        <w:spacing w:before="20" w:after="20"/>
      </w:pPr>
      <w:r>
        <w:rPr>
          <w:sz w:val="22"/>
        </w:rPr>
        <w:t xml:space="preserve">    A. 克服了旧唯物主义的根本缺陷，为辩证唯物主义的创立奠定了科学的理论基础</w:t>
      </w:r>
    </w:p>
    <w:p>
      <w:pPr>
        <w:spacing w:before="20" w:after="20"/>
      </w:pPr>
      <w:r>
        <w:rPr>
          <w:sz w:val="22"/>
        </w:rPr>
        <w:t xml:space="preserve">    B. 揭示了实践对认识的决定作用，为能动的、革命的反映论的创立奠定了科学的理论基础</w:t>
      </w:r>
    </w:p>
    <w:p>
      <w:pPr>
        <w:spacing w:before="20" w:after="20"/>
      </w:pPr>
      <w:r>
        <w:rPr>
          <w:sz w:val="22"/>
        </w:rPr>
        <w:t xml:space="preserve">    C. 在人类思想史上第一次揭示了社会生活的实践本质，为唯物史观的创立奠定了科学的理论基础</w:t>
      </w:r>
    </w:p>
    <w:p>
      <w:pPr>
        <w:spacing w:before="20" w:after="20"/>
      </w:pPr>
      <w:r>
        <w:rPr>
          <w:sz w:val="22"/>
        </w:rPr>
        <w:t xml:space="preserve">    D. 为人们能动地认识世界和改造世界提供了基本的思想方法和工作方法</w:t>
      </w:r>
    </w:p>
    <w:p>
      <w:pPr>
        <w:spacing w:before="160"/>
      </w:pPr>
      <w:r>
        <w:rPr>
          <w:b/>
          <w:sz w:val="22"/>
        </w:rPr>
        <w:t>320. 在现实的资本主义经济生活中，资本家把剩余价值看作全部垫付资本的产物或增加额，这就使得( )。</w:t>
      </w:r>
    </w:p>
    <w:p>
      <w:pPr>
        <w:spacing w:before="20" w:after="20"/>
      </w:pPr>
      <w:r>
        <w:rPr>
          <w:sz w:val="22"/>
        </w:rPr>
        <w:t xml:space="preserve">    A. 剩余价值转化为利润</w:t>
      </w:r>
    </w:p>
    <w:p>
      <w:pPr>
        <w:spacing w:before="20" w:after="20"/>
      </w:pPr>
      <w:r>
        <w:rPr>
          <w:sz w:val="22"/>
        </w:rPr>
        <w:t xml:space="preserve">    B. 商品价值转化为生产价格</w:t>
      </w:r>
    </w:p>
    <w:p>
      <w:pPr>
        <w:spacing w:before="20" w:after="20"/>
      </w:pPr>
      <w:r>
        <w:rPr>
          <w:sz w:val="22"/>
        </w:rPr>
        <w:t xml:space="preserve">    C. 剩余价值与可变资本的关系被掩盖了</w:t>
      </w:r>
    </w:p>
    <w:p>
      <w:pPr>
        <w:spacing w:before="20" w:after="20"/>
      </w:pPr>
      <w:r>
        <w:rPr>
          <w:sz w:val="22"/>
        </w:rPr>
        <w:t xml:space="preserve">    D. 利润率总是大于剩余价值率</w:t>
      </w:r>
    </w:p>
    <w:p>
      <w:pPr>
        <w:spacing w:before="160"/>
      </w:pPr>
      <w:r>
        <w:rPr>
          <w:b/>
          <w:sz w:val="22"/>
        </w:rPr>
        <w:t>321. 以下各项中，在共产主义社会中将会消失的有( )。</w:t>
      </w:r>
    </w:p>
    <w:p>
      <w:pPr>
        <w:spacing w:before="20" w:after="20"/>
      </w:pPr>
      <w:r>
        <w:rPr>
          <w:sz w:val="22"/>
        </w:rPr>
        <w:t xml:space="preserve">    A. 阶级</w:t>
      </w:r>
    </w:p>
    <w:p>
      <w:pPr>
        <w:spacing w:before="20" w:after="20"/>
      </w:pPr>
      <w:r>
        <w:rPr>
          <w:sz w:val="22"/>
        </w:rPr>
        <w:t xml:space="preserve">    B. 国家</w:t>
      </w:r>
    </w:p>
    <w:p>
      <w:pPr>
        <w:spacing w:before="20" w:after="20"/>
      </w:pPr>
      <w:r>
        <w:rPr>
          <w:sz w:val="22"/>
        </w:rPr>
        <w:t xml:space="preserve">    C. 所有社会管理机构</w:t>
      </w:r>
    </w:p>
    <w:p>
      <w:pPr>
        <w:spacing w:before="20" w:after="20"/>
      </w:pPr>
      <w:r>
        <w:rPr>
          <w:sz w:val="22"/>
        </w:rPr>
        <w:t xml:space="preserve">    D. 战争</w:t>
      </w:r>
    </w:p>
    <w:p>
      <w:pPr>
        <w:spacing w:before="160"/>
      </w:pPr>
      <w:r>
        <w:rPr>
          <w:b/>
          <w:sz w:val="22"/>
        </w:rPr>
        <w:t>322. 资本是在运动中增殖的，资本周而复始、不断反复的循环，就叫资本的周转。其他条件不变的情况下，以下关于资本周转说法正确的有( )。</w:t>
      </w:r>
    </w:p>
    <w:p>
      <w:pPr>
        <w:spacing w:before="20" w:after="20"/>
      </w:pPr>
      <w:r>
        <w:rPr>
          <w:sz w:val="22"/>
        </w:rPr>
        <w:t xml:space="preserve">    A. 资本周转速度与资本周转时间成反比</w:t>
      </w:r>
    </w:p>
    <w:p>
      <w:pPr>
        <w:spacing w:before="20" w:after="20"/>
      </w:pPr>
      <w:r>
        <w:rPr>
          <w:sz w:val="22"/>
        </w:rPr>
        <w:t xml:space="preserve">    B. 加快流动资本的周转速度可以加快资本周转速度</w:t>
      </w:r>
    </w:p>
    <w:p>
      <w:pPr>
        <w:spacing w:before="20" w:after="20"/>
      </w:pPr>
      <w:r>
        <w:rPr>
          <w:sz w:val="22"/>
        </w:rPr>
        <w:t xml:space="preserve">    C. 加快资本周转速度能够提高剩余价值率</w:t>
      </w:r>
    </w:p>
    <w:p>
      <w:pPr>
        <w:spacing w:before="20" w:after="20"/>
      </w:pPr>
      <w:r>
        <w:rPr>
          <w:sz w:val="22"/>
        </w:rPr>
        <w:t xml:space="preserve">    D. 加快资本周转速度能够增加年剩余价值量</w:t>
      </w:r>
    </w:p>
    <w:p>
      <w:pPr>
        <w:spacing w:before="160"/>
      </w:pPr>
      <w:r>
        <w:rPr>
          <w:b/>
          <w:sz w:val="22"/>
        </w:rPr>
        <w:t>323. 关于国体和政体的关系，下列说法中正确的有( )。</w:t>
      </w:r>
    </w:p>
    <w:p>
      <w:pPr>
        <w:spacing w:before="20" w:after="20"/>
      </w:pPr>
      <w:r>
        <w:rPr>
          <w:sz w:val="22"/>
        </w:rPr>
        <w:t xml:space="preserve">    A. 国体决定政体</w:t>
      </w:r>
    </w:p>
    <w:p>
      <w:pPr>
        <w:spacing w:before="20" w:after="20"/>
      </w:pPr>
      <w:r>
        <w:rPr>
          <w:sz w:val="22"/>
        </w:rPr>
        <w:t xml:space="preserve">    B. 政体为国体服务</w:t>
      </w:r>
    </w:p>
    <w:p>
      <w:pPr>
        <w:spacing w:before="20" w:after="20"/>
      </w:pPr>
      <w:r>
        <w:rPr>
          <w:sz w:val="22"/>
        </w:rPr>
        <w:t xml:space="preserve">    C. 政体决定国体</w:t>
      </w:r>
    </w:p>
    <w:p>
      <w:pPr>
        <w:spacing w:before="20" w:after="20"/>
      </w:pPr>
      <w:r>
        <w:rPr>
          <w:sz w:val="22"/>
        </w:rPr>
        <w:t xml:space="preserve">    D. 国体为政体服务</w:t>
      </w:r>
    </w:p>
    <w:p>
      <w:pPr>
        <w:spacing w:before="160"/>
      </w:pPr>
      <w:r>
        <w:rPr>
          <w:b/>
          <w:sz w:val="22"/>
        </w:rPr>
        <w:t>324. 马克思指出:“没有自己的生产资料，因而不得不靠出卖劳动力来维持生活的现代雇佣工人阶级。”这说明无产阶级( )。</w:t>
      </w:r>
    </w:p>
    <w:p>
      <w:pPr>
        <w:spacing w:before="20" w:after="20"/>
      </w:pPr>
      <w:r>
        <w:rPr>
          <w:sz w:val="22"/>
        </w:rPr>
        <w:t xml:space="preserve">    A. 是最弱小的阶级</w:t>
      </w:r>
    </w:p>
    <w:p>
      <w:pPr>
        <w:spacing w:before="20" w:after="20"/>
      </w:pPr>
      <w:r>
        <w:rPr>
          <w:sz w:val="22"/>
        </w:rPr>
        <w:t xml:space="preserve">    B. 身处资本主义社会最底层</w:t>
      </w:r>
    </w:p>
    <w:p>
      <w:pPr>
        <w:spacing w:before="20" w:after="20"/>
      </w:pPr>
      <w:r>
        <w:rPr>
          <w:sz w:val="22"/>
        </w:rPr>
        <w:t xml:space="preserve">    C. 是社会化大生产的产物</w:t>
      </w:r>
    </w:p>
    <w:p>
      <w:pPr>
        <w:spacing w:before="20" w:after="20"/>
      </w:pPr>
      <w:r>
        <w:rPr>
          <w:sz w:val="22"/>
        </w:rPr>
        <w:t xml:space="preserve">    D. 受到的剥削和压迫最深</w:t>
      </w:r>
    </w:p>
    <w:p>
      <w:pPr>
        <w:spacing w:before="160"/>
      </w:pPr>
      <w:r>
        <w:rPr>
          <w:b/>
          <w:sz w:val="22"/>
        </w:rPr>
        <w:t>325. 绿水青山就是金山银山、冰天雪地也是金山银山。习近平总书记强调，要充分利用东北地区的独特资源和优势，推进寒地冰雪经济加快发展。据统计，上个冰雪季，试车经济为当地直接创造收入1.7亿元，间接带动服务收入4.3亿元。从“冷资源”里挖掘“热产业”，这一事例体现的哲学原理是( )。</w:t>
      </w:r>
    </w:p>
    <w:p>
      <w:pPr>
        <w:spacing w:before="20" w:after="20"/>
      </w:pPr>
      <w:r>
        <w:rPr>
          <w:sz w:val="22"/>
        </w:rPr>
        <w:t xml:space="preserve">    A. 要坚持“两点论”，一分为二看问题</w:t>
      </w:r>
    </w:p>
    <w:p>
      <w:pPr>
        <w:spacing w:before="20" w:after="20"/>
      </w:pPr>
      <w:r>
        <w:rPr>
          <w:sz w:val="22"/>
        </w:rPr>
        <w:t xml:space="preserve">    B. 联系具有条件性，经过努力可以化不利条件为有利条件</w:t>
      </w:r>
    </w:p>
    <w:p>
      <w:pPr>
        <w:spacing w:before="20" w:after="20"/>
      </w:pPr>
      <w:r>
        <w:rPr>
          <w:sz w:val="22"/>
        </w:rPr>
        <w:t xml:space="preserve">    C. 矛盾着的对立面相互贯通，在一定条件下可以相互转化</w:t>
      </w:r>
    </w:p>
    <w:p>
      <w:pPr>
        <w:spacing w:before="20" w:after="20"/>
      </w:pPr>
      <w:r>
        <w:rPr>
          <w:sz w:val="22"/>
        </w:rPr>
        <w:t xml:space="preserve">    D. 价值具有多维性，客体能否满足主体需要是由人的主观愿望决定的</w:t>
      </w:r>
    </w:p>
    <w:p>
      <w:pPr>
        <w:spacing w:before="160"/>
      </w:pPr>
      <w:r>
        <w:rPr>
          <w:b/>
          <w:sz w:val="22"/>
        </w:rPr>
        <w:t>326. 关于按劳分配，下列说法中正确的有( )。</w:t>
      </w:r>
    </w:p>
    <w:p>
      <w:pPr>
        <w:spacing w:before="20" w:after="20"/>
      </w:pPr>
      <w:r>
        <w:rPr>
          <w:sz w:val="22"/>
        </w:rPr>
        <w:t xml:space="preserve">    A. 按劳分配是等量劳动领取等量产品</w:t>
      </w:r>
    </w:p>
    <w:p>
      <w:pPr>
        <w:spacing w:before="20" w:after="20"/>
      </w:pPr>
      <w:r>
        <w:rPr>
          <w:sz w:val="22"/>
        </w:rPr>
        <w:t xml:space="preserve">    B. 按劳分配是社会主义公有制条件下，个人消费品分配的原则</w:t>
      </w:r>
    </w:p>
    <w:p>
      <w:pPr>
        <w:spacing w:before="20" w:after="20"/>
      </w:pPr>
      <w:r>
        <w:rPr>
          <w:sz w:val="22"/>
        </w:rPr>
        <w:t xml:space="preserve">    C. 按劳分配就是平均分配</w:t>
      </w:r>
    </w:p>
    <w:p>
      <w:pPr>
        <w:spacing w:before="20" w:after="20"/>
      </w:pPr>
      <w:r>
        <w:rPr>
          <w:sz w:val="22"/>
        </w:rPr>
        <w:t xml:space="preserve">    D. 按劳分配是经济制度的基础</w:t>
      </w:r>
    </w:p>
    <w:p>
      <w:pPr>
        <w:spacing w:before="160"/>
      </w:pPr>
      <w:r>
        <w:rPr>
          <w:b/>
          <w:sz w:val="22"/>
        </w:rPr>
        <w:t>327. 下列关于哲学的说法中，正确的有( )。</w:t>
      </w:r>
    </w:p>
    <w:p>
      <w:pPr>
        <w:spacing w:before="20" w:after="20"/>
      </w:pPr>
      <w:r>
        <w:rPr>
          <w:sz w:val="22"/>
        </w:rPr>
        <w:t xml:space="preserve">    A. 哲学是系统化、理论化的世界观</w:t>
      </w:r>
    </w:p>
    <w:p>
      <w:pPr>
        <w:spacing w:before="20" w:after="20"/>
      </w:pPr>
      <w:r>
        <w:rPr>
          <w:sz w:val="22"/>
        </w:rPr>
        <w:t xml:space="preserve">    B. 哲学是对自然知识、社会知识和思维知识的概括和总结</w:t>
      </w:r>
    </w:p>
    <w:p>
      <w:pPr>
        <w:spacing w:before="20" w:after="20"/>
      </w:pPr>
      <w:r>
        <w:rPr>
          <w:sz w:val="22"/>
        </w:rPr>
        <w:t xml:space="preserve">    C. 哲学是关于宇宙和人生的总体性认识</w:t>
      </w:r>
    </w:p>
    <w:p>
      <w:pPr>
        <w:spacing w:before="20" w:after="20"/>
      </w:pPr>
      <w:r>
        <w:rPr>
          <w:sz w:val="22"/>
        </w:rPr>
        <w:t xml:space="preserve">    D. 哲学为人类安身立命提供不可或缺的思想基础</w:t>
      </w:r>
    </w:p>
    <w:p>
      <w:pPr>
        <w:spacing w:before="160"/>
      </w:pPr>
      <w:r>
        <w:rPr>
          <w:b/>
          <w:sz w:val="22"/>
        </w:rPr>
        <w:t>328. 人的自由而全面的发展，是在( )实现的。</w:t>
      </w:r>
    </w:p>
    <w:p>
      <w:pPr>
        <w:spacing w:before="20" w:after="20"/>
      </w:pPr>
      <w:r>
        <w:rPr>
          <w:sz w:val="22"/>
        </w:rPr>
        <w:t xml:space="preserve">    A. 在多样化的生产劳动过程中</w:t>
      </w:r>
    </w:p>
    <w:p>
      <w:pPr>
        <w:spacing w:before="20" w:after="20"/>
      </w:pPr>
      <w:r>
        <w:rPr>
          <w:sz w:val="22"/>
        </w:rPr>
        <w:t xml:space="preserve">    B. 没有法律的社会中</w:t>
      </w:r>
    </w:p>
    <w:p>
      <w:pPr>
        <w:spacing w:before="20" w:after="20"/>
      </w:pPr>
      <w:r>
        <w:rPr>
          <w:sz w:val="22"/>
        </w:rPr>
        <w:t xml:space="preserve">    C. 在生产劳动之外的大量自由时间中</w:t>
      </w:r>
    </w:p>
    <w:p>
      <w:pPr>
        <w:spacing w:before="20" w:after="20"/>
      </w:pPr>
      <w:r>
        <w:rPr>
          <w:sz w:val="22"/>
        </w:rPr>
        <w:t xml:space="preserve">    D. 在统一化的劳动生产过程中</w:t>
      </w:r>
    </w:p>
    <w:p>
      <w:pPr>
        <w:spacing w:before="160"/>
      </w:pPr>
      <w:r>
        <w:rPr>
          <w:b/>
          <w:sz w:val="22"/>
        </w:rPr>
        <w:t>329. 在资本主义生产过程中，工人的劳动作为具体劳动的作用是( )。</w:t>
      </w:r>
    </w:p>
    <w:p>
      <w:pPr>
        <w:spacing w:before="20" w:after="20"/>
      </w:pPr>
      <w:r>
        <w:rPr>
          <w:sz w:val="22"/>
        </w:rPr>
        <w:t xml:space="preserve">    A. 创造商品的使用价值</w:t>
      </w:r>
    </w:p>
    <w:p>
      <w:pPr>
        <w:spacing w:before="20" w:after="20"/>
      </w:pPr>
      <w:r>
        <w:rPr>
          <w:sz w:val="22"/>
        </w:rPr>
        <w:t xml:space="preserve">    B. 转移劳动力自身的价值</w:t>
      </w:r>
    </w:p>
    <w:p>
      <w:pPr>
        <w:spacing w:before="20" w:after="20"/>
      </w:pPr>
      <w:r>
        <w:rPr>
          <w:sz w:val="22"/>
        </w:rPr>
        <w:t xml:space="preserve">    C. 新创造劳动力自身的价值</w:t>
      </w:r>
    </w:p>
    <w:p>
      <w:pPr>
        <w:spacing w:before="20" w:after="20"/>
      </w:pPr>
      <w:r>
        <w:rPr>
          <w:sz w:val="22"/>
        </w:rPr>
        <w:t xml:space="preserve">    D. 转移生产资料的价值</w:t>
      </w:r>
    </w:p>
    <w:p>
      <w:pPr>
        <w:spacing w:before="160"/>
      </w:pPr>
      <w:r>
        <w:rPr>
          <w:b/>
          <w:sz w:val="22"/>
        </w:rPr>
        <w:t>330. 资本主义的生产目的是追逐利润最大化。为了获得尽可能多的利润，分布在不同部门(行业)的资本家之间必然展开激烈的竞争，而竞争的结果必将导致利润率的平均化。利润率平均化的过程意味着( )。</w:t>
      </w:r>
    </w:p>
    <w:p>
      <w:pPr>
        <w:spacing w:before="20" w:after="20"/>
      </w:pPr>
      <w:r>
        <w:rPr>
          <w:sz w:val="22"/>
        </w:rPr>
        <w:t xml:space="preserve">    A. 各部门资本家在加强对工人阶级的剥削上有着共同的阶级利益</w:t>
      </w:r>
    </w:p>
    <w:p>
      <w:pPr>
        <w:spacing w:before="20" w:after="20"/>
      </w:pPr>
      <w:r>
        <w:rPr>
          <w:sz w:val="22"/>
        </w:rPr>
        <w:t xml:space="preserve">    B. 各部门内不同资本家的等量投资所得到的利润大体上均等</w:t>
      </w:r>
    </w:p>
    <w:p>
      <w:pPr>
        <w:spacing w:before="20" w:after="20"/>
      </w:pPr>
      <w:r>
        <w:rPr>
          <w:sz w:val="22"/>
        </w:rPr>
        <w:t xml:space="preserve">    C. 某企业工人创造的剩余价值有被其他资本家侵占的可能</w:t>
      </w:r>
    </w:p>
    <w:p>
      <w:pPr>
        <w:spacing w:before="20" w:after="20"/>
      </w:pPr>
      <w:r>
        <w:rPr>
          <w:sz w:val="22"/>
        </w:rPr>
        <w:t xml:space="preserve">    D. 不从事直接生产的银行资本家所获得的利润总是低于平均利润</w:t>
      </w:r>
    </w:p>
    <w:p>
      <w:pPr>
        <w:spacing w:before="160"/>
      </w:pPr>
      <w:r>
        <w:rPr>
          <w:b/>
          <w:sz w:val="22"/>
        </w:rPr>
        <w:t>331. 逻辑证明不能成为检验真理的标准是因为( )。</w:t>
      </w:r>
    </w:p>
    <w:p>
      <w:pPr>
        <w:spacing w:before="20" w:after="20"/>
      </w:pPr>
      <w:r>
        <w:rPr>
          <w:sz w:val="22"/>
        </w:rPr>
        <w:t xml:space="preserve">    A. 逻辑证明不能回答结论是不是符合实际的问题</w:t>
      </w:r>
    </w:p>
    <w:p>
      <w:pPr>
        <w:spacing w:before="20" w:after="20"/>
      </w:pPr>
      <w:r>
        <w:rPr>
          <w:sz w:val="22"/>
        </w:rPr>
        <w:t xml:space="preserve">    B. 逻辑证明了的东西还必须经过实践检验</w:t>
      </w:r>
    </w:p>
    <w:p>
      <w:pPr>
        <w:spacing w:before="20" w:after="20"/>
      </w:pPr>
      <w:r>
        <w:rPr>
          <w:sz w:val="22"/>
        </w:rPr>
        <w:t xml:space="preserve">    C. 逻辑证明对获得正确认识没有帮助</w:t>
      </w:r>
    </w:p>
    <w:p>
      <w:pPr>
        <w:spacing w:before="20" w:after="20"/>
      </w:pPr>
      <w:r>
        <w:rPr>
          <w:sz w:val="22"/>
        </w:rPr>
        <w:t xml:space="preserve">    D. 逻辑证明作为感性认识不能认识本质</w:t>
      </w:r>
    </w:p>
    <w:p>
      <w:pPr>
        <w:spacing w:before="160"/>
      </w:pPr>
      <w:r>
        <w:rPr>
          <w:b/>
          <w:sz w:val="22"/>
        </w:rPr>
        <w:t>332. 马克思主义主要由哲学、政治经济学、科学社会主义三大组成部分构成。这三大组成部分分别来源于德国古典哲学、英国古典政治经济学、英法两国空想社会主义，最终升华为马克思主义。最终升华的根本原因在于( )。</w:t>
      </w:r>
    </w:p>
    <w:p>
      <w:pPr>
        <w:spacing w:before="20" w:after="20"/>
      </w:pPr>
      <w:r>
        <w:rPr>
          <w:sz w:val="22"/>
        </w:rPr>
        <w:t xml:space="preserve">    A. 马克思对所处的时代和世界的深入考察</w:t>
      </w:r>
    </w:p>
    <w:p>
      <w:pPr>
        <w:spacing w:before="20" w:after="20"/>
      </w:pPr>
      <w:r>
        <w:rPr>
          <w:sz w:val="22"/>
        </w:rPr>
        <w:t xml:space="preserve">    B. 马克思拥有优良的家庭背景和教育经历</w:t>
      </w:r>
    </w:p>
    <w:p>
      <w:pPr>
        <w:spacing w:before="20" w:after="20"/>
      </w:pPr>
      <w:r>
        <w:rPr>
          <w:sz w:val="22"/>
        </w:rPr>
        <w:t xml:space="preserve">    C. 马克思对人类社会发展规律的深刻把握</w:t>
      </w:r>
    </w:p>
    <w:p>
      <w:pPr>
        <w:spacing w:before="20" w:after="20"/>
      </w:pPr>
      <w:r>
        <w:rPr>
          <w:sz w:val="22"/>
        </w:rPr>
        <w:t xml:space="preserve">    D. 马克思出生和生活的德国、英国、法国是当时最为发达的资本主义国家</w:t>
      </w:r>
    </w:p>
    <w:p>
      <w:pPr>
        <w:spacing w:before="160"/>
      </w:pPr>
      <w:r>
        <w:rPr>
          <w:b/>
          <w:sz w:val="22"/>
        </w:rPr>
        <w:t>333. 正确的价值评价要( )。</w:t>
      </w:r>
    </w:p>
    <w:p>
      <w:pPr>
        <w:spacing w:before="20" w:after="20"/>
      </w:pPr>
      <w:r>
        <w:rPr>
          <w:sz w:val="22"/>
        </w:rPr>
        <w:t xml:space="preserve">    A. 以真理为根据</w:t>
      </w:r>
    </w:p>
    <w:p>
      <w:pPr>
        <w:spacing w:before="20" w:after="20"/>
      </w:pPr>
      <w:r>
        <w:rPr>
          <w:sz w:val="22"/>
        </w:rPr>
        <w:t xml:space="preserve">    B. 与社会历史发展的客观规律相一致</w:t>
      </w:r>
    </w:p>
    <w:p>
      <w:pPr>
        <w:spacing w:before="20" w:after="20"/>
      </w:pPr>
      <w:r>
        <w:rPr>
          <w:sz w:val="22"/>
        </w:rPr>
        <w:t xml:space="preserve">    C. 以最广大人民的需要和利益为根本</w:t>
      </w:r>
    </w:p>
    <w:p>
      <w:pPr>
        <w:spacing w:before="20" w:after="20"/>
      </w:pPr>
      <w:r>
        <w:rPr>
          <w:sz w:val="22"/>
        </w:rPr>
        <w:t xml:space="preserve">    D. 超越客体进行价值创造</w:t>
      </w:r>
    </w:p>
    <w:p>
      <w:pPr>
        <w:spacing w:before="160"/>
      </w:pPr>
      <w:r>
        <w:rPr>
          <w:b/>
          <w:sz w:val="22"/>
        </w:rPr>
        <w:t>334. 实践的相对性是指( )。</w:t>
      </w:r>
    </w:p>
    <w:p>
      <w:pPr>
        <w:spacing w:before="20" w:after="20"/>
      </w:pPr>
      <w:r>
        <w:rPr>
          <w:sz w:val="22"/>
        </w:rPr>
        <w:t xml:space="preserve">    A. 实践受主客观条件制约，不可能完全证实一切认识</w:t>
      </w:r>
    </w:p>
    <w:p>
      <w:pPr>
        <w:spacing w:before="20" w:after="20"/>
      </w:pPr>
      <w:r>
        <w:rPr>
          <w:sz w:val="22"/>
        </w:rPr>
        <w:t xml:space="preserve">    B. 实践是社会性的、历史性的活动</w:t>
      </w:r>
    </w:p>
    <w:p>
      <w:pPr>
        <w:spacing w:before="20" w:after="20"/>
      </w:pPr>
      <w:r>
        <w:rPr>
          <w:sz w:val="22"/>
        </w:rPr>
        <w:t xml:space="preserve">    C. 具体实践往往只能总体上证实认识的真理性</w:t>
      </w:r>
    </w:p>
    <w:p>
      <w:pPr>
        <w:spacing w:before="20" w:after="20"/>
      </w:pPr>
      <w:r>
        <w:rPr>
          <w:sz w:val="22"/>
        </w:rPr>
        <w:t xml:space="preserve">    D. 实践不能最终检验认识是否具有真理性</w:t>
      </w:r>
    </w:p>
    <w:p>
      <w:pPr>
        <w:spacing w:before="160"/>
      </w:pPr>
      <w:r>
        <w:rPr>
          <w:b/>
          <w:sz w:val="22"/>
        </w:rPr>
        <w:t>335. 恩格斯指出:“所谓主观辩证法，即辩证的思维,不过是自然界中到处盛行的对立中的运动的反映。”主观辩证法与客观辩证法的关系是( )。</w:t>
      </w:r>
    </w:p>
    <w:p>
      <w:pPr>
        <w:spacing w:before="20" w:after="20"/>
      </w:pPr>
      <w:r>
        <w:rPr>
          <w:sz w:val="22"/>
        </w:rPr>
        <w:t xml:space="preserve">    A. 反映与被反映的关系</w:t>
      </w:r>
    </w:p>
    <w:p>
      <w:pPr>
        <w:spacing w:before="20" w:after="20"/>
      </w:pPr>
      <w:r>
        <w:rPr>
          <w:sz w:val="22"/>
        </w:rPr>
        <w:t xml:space="preserve">    B. 源与流的关系</w:t>
      </w:r>
    </w:p>
    <w:p>
      <w:pPr>
        <w:spacing w:before="20" w:after="20"/>
      </w:pPr>
      <w:r>
        <w:rPr>
          <w:sz w:val="22"/>
        </w:rPr>
        <w:t xml:space="preserve">    C. 唯物主义和唯心主义的关系</w:t>
      </w:r>
    </w:p>
    <w:p>
      <w:pPr>
        <w:spacing w:before="20" w:after="20"/>
      </w:pPr>
      <w:r>
        <w:rPr>
          <w:sz w:val="22"/>
        </w:rPr>
        <w:t xml:space="preserve">    D. 在本质上是统一的，在表现形式上是不同的</w:t>
      </w:r>
    </w:p>
    <w:p>
      <w:pPr>
        <w:spacing w:before="160"/>
      </w:pPr>
      <w:r>
        <w:rPr>
          <w:b/>
          <w:sz w:val="22"/>
        </w:rPr>
        <w:t>336. 随着社会生产力的发展和工人阶级反抗力量的不断扩大，资本家开始采取一些缓和劳资关系的激励制度，具体包括( )。</w:t>
      </w:r>
    </w:p>
    <w:p>
      <w:pPr>
        <w:spacing w:before="20" w:after="20"/>
      </w:pPr>
      <w:r>
        <w:rPr>
          <w:sz w:val="22"/>
        </w:rPr>
        <w:t xml:space="preserve">    A. 职工参与决策</w:t>
      </w:r>
    </w:p>
    <w:p>
      <w:pPr>
        <w:spacing w:before="20" w:after="20"/>
      </w:pPr>
      <w:r>
        <w:rPr>
          <w:sz w:val="22"/>
        </w:rPr>
        <w:t xml:space="preserve">    B. 终身雇佣</w:t>
      </w:r>
    </w:p>
    <w:p>
      <w:pPr>
        <w:spacing w:before="20" w:after="20"/>
      </w:pPr>
      <w:r>
        <w:rPr>
          <w:sz w:val="22"/>
        </w:rPr>
        <w:t xml:space="preserve">    C. 职工持股</w:t>
      </w:r>
    </w:p>
    <w:p>
      <w:pPr>
        <w:spacing w:before="20" w:after="20"/>
      </w:pPr>
      <w:r>
        <w:rPr>
          <w:sz w:val="22"/>
        </w:rPr>
        <w:t xml:space="preserve">    D. 职工选举任命公司管理者</w:t>
      </w:r>
    </w:p>
    <w:p>
      <w:pPr>
        <w:spacing w:before="160"/>
      </w:pPr>
      <w:r>
        <w:rPr>
          <w:b/>
          <w:sz w:val="22"/>
        </w:rPr>
        <w:t>337. 马克思指出:“在这个必然王国的彼岸，作为目的本身的人类能力的发挥，真正的自由王国，就开始了。但是，这个自由王国只有建立在必然王国的基础上，才能繁荣起来。”以下正确反映自由与必然、自由王国与必然王国的观点的有( )。</w:t>
      </w:r>
    </w:p>
    <w:p>
      <w:pPr>
        <w:spacing w:before="20" w:after="20"/>
      </w:pPr>
      <w:r>
        <w:rPr>
          <w:sz w:val="22"/>
        </w:rPr>
        <w:t xml:space="preserve">    A. 必然王国和自由王国是人类的两种不同的社会活动状态</w:t>
      </w:r>
    </w:p>
    <w:p>
      <w:pPr>
        <w:spacing w:before="20" w:after="20"/>
      </w:pPr>
      <w:r>
        <w:rPr>
          <w:sz w:val="22"/>
        </w:rPr>
        <w:t xml:space="preserve">    B. 从必然王国到自由王国是永无止境的无限发展过程</w:t>
      </w:r>
    </w:p>
    <w:p>
      <w:pPr>
        <w:spacing w:before="20" w:after="20"/>
      </w:pPr>
      <w:r>
        <w:rPr>
          <w:sz w:val="22"/>
        </w:rPr>
        <w:t xml:space="preserve">    C. 自由是对必然的认识和对客观世界的改造</w:t>
      </w:r>
    </w:p>
    <w:p>
      <w:pPr>
        <w:spacing w:before="20" w:after="20"/>
      </w:pPr>
      <w:r>
        <w:rPr>
          <w:sz w:val="22"/>
        </w:rPr>
        <w:t xml:space="preserve">    D. 自由是必然的根据和限度</w:t>
      </w:r>
    </w:p>
    <w:p>
      <w:pPr>
        <w:spacing w:before="160"/>
      </w:pPr>
      <w:r>
        <w:rPr>
          <w:b/>
          <w:sz w:val="22"/>
        </w:rPr>
        <w:t>338. 关于从实际出发，下列说法中正确的有( )。</w:t>
      </w:r>
    </w:p>
    <w:p>
      <w:pPr>
        <w:spacing w:before="20" w:after="20"/>
      </w:pPr>
      <w:r>
        <w:rPr>
          <w:sz w:val="22"/>
        </w:rPr>
        <w:t xml:space="preserve">    A. 从变化发展着的客观实际出发</w:t>
      </w:r>
    </w:p>
    <w:p>
      <w:pPr>
        <w:spacing w:before="20" w:after="20"/>
      </w:pPr>
      <w:r>
        <w:rPr>
          <w:sz w:val="22"/>
        </w:rPr>
        <w:t xml:space="preserve">    B. 从特定的社会历史条件出发</w:t>
      </w:r>
    </w:p>
    <w:p>
      <w:pPr>
        <w:spacing w:before="20" w:after="20"/>
      </w:pPr>
      <w:r>
        <w:rPr>
          <w:sz w:val="22"/>
        </w:rPr>
        <w:t xml:space="preserve">    C. 按照客观世界的本来面目认识世界</w:t>
      </w:r>
    </w:p>
    <w:p>
      <w:pPr>
        <w:spacing w:before="20" w:after="20"/>
      </w:pPr>
      <w:r>
        <w:rPr>
          <w:sz w:val="22"/>
        </w:rPr>
        <w:t xml:space="preserve">    D. 从客观事物存在和发展的规律出发</w:t>
      </w:r>
    </w:p>
    <w:p>
      <w:pPr>
        <w:spacing w:before="160"/>
      </w:pPr>
      <w:r>
        <w:rPr>
          <w:b/>
          <w:sz w:val="22"/>
        </w:rPr>
        <w:t>339. 生产力的基本要素包括( )。</w:t>
      </w:r>
    </w:p>
    <w:p>
      <w:pPr>
        <w:spacing w:before="20" w:after="20"/>
      </w:pPr>
      <w:r>
        <w:rPr>
          <w:sz w:val="22"/>
        </w:rPr>
        <w:t xml:space="preserve">    A. 劳动意识</w:t>
      </w:r>
    </w:p>
    <w:p>
      <w:pPr>
        <w:spacing w:before="20" w:after="20"/>
      </w:pPr>
      <w:r>
        <w:rPr>
          <w:sz w:val="22"/>
        </w:rPr>
        <w:t xml:space="preserve">    B. 劳动资料</w:t>
      </w:r>
    </w:p>
    <w:p>
      <w:pPr>
        <w:spacing w:before="20" w:after="20"/>
      </w:pPr>
      <w:r>
        <w:rPr>
          <w:sz w:val="22"/>
        </w:rPr>
        <w:t xml:space="preserve">    C. 劳动对象</w:t>
      </w:r>
    </w:p>
    <w:p>
      <w:pPr>
        <w:spacing w:before="20" w:after="20"/>
      </w:pPr>
      <w:r>
        <w:rPr>
          <w:sz w:val="22"/>
        </w:rPr>
        <w:t xml:space="preserve">    D. 劳动者</w:t>
      </w:r>
    </w:p>
    <w:p>
      <w:pPr>
        <w:spacing w:before="160"/>
      </w:pPr>
      <w:r>
        <w:rPr>
          <w:b/>
          <w:sz w:val="22"/>
        </w:rPr>
        <w:t>340. 以三大空想社会主义者为代表的空想社会主义学说的进步性在于( )。</w:t>
      </w:r>
    </w:p>
    <w:p>
      <w:pPr>
        <w:spacing w:before="20" w:after="20"/>
      </w:pPr>
      <w:r>
        <w:rPr>
          <w:sz w:val="22"/>
        </w:rPr>
        <w:t xml:space="preserve">    A. 对资本主义旧制度的批判中包含许多切中要害的见解</w:t>
      </w:r>
    </w:p>
    <w:p>
      <w:pPr>
        <w:spacing w:before="20" w:after="20"/>
      </w:pPr>
      <w:r>
        <w:rPr>
          <w:sz w:val="22"/>
        </w:rPr>
        <w:t xml:space="preserve">    B. 对社会主义新制度的描述闪烁着诸多天才的火花</w:t>
      </w:r>
    </w:p>
    <w:p>
      <w:pPr>
        <w:spacing w:before="20" w:after="20"/>
      </w:pPr>
      <w:r>
        <w:rPr>
          <w:sz w:val="22"/>
        </w:rPr>
        <w:t xml:space="preserve">    C. 反映了早期无产阶级改造现存社会的愿望</w:t>
      </w:r>
    </w:p>
    <w:p>
      <w:pPr>
        <w:spacing w:before="20" w:after="20"/>
      </w:pPr>
      <w:r>
        <w:rPr>
          <w:sz w:val="22"/>
        </w:rPr>
        <w:t xml:space="preserve">    D. 是早期无产阶级意识和利益的先声</w:t>
      </w:r>
    </w:p>
    <w:p>
      <w:pPr>
        <w:spacing w:before="160"/>
      </w:pPr>
      <w:r>
        <w:rPr>
          <w:b/>
          <w:sz w:val="22"/>
        </w:rPr>
        <w:t>341. “是就是，不是就不是;除此之外，都是鬼话。”形而上学否定观的错误在于( )。</w:t>
      </w:r>
    </w:p>
    <w:p>
      <w:pPr>
        <w:spacing w:before="20" w:after="20"/>
      </w:pPr>
      <w:r>
        <w:rPr>
          <w:sz w:val="22"/>
        </w:rPr>
        <w:t xml:space="preserve">    A. 它只承认克服，不承认保留</w:t>
      </w:r>
    </w:p>
    <w:p>
      <w:pPr>
        <w:spacing w:before="20" w:after="20"/>
      </w:pPr>
      <w:r>
        <w:rPr>
          <w:sz w:val="22"/>
        </w:rPr>
        <w:t xml:space="preserve">    B. 它只看到了事物之间的联系，没有看到事物之间的区别</w:t>
      </w:r>
    </w:p>
    <w:p>
      <w:pPr>
        <w:spacing w:before="20" w:after="20"/>
      </w:pPr>
      <w:r>
        <w:rPr>
          <w:sz w:val="22"/>
        </w:rPr>
        <w:t xml:space="preserve">    C. 它在绝对不相容的对立中进行思维</w:t>
      </w:r>
    </w:p>
    <w:p>
      <w:pPr>
        <w:spacing w:before="20" w:after="20"/>
      </w:pPr>
      <w:r>
        <w:rPr>
          <w:sz w:val="22"/>
        </w:rPr>
        <w:t xml:space="preserve">    D. 它认为否定是绝对的否定，是不包含肯定的否定</w:t>
      </w:r>
    </w:p>
    <w:p>
      <w:pPr>
        <w:spacing w:before="160"/>
      </w:pPr>
      <w:r>
        <w:rPr>
          <w:b/>
          <w:sz w:val="22"/>
        </w:rPr>
        <w:t>342. 下列各项中，能正确说明感性认识和理性认识的关系的有( )。</w:t>
      </w:r>
    </w:p>
    <w:p>
      <w:pPr>
        <w:spacing w:before="20" w:after="20"/>
      </w:pPr>
      <w:r>
        <w:rPr>
          <w:sz w:val="22"/>
        </w:rPr>
        <w:t xml:space="preserve">    A. 理性认识依赖于感性认识</w:t>
      </w:r>
    </w:p>
    <w:p>
      <w:pPr>
        <w:spacing w:before="20" w:after="20"/>
      </w:pPr>
      <w:r>
        <w:rPr>
          <w:sz w:val="22"/>
        </w:rPr>
        <w:t xml:space="preserve">    B. 感性认识可以自然而然地上升到理性认识</w:t>
      </w:r>
    </w:p>
    <w:p>
      <w:pPr>
        <w:spacing w:before="20" w:after="20"/>
      </w:pPr>
      <w:r>
        <w:rPr>
          <w:sz w:val="22"/>
        </w:rPr>
        <w:t xml:space="preserve">    C. 感性认识有待于发展到理性认识</w:t>
      </w:r>
    </w:p>
    <w:p>
      <w:pPr>
        <w:spacing w:before="20" w:after="20"/>
      </w:pPr>
      <w:r>
        <w:rPr>
          <w:sz w:val="22"/>
        </w:rPr>
        <w:t xml:space="preserve">    D. 理性认识是在感性认识指导下进行的</w:t>
      </w:r>
    </w:p>
    <w:p>
      <w:pPr>
        <w:spacing w:before="160"/>
      </w:pPr>
      <w:r>
        <w:rPr>
          <w:b/>
          <w:sz w:val="22"/>
        </w:rPr>
        <w:t>343. 国家垄断资本主义的主要形式包括国家所有并直接经营企业、( )。</w:t>
      </w:r>
    </w:p>
    <w:p>
      <w:pPr>
        <w:spacing w:before="20" w:after="20"/>
      </w:pPr>
      <w:r>
        <w:rPr>
          <w:sz w:val="22"/>
        </w:rPr>
        <w:t xml:space="preserve">    A. 国家与私人共有、合营企业</w:t>
      </w:r>
    </w:p>
    <w:p>
      <w:pPr>
        <w:spacing w:before="20" w:after="20"/>
      </w:pPr>
      <w:r>
        <w:rPr>
          <w:sz w:val="22"/>
        </w:rPr>
        <w:t xml:space="preserve">    B. 国家通过多种形式参与私人垄断资本的再生产过程</w:t>
      </w:r>
    </w:p>
    <w:p>
      <w:pPr>
        <w:spacing w:before="20" w:after="20"/>
      </w:pPr>
      <w:r>
        <w:rPr>
          <w:sz w:val="22"/>
        </w:rPr>
        <w:t xml:space="preserve">    C. 国家运用财政政策、货币政策等经济手段，对社会总供给和总需求进行调节</w:t>
      </w:r>
    </w:p>
    <w:p>
      <w:pPr>
        <w:spacing w:before="20" w:after="20"/>
      </w:pPr>
      <w:r>
        <w:rPr>
          <w:sz w:val="22"/>
        </w:rPr>
        <w:t xml:space="preserve">    D. 国家运用法律手段规范市场秩序，限制垄断，保护竞争，维护社会公众的合法权益</w:t>
      </w:r>
    </w:p>
    <w:p>
      <w:pPr>
        <w:spacing w:before="160"/>
      </w:pPr>
      <w:r>
        <w:rPr>
          <w:b/>
          <w:sz w:val="22"/>
        </w:rPr>
        <w:t>344. 在西欧，资本原始积累开始于15世纪后30年，一直到19世纪才告结束。资本原始积累的途径包括( )。</w:t>
      </w:r>
    </w:p>
    <w:p>
      <w:pPr>
        <w:spacing w:before="20" w:after="20"/>
      </w:pPr>
      <w:r>
        <w:rPr>
          <w:sz w:val="22"/>
        </w:rPr>
        <w:t xml:space="preserve">    A. 通过等价交换获取原材料</w:t>
      </w:r>
    </w:p>
    <w:p>
      <w:pPr>
        <w:spacing w:before="20" w:after="20"/>
      </w:pPr>
      <w:r>
        <w:rPr>
          <w:sz w:val="22"/>
        </w:rPr>
        <w:t xml:space="preserve">    B. 通过土地依附关系占有农民剩余劳动</w:t>
      </w:r>
    </w:p>
    <w:p>
      <w:pPr>
        <w:spacing w:before="20" w:after="20"/>
      </w:pPr>
      <w:r>
        <w:rPr>
          <w:sz w:val="22"/>
        </w:rPr>
        <w:t xml:space="preserve">    C. 用暴力手段剥夺农民的土地</w:t>
      </w:r>
    </w:p>
    <w:p>
      <w:pPr>
        <w:spacing w:before="20" w:after="20"/>
      </w:pPr>
      <w:r>
        <w:rPr>
          <w:sz w:val="22"/>
        </w:rPr>
        <w:t xml:space="preserve">    D. 用暴力手段掠夺货币财富</w:t>
      </w:r>
    </w:p>
    <w:p>
      <w:pPr>
        <w:spacing w:before="160"/>
      </w:pPr>
      <w:r>
        <w:rPr>
          <w:b/>
          <w:sz w:val="22"/>
        </w:rPr>
        <w:t>345. 端稳端牢“中国饭碗”,必须把“藏粮于地、藏粮于技”真正落实到位。耕地是粮食生产的命根子，是中华民族永续发展的根基。要落实最严格的耕地保护制度，确保18亿亩耕地实至名归解决吃饭问题，根本出路在科技。种源安全关系到国家安全，必须下决心把我国种业搞上去，实现种业科技自立自强、种源自主可控。强调“藏粮于地、藏粮于技”是因为( )。</w:t>
      </w:r>
    </w:p>
    <w:p>
      <w:pPr>
        <w:spacing w:before="20" w:after="20"/>
      </w:pPr>
      <w:r>
        <w:rPr>
          <w:sz w:val="22"/>
        </w:rPr>
        <w:t xml:space="preserve">    A. 科学技术是生产力中最活跃的因素，决定着对物质资源开发的深度和广度</w:t>
      </w:r>
    </w:p>
    <w:p>
      <w:pPr>
        <w:spacing w:before="20" w:after="20"/>
      </w:pPr>
      <w:r>
        <w:rPr>
          <w:sz w:val="22"/>
        </w:rPr>
        <w:t xml:space="preserve">    B. 自然地理环境是人类社会生存和发展永恒的、必要的条件</w:t>
      </w:r>
    </w:p>
    <w:p>
      <w:pPr>
        <w:spacing w:before="20" w:after="20"/>
      </w:pPr>
      <w:r>
        <w:rPr>
          <w:sz w:val="22"/>
        </w:rPr>
        <w:t xml:space="preserve">    C. 正确发挥人的主观能动性，依赖于一定的物质条件和物质手段</w:t>
      </w:r>
    </w:p>
    <w:p>
      <w:pPr>
        <w:spacing w:before="20" w:after="20"/>
      </w:pPr>
      <w:r>
        <w:rPr>
          <w:sz w:val="22"/>
        </w:rPr>
        <w:t xml:space="preserve">    D. 离开一定的自然条件，人们就不可能进行生活和生产</w:t>
      </w:r>
    </w:p>
    <w:p>
      <w:pPr>
        <w:spacing w:before="160"/>
      </w:pPr>
      <w:r>
        <w:rPr>
          <w:b/>
          <w:sz w:val="22"/>
        </w:rPr>
        <w:t>346. 共产主义社会不仅社会是和谐的，而且社会与自然之间也达成了和谐。恩格斯指出，只有在这样的社会状态下，人们才第一次能够“谈到那种同已被认识的自然规律和谐一致的生活”。在共产主义社会( )。</w:t>
      </w:r>
    </w:p>
    <w:p>
      <w:pPr>
        <w:spacing w:before="20" w:after="20"/>
      </w:pPr>
      <w:r>
        <w:rPr>
          <w:sz w:val="22"/>
        </w:rPr>
        <w:t xml:space="preserve">    A. 为生产而生产的利润动机不复存在</w:t>
      </w:r>
    </w:p>
    <w:p>
      <w:pPr>
        <w:spacing w:before="20" w:after="20"/>
      </w:pPr>
      <w:r>
        <w:rPr>
          <w:sz w:val="22"/>
        </w:rPr>
        <w:t xml:space="preserve">    B. 物质生产不再不顾人的实际需要而盲目扩张</w:t>
      </w:r>
    </w:p>
    <w:p>
      <w:pPr>
        <w:spacing w:before="20" w:after="20"/>
      </w:pPr>
      <w:r>
        <w:rPr>
          <w:sz w:val="22"/>
        </w:rPr>
        <w:t xml:space="preserve">    C. 人类文明与自然环境之间将达到动态平衡与和谐</w:t>
      </w:r>
    </w:p>
    <w:p>
      <w:pPr>
        <w:spacing w:before="20" w:after="20"/>
      </w:pPr>
      <w:r>
        <w:rPr>
          <w:sz w:val="22"/>
        </w:rPr>
        <w:t xml:space="preserve">    D. 人类以合乎自然发展规律的方式来改造和利用自然</w:t>
      </w:r>
    </w:p>
    <w:p>
      <w:pPr>
        <w:spacing w:before="160"/>
      </w:pPr>
      <w:r>
        <w:rPr>
          <w:b/>
          <w:sz w:val="22"/>
        </w:rPr>
        <w:t>347. 社会基本矛盾在历史发展中的作用主要表现在( )。</w:t>
      </w:r>
    </w:p>
    <w:p>
      <w:pPr>
        <w:spacing w:before="20" w:after="20"/>
      </w:pPr>
      <w:r>
        <w:rPr>
          <w:sz w:val="22"/>
        </w:rPr>
        <w:t xml:space="preserve">    A. 生产力是社会基本矛盾运动中最基本的动力因素</w:t>
      </w:r>
    </w:p>
    <w:p>
      <w:pPr>
        <w:spacing w:before="20" w:after="20"/>
      </w:pPr>
      <w:r>
        <w:rPr>
          <w:sz w:val="22"/>
        </w:rPr>
        <w:t xml:space="preserve">    B. 生产力和生产关系的矛盾决定着社会中其他矛盾的存在和发展</w:t>
      </w:r>
    </w:p>
    <w:p>
      <w:pPr>
        <w:spacing w:before="20" w:after="20"/>
      </w:pPr>
      <w:r>
        <w:rPr>
          <w:sz w:val="22"/>
        </w:rPr>
        <w:t xml:space="preserve">    C. 社会基本矛盾具有不同的表现形式和解决方式</w:t>
      </w:r>
    </w:p>
    <w:p>
      <w:pPr>
        <w:spacing w:before="20" w:after="20"/>
      </w:pPr>
      <w:r>
        <w:rPr>
          <w:sz w:val="22"/>
        </w:rPr>
        <w:t xml:space="preserve">    D. 社会基本矛盾就是社会主要矛盾，决定了社会形态由低级向高级的发展</w:t>
      </w:r>
    </w:p>
    <w:p>
      <w:pPr>
        <w:spacing w:before="160"/>
      </w:pPr>
      <w:r>
        <w:rPr>
          <w:b/>
          <w:sz w:val="22"/>
        </w:rPr>
        <w:t>348. 鲁迅说过:“描神画鬼，毫无对证，本可以专靠神思，所谓‘天马行空’地挥写了。然而他们写出来的却是三只眼、长颈子，也就是在正常的人体身上增加了眼睛一只，拉长了颈子二三尺而已。”这段话说明，人们头脑中的鬼神观念( )。</w:t>
      </w:r>
    </w:p>
    <w:p>
      <w:pPr>
        <w:spacing w:before="20" w:after="20"/>
      </w:pPr>
      <w:r>
        <w:rPr>
          <w:sz w:val="22"/>
        </w:rPr>
        <w:t xml:space="preserve">    A. 是头脑中主观自生的</w:t>
      </w:r>
    </w:p>
    <w:p>
      <w:pPr>
        <w:spacing w:before="20" w:after="20"/>
      </w:pPr>
      <w:r>
        <w:rPr>
          <w:sz w:val="22"/>
        </w:rPr>
        <w:t xml:space="preserve">    B. 是人脑对客观世界的歪曲反映</w:t>
      </w:r>
    </w:p>
    <w:p>
      <w:pPr>
        <w:spacing w:before="20" w:after="20"/>
      </w:pPr>
      <w:r>
        <w:rPr>
          <w:sz w:val="22"/>
        </w:rPr>
        <w:t xml:space="preserve">    C. 是人脑对鬼神的虚幻反映</w:t>
      </w:r>
    </w:p>
    <w:p>
      <w:pPr>
        <w:spacing w:before="20" w:after="20"/>
      </w:pPr>
      <w:r>
        <w:rPr>
          <w:sz w:val="22"/>
        </w:rPr>
        <w:t xml:space="preserve">    D. 可以从人世间找到它的原型</w:t>
      </w:r>
    </w:p>
    <w:p>
      <w:pPr>
        <w:spacing w:before="160"/>
      </w:pPr>
      <w:r>
        <w:rPr>
          <w:b/>
          <w:sz w:val="22"/>
        </w:rPr>
        <w:t>349. 以下各项中，在社会生产中属于生产生产资料的部门有( )。</w:t>
      </w:r>
    </w:p>
    <w:p>
      <w:pPr>
        <w:spacing w:before="20" w:after="20"/>
      </w:pPr>
      <w:r>
        <w:rPr>
          <w:sz w:val="22"/>
        </w:rPr>
        <w:t xml:space="preserve">    A. 开采铁矿石的矿场</w:t>
      </w:r>
    </w:p>
    <w:p>
      <w:pPr>
        <w:spacing w:before="20" w:after="20"/>
      </w:pPr>
      <w:r>
        <w:rPr>
          <w:sz w:val="22"/>
        </w:rPr>
        <w:t xml:space="preserve">    B. 种植棉花的农场</w:t>
      </w:r>
    </w:p>
    <w:p>
      <w:pPr>
        <w:spacing w:before="20" w:after="20"/>
      </w:pPr>
      <w:r>
        <w:rPr>
          <w:sz w:val="22"/>
        </w:rPr>
        <w:t xml:space="preserve">    C. 餐饮公司</w:t>
      </w:r>
    </w:p>
    <w:p>
      <w:pPr>
        <w:spacing w:before="20" w:after="20"/>
      </w:pPr>
      <w:r>
        <w:rPr>
          <w:sz w:val="22"/>
        </w:rPr>
        <w:t xml:space="preserve">    D. 服装厂</w:t>
      </w:r>
    </w:p>
    <w:p>
      <w:pPr>
        <w:spacing w:before="160"/>
      </w:pPr>
      <w:r>
        <w:rPr>
          <w:b/>
          <w:sz w:val="22"/>
        </w:rPr>
        <w:t>350. 近年来，在互联网上经常出现一些针对特定演出、摄影作品好坏美丑的热议，网友们甚至还创造出“艺术可以冷门，但不可以邪门”的调侃。价值评价是主体对客体价值以及价值大小所作的评判或判断，通过揭示客体对于主体的意义，形成对客体的不同态度，如肯定或否定、喜欢或反感、美或丑、善或恶、公正或偏私等。以下关于价值评价说法正确的有( )。</w:t>
      </w:r>
    </w:p>
    <w:p>
      <w:pPr>
        <w:spacing w:before="20" w:after="20"/>
      </w:pPr>
      <w:r>
        <w:rPr>
          <w:sz w:val="22"/>
        </w:rPr>
        <w:t xml:space="preserve">    A. 价值评价以客体本身的属性、关系和发展过程为反映内容，以求“真”为认识目的</w:t>
      </w:r>
    </w:p>
    <w:p>
      <w:pPr>
        <w:spacing w:before="20" w:after="20"/>
      </w:pPr>
      <w:r>
        <w:rPr>
          <w:sz w:val="22"/>
        </w:rPr>
        <w:t xml:space="preserve">    B. 价值评价是对客观价值关系的主观反映，评价的差异性是无法避免的</w:t>
      </w:r>
    </w:p>
    <w:p>
      <w:pPr>
        <w:spacing w:before="20" w:after="20"/>
      </w:pPr>
      <w:r>
        <w:rPr>
          <w:sz w:val="22"/>
        </w:rPr>
        <w:t xml:space="preserve">    C. 评价作为一种价值判断活动具有主观性，评价结果没有正确与错误之分</w:t>
      </w:r>
    </w:p>
    <w:p>
      <w:pPr>
        <w:spacing w:before="20" w:after="20"/>
      </w:pPr>
      <w:r>
        <w:rPr>
          <w:sz w:val="22"/>
        </w:rPr>
        <w:t xml:space="preserve">    D. 价值评价要以真理为根据，要有利于人类主体的生存和发展</w:t>
      </w:r>
    </w:p>
    <w:p>
      <w:pPr>
        <w:spacing w:before="160"/>
      </w:pPr>
      <w:r>
        <w:rPr>
          <w:b/>
          <w:sz w:val="22"/>
        </w:rPr>
        <w:t>351. 资本主义所有制与所有权的关系是( )。</w:t>
      </w:r>
    </w:p>
    <w:p>
      <w:pPr>
        <w:spacing w:before="20" w:after="20"/>
      </w:pPr>
      <w:r>
        <w:rPr>
          <w:sz w:val="22"/>
        </w:rPr>
        <w:t xml:space="preserve">    A. 所有制是所有权的基础</w:t>
      </w:r>
    </w:p>
    <w:p>
      <w:pPr>
        <w:spacing w:before="20" w:after="20"/>
      </w:pPr>
      <w:r>
        <w:rPr>
          <w:sz w:val="22"/>
        </w:rPr>
        <w:t xml:space="preserve">    B. 所有制决定着所有权</w:t>
      </w:r>
    </w:p>
    <w:p>
      <w:pPr>
        <w:spacing w:before="20" w:after="20"/>
      </w:pPr>
      <w:r>
        <w:rPr>
          <w:sz w:val="22"/>
        </w:rPr>
        <w:t xml:space="preserve">    C. 所有权是所有制的法律形态</w:t>
      </w:r>
    </w:p>
    <w:p>
      <w:pPr>
        <w:spacing w:before="20" w:after="20"/>
      </w:pPr>
      <w:r>
        <w:rPr>
          <w:sz w:val="22"/>
        </w:rPr>
        <w:t xml:space="preserve">    D. 所有制的性质和特点只能从所有权出发去把握和理解</w:t>
      </w:r>
    </w:p>
    <w:p>
      <w:pPr>
        <w:spacing w:before="160"/>
      </w:pPr>
      <w:r>
        <w:rPr>
          <w:b/>
          <w:sz w:val="22"/>
        </w:rPr>
        <w:t>352. 社会主义的历史进程出现曲折、弯路甚至重大挫折时，应该持( )态度。</w:t>
      </w:r>
    </w:p>
    <w:p>
      <w:pPr>
        <w:spacing w:before="20" w:after="20"/>
      </w:pPr>
      <w:r>
        <w:rPr>
          <w:sz w:val="22"/>
        </w:rPr>
        <w:t xml:space="preserve">    A. 认识到一定曲折的不可避免性</w:t>
      </w:r>
    </w:p>
    <w:p>
      <w:pPr>
        <w:spacing w:before="20" w:after="20"/>
      </w:pPr>
      <w:r>
        <w:rPr>
          <w:sz w:val="22"/>
        </w:rPr>
        <w:t xml:space="preserve">    B. 尽可能地避免某些曲折，使社会主义顺利发展</w:t>
      </w:r>
    </w:p>
    <w:p>
      <w:pPr>
        <w:spacing w:before="20" w:after="20"/>
      </w:pPr>
      <w:r>
        <w:rPr>
          <w:sz w:val="22"/>
        </w:rPr>
        <w:t xml:space="preserve">    C. 直面曲折、承认曲折</w:t>
      </w:r>
    </w:p>
    <w:p>
      <w:pPr>
        <w:spacing w:before="20" w:after="20"/>
      </w:pPr>
      <w:r>
        <w:rPr>
          <w:sz w:val="22"/>
        </w:rPr>
        <w:t xml:space="preserve">    D. 从曲折中吸取历史教训，努力战胜和走出挫折</w:t>
      </w:r>
    </w:p>
    <w:p>
      <w:pPr>
        <w:spacing w:before="160"/>
      </w:pPr>
      <w:r>
        <w:rPr>
          <w:b/>
          <w:sz w:val="22"/>
        </w:rPr>
        <w:t>353. 商品的价值和使用价值是对立统一的关系，表现在( )。</w:t>
      </w:r>
    </w:p>
    <w:p>
      <w:pPr>
        <w:spacing w:before="20" w:after="20"/>
      </w:pPr>
      <w:r>
        <w:rPr>
          <w:sz w:val="22"/>
        </w:rPr>
        <w:t xml:space="preserve">    A. 使用价值是价值的物质承担者</w:t>
      </w:r>
    </w:p>
    <w:p>
      <w:pPr>
        <w:spacing w:before="20" w:after="20"/>
      </w:pPr>
      <w:r>
        <w:rPr>
          <w:sz w:val="22"/>
        </w:rPr>
        <w:t xml:space="preserve">    B. 价值寓于使用价值之中</w:t>
      </w:r>
    </w:p>
    <w:p>
      <w:pPr>
        <w:spacing w:before="20" w:after="20"/>
      </w:pPr>
      <w:r>
        <w:rPr>
          <w:sz w:val="22"/>
        </w:rPr>
        <w:t xml:space="preserve">    C. 有价值的一定有使用价值</w:t>
      </w:r>
    </w:p>
    <w:p>
      <w:pPr>
        <w:spacing w:before="20" w:after="20"/>
      </w:pPr>
      <w:r>
        <w:rPr>
          <w:sz w:val="22"/>
        </w:rPr>
        <w:t xml:space="preserve">    D. 二者相互排斥，不可兼得</w:t>
      </w:r>
    </w:p>
    <w:p>
      <w:pPr>
        <w:spacing w:before="160"/>
      </w:pPr>
      <w:r>
        <w:rPr>
          <w:b/>
          <w:sz w:val="22"/>
        </w:rPr>
        <w:t>354. 狭义相对论揭示了牛顿力学所没有的新现象，如运动的尺子会缩短，运动的时钟会变慢。根据相对论的公式，尺子的长度在不同的运动着的物质体系中是不一样的，它沿着运动方向的长度随着运动速度的增加而缩短，运动的速度越快，长度就变得越短。这说明( )。</w:t>
      </w:r>
    </w:p>
    <w:p>
      <w:pPr>
        <w:spacing w:before="20" w:after="20"/>
      </w:pPr>
      <w:r>
        <w:rPr>
          <w:sz w:val="22"/>
        </w:rPr>
        <w:t xml:space="preserve">    A. 时间和空间与物质运动不可分</w:t>
      </w:r>
    </w:p>
    <w:p>
      <w:pPr>
        <w:spacing w:before="20" w:after="20"/>
      </w:pPr>
      <w:r>
        <w:rPr>
          <w:sz w:val="22"/>
        </w:rPr>
        <w:t xml:space="preserve">    B. 物质运动时间和空间的具体特性是相对的</w:t>
      </w:r>
    </w:p>
    <w:p>
      <w:pPr>
        <w:spacing w:before="20" w:after="20"/>
      </w:pPr>
      <w:r>
        <w:rPr>
          <w:sz w:val="22"/>
        </w:rPr>
        <w:t xml:space="preserve">    C. 时间和空间是物质的根本属性</w:t>
      </w:r>
    </w:p>
    <w:p>
      <w:pPr>
        <w:spacing w:before="20" w:after="20"/>
      </w:pPr>
      <w:r>
        <w:rPr>
          <w:sz w:val="22"/>
        </w:rPr>
        <w:t xml:space="preserve">    D. 时间和空间是人们观察的结果</w:t>
      </w:r>
    </w:p>
    <w:p>
      <w:pPr>
        <w:spacing w:before="160"/>
      </w:pPr>
      <w:r>
        <w:rPr>
          <w:b/>
          <w:sz w:val="22"/>
        </w:rPr>
        <w:t>355. 供应链是指生产及流通过程中，涉及将产品或服务提供给最终用户活动的上游与下游企业所形成的网链结构。在专业分工高度精细化的当今社会，一个企业的外部可能存在着与企业相关的生产和流通过程中涉及的原材料供应商、生产厂商、储运商、零售商等在内的庞大供需网络。在这个网络中任何一环出现问题，都可能导致“牵一发而动全身”的连锁反应，近几年席卷汽车、通讯、家电等多个制造行业的“芯片荒”就是一个典型的例子。以上材料给我们的启示是( )。</w:t>
      </w:r>
    </w:p>
    <w:p>
      <w:pPr>
        <w:spacing w:before="20" w:after="20"/>
      </w:pPr>
      <w:r>
        <w:rPr>
          <w:sz w:val="22"/>
        </w:rPr>
        <w:t xml:space="preserve">    A. 任何事物之间都存在着直接联系</w:t>
      </w:r>
    </w:p>
    <w:p>
      <w:pPr>
        <w:spacing w:before="20" w:after="20"/>
      </w:pPr>
      <w:r>
        <w:rPr>
          <w:sz w:val="22"/>
        </w:rPr>
        <w:t xml:space="preserve">    B. 每一事物都是世界普遍联系中的一个成分或环节</w:t>
      </w:r>
    </w:p>
    <w:p>
      <w:pPr>
        <w:spacing w:before="20" w:after="20"/>
      </w:pPr>
      <w:r>
        <w:rPr>
          <w:sz w:val="22"/>
        </w:rPr>
        <w:t xml:space="preserve">    C. 要用系统思维的方法分析和处理问题</w:t>
      </w:r>
    </w:p>
    <w:p>
      <w:pPr>
        <w:spacing w:before="20" w:after="20"/>
      </w:pPr>
      <w:r>
        <w:rPr>
          <w:sz w:val="22"/>
        </w:rPr>
        <w:t xml:space="preserve">    D. 偶然要通过必然来为自己开辟道路</w:t>
      </w:r>
    </w:p>
    <w:p>
      <w:pPr>
        <w:spacing w:before="160"/>
      </w:pPr>
      <w:r>
        <w:rPr>
          <w:b/>
          <w:sz w:val="22"/>
        </w:rPr>
        <w:t>356. 马克思主义具有科学的世界观和方法论基础，即( )。</w:t>
      </w:r>
    </w:p>
    <w:p>
      <w:pPr>
        <w:spacing w:before="20" w:after="20"/>
      </w:pPr>
      <w:r>
        <w:rPr>
          <w:sz w:val="22"/>
        </w:rPr>
        <w:t xml:space="preserve">    A. 辩证唯物主义</w:t>
      </w:r>
    </w:p>
    <w:p>
      <w:pPr>
        <w:spacing w:before="20" w:after="20"/>
      </w:pPr>
      <w:r>
        <w:rPr>
          <w:sz w:val="22"/>
        </w:rPr>
        <w:t xml:space="preserve">    B. 历史唯物主义</w:t>
      </w:r>
    </w:p>
    <w:p>
      <w:pPr>
        <w:spacing w:before="20" w:after="20"/>
      </w:pPr>
      <w:r>
        <w:rPr>
          <w:sz w:val="22"/>
        </w:rPr>
        <w:t xml:space="preserve">    C. 直观唯物主义</w:t>
      </w:r>
    </w:p>
    <w:p>
      <w:pPr>
        <w:spacing w:before="20" w:after="20"/>
      </w:pPr>
      <w:r>
        <w:rPr>
          <w:sz w:val="22"/>
        </w:rPr>
        <w:t xml:space="preserve">    D. 朴素唯物主义</w:t>
      </w:r>
    </w:p>
    <w:p>
      <w:pPr>
        <w:spacing w:before="160"/>
      </w:pPr>
      <w:r>
        <w:rPr>
          <w:b/>
          <w:sz w:val="22"/>
        </w:rPr>
        <w:t>357. 19世纪( )三大科学发现，为马克思主义提供了自然科学前提。</w:t>
      </w:r>
    </w:p>
    <w:p>
      <w:pPr>
        <w:spacing w:before="20" w:after="20"/>
      </w:pPr>
      <w:r>
        <w:rPr>
          <w:sz w:val="22"/>
        </w:rPr>
        <w:t xml:space="preserve">    A. 作用力与反作用力定律</w:t>
      </w:r>
    </w:p>
    <w:p>
      <w:pPr>
        <w:spacing w:before="20" w:after="20"/>
      </w:pPr>
      <w:r>
        <w:rPr>
          <w:sz w:val="22"/>
        </w:rPr>
        <w:t xml:space="preserve">    B. 细胞学说</w:t>
      </w:r>
    </w:p>
    <w:p>
      <w:pPr>
        <w:spacing w:before="20" w:after="20"/>
      </w:pPr>
      <w:r>
        <w:rPr>
          <w:sz w:val="22"/>
        </w:rPr>
        <w:t xml:space="preserve">    C. 能量守恒与转化定律</w:t>
      </w:r>
    </w:p>
    <w:p>
      <w:pPr>
        <w:spacing w:before="20" w:after="20"/>
      </w:pPr>
      <w:r>
        <w:rPr>
          <w:sz w:val="22"/>
        </w:rPr>
        <w:t xml:space="preserve">    D. 生物进化论</w:t>
      </w:r>
    </w:p>
    <w:p>
      <w:pPr>
        <w:spacing w:before="160"/>
      </w:pPr>
      <w:r>
        <w:rPr>
          <w:b/>
          <w:sz w:val="22"/>
        </w:rPr>
        <w:t>358. 从认识到实践的飞跃，是更为重要的飞跃，其重要性在于( )。</w:t>
      </w:r>
    </w:p>
    <w:p>
      <w:pPr>
        <w:spacing w:before="20" w:after="20"/>
      </w:pPr>
      <w:r>
        <w:rPr>
          <w:sz w:val="22"/>
        </w:rPr>
        <w:t xml:space="preserve">    A. “生动的直观”是认识过程的起始环节</w:t>
      </w:r>
    </w:p>
    <w:p>
      <w:pPr>
        <w:spacing w:before="20" w:after="20"/>
      </w:pPr>
      <w:r>
        <w:rPr>
          <w:sz w:val="22"/>
        </w:rPr>
        <w:t xml:space="preserve">    B. 认识世界的目的是改造世界</w:t>
      </w:r>
    </w:p>
    <w:p>
      <w:pPr>
        <w:spacing w:before="20" w:after="20"/>
      </w:pPr>
      <w:r>
        <w:rPr>
          <w:sz w:val="22"/>
        </w:rPr>
        <w:t xml:space="preserve">    C. 认识的真理性只有在实践中才能得到检验和发展</w:t>
      </w:r>
    </w:p>
    <w:p>
      <w:pPr>
        <w:spacing w:before="20" w:after="20"/>
      </w:pPr>
      <w:r>
        <w:rPr>
          <w:sz w:val="22"/>
        </w:rPr>
        <w:t xml:space="preserve">    D. 理性认识以事物本质为内容</w:t>
      </w:r>
    </w:p>
    <w:p>
      <w:pPr>
        <w:spacing w:before="160"/>
      </w:pPr>
      <w:r>
        <w:rPr>
          <w:b/>
          <w:sz w:val="22"/>
        </w:rPr>
        <w:t>359. 在反对资产阶级的斗争中，无产阶级要从自发走向自觉并取得斗争的胜利，就必须建立起自己的革命政党。无产阶级政党( )。</w:t>
      </w:r>
    </w:p>
    <w:p>
      <w:pPr>
        <w:spacing w:before="20" w:after="20"/>
      </w:pPr>
      <w:r>
        <w:rPr>
          <w:sz w:val="22"/>
        </w:rPr>
        <w:t xml:space="preserve">    A. 是有自己的特殊利益的政党</w:t>
      </w:r>
    </w:p>
    <w:p>
      <w:pPr>
        <w:spacing w:before="20" w:after="20"/>
      </w:pPr>
      <w:r>
        <w:rPr>
          <w:sz w:val="22"/>
        </w:rPr>
        <w:t xml:space="preserve">    B. 是各国工人运动中最坚决、始终推动运动前进的部分</w:t>
      </w:r>
    </w:p>
    <w:p>
      <w:pPr>
        <w:spacing w:before="20" w:after="20"/>
      </w:pPr>
      <w:r>
        <w:rPr>
          <w:sz w:val="22"/>
        </w:rPr>
        <w:t xml:space="preserve">    C. 是以科学理论武装起来的政党</w:t>
      </w:r>
    </w:p>
    <w:p>
      <w:pPr>
        <w:spacing w:before="20" w:after="20"/>
      </w:pPr>
      <w:r>
        <w:rPr>
          <w:sz w:val="22"/>
        </w:rPr>
        <w:t xml:space="preserve">    D. 实行民主集中制的组织原则</w:t>
      </w:r>
    </w:p>
    <w:p>
      <w:pPr>
        <w:spacing w:before="160"/>
      </w:pPr>
      <w:r>
        <w:rPr>
          <w:b/>
          <w:sz w:val="22"/>
        </w:rPr>
        <w:t>360. 真理在一定条件下会转化为谬误，这是因为( )。</w:t>
      </w:r>
    </w:p>
    <w:p>
      <w:pPr>
        <w:spacing w:before="20" w:after="20"/>
      </w:pPr>
      <w:r>
        <w:rPr>
          <w:sz w:val="22"/>
        </w:rPr>
        <w:t xml:space="preserve">    A. 真理本身不具备客观性</w:t>
      </w:r>
    </w:p>
    <w:p>
      <w:pPr>
        <w:spacing w:before="20" w:after="20"/>
      </w:pPr>
      <w:r>
        <w:rPr>
          <w:sz w:val="22"/>
        </w:rPr>
        <w:t xml:space="preserve">    B. 真理只是相对真理</w:t>
      </w:r>
    </w:p>
    <w:p>
      <w:pPr>
        <w:spacing w:before="20" w:after="20"/>
      </w:pPr>
      <w:r>
        <w:rPr>
          <w:sz w:val="22"/>
        </w:rPr>
        <w:t xml:space="preserve">    C. 真理是一定条件下的真理</w:t>
      </w:r>
    </w:p>
    <w:p>
      <w:pPr>
        <w:spacing w:before="20" w:after="20"/>
      </w:pPr>
      <w:r>
        <w:rPr>
          <w:sz w:val="22"/>
        </w:rPr>
        <w:t xml:space="preserve">    D. 真理是同其他原理联系在一起的真理</w:t>
      </w:r>
    </w:p>
    <w:p>
      <w:pPr>
        <w:spacing w:before="160"/>
      </w:pPr>
      <w:r>
        <w:rPr>
          <w:b/>
          <w:sz w:val="22"/>
        </w:rPr>
        <w:t>361. 认识自身不能作为检验真理的标准是因为( )。</w:t>
      </w:r>
    </w:p>
    <w:p>
      <w:pPr>
        <w:spacing w:before="20" w:after="20"/>
      </w:pPr>
      <w:r>
        <w:rPr>
          <w:sz w:val="22"/>
        </w:rPr>
        <w:t xml:space="preserve">    A. 检验真理就是检验人的主观认识同客观实际是否相符合以及符合的程度</w:t>
      </w:r>
    </w:p>
    <w:p>
      <w:pPr>
        <w:spacing w:before="20" w:after="20"/>
      </w:pPr>
      <w:r>
        <w:rPr>
          <w:sz w:val="22"/>
        </w:rPr>
        <w:t xml:space="preserve">    B. 认识检验认识始终是在主观范围内兜圈子</w:t>
      </w:r>
    </w:p>
    <w:p>
      <w:pPr>
        <w:spacing w:before="20" w:after="20"/>
      </w:pPr>
      <w:r>
        <w:rPr>
          <w:sz w:val="22"/>
        </w:rPr>
        <w:t xml:space="preserve">    C. 已经被证明为正确的理论的适用范围最终仍依赖于实践</w:t>
      </w:r>
    </w:p>
    <w:p>
      <w:pPr>
        <w:spacing w:before="20" w:after="20"/>
      </w:pPr>
      <w:r>
        <w:rPr>
          <w:sz w:val="22"/>
        </w:rPr>
        <w:t xml:space="preserve">    D. 真理不具备主观性</w:t>
      </w:r>
    </w:p>
    <w:p>
      <w:pPr>
        <w:spacing w:before="160"/>
      </w:pPr>
      <w:r>
        <w:rPr>
          <w:b/>
          <w:sz w:val="22"/>
        </w:rPr>
        <w:t>362. 实现人的自由而全面的发展，是马克思主义追求的根本价值目标，也是共产主义社会的根本特征。共产主义社会中人的自由而全面的发展指的是( )。</w:t>
      </w:r>
    </w:p>
    <w:p>
      <w:pPr>
        <w:spacing w:before="20" w:after="20"/>
      </w:pPr>
      <w:r>
        <w:rPr>
          <w:sz w:val="22"/>
        </w:rPr>
        <w:t xml:space="preserve">    A. 全体社会成员的发展或每一个人的发展</w:t>
      </w:r>
    </w:p>
    <w:p>
      <w:pPr>
        <w:spacing w:before="20" w:after="20"/>
      </w:pPr>
      <w:r>
        <w:rPr>
          <w:sz w:val="22"/>
        </w:rPr>
        <w:t xml:space="preserve">    B. 社会不存在矛盾，人与人之间形成事实上的平等</w:t>
      </w:r>
    </w:p>
    <w:p>
      <w:pPr>
        <w:spacing w:before="20" w:after="20"/>
      </w:pPr>
      <w:r>
        <w:rPr>
          <w:sz w:val="22"/>
        </w:rPr>
        <w:t xml:space="preserve">    C. 社会发展与个人发展实现了真正的统一</w:t>
      </w:r>
    </w:p>
    <w:p>
      <w:pPr>
        <w:spacing w:before="20" w:after="20"/>
      </w:pPr>
      <w:r>
        <w:rPr>
          <w:sz w:val="22"/>
        </w:rPr>
        <w:t xml:space="preserve">    D. 社会发展不再以牺牲某些个人的发展为代价</w:t>
      </w:r>
    </w:p>
    <w:p>
      <w:pPr>
        <w:spacing w:before="160"/>
      </w:pPr>
      <w:r>
        <w:rPr>
          <w:b/>
          <w:sz w:val="22"/>
        </w:rPr>
        <w:t>363. 生态是统一的自然系统，是相互依存、紧密联系的有机链条。山水林田湖草等生态系统各要素，既有各自内在的结构、功能和变化规律，又与其他要素相互耦合、相互影响。治山、治水、治林、治田、治湖、治草任何一个环节的动作，都会影响到其他环节，乃至影响生态系统全局。这一材料说明( )。</w:t>
      </w:r>
    </w:p>
    <w:p>
      <w:pPr>
        <w:spacing w:before="20" w:after="20"/>
      </w:pPr>
      <w:r>
        <w:rPr>
          <w:sz w:val="22"/>
        </w:rPr>
        <w:t xml:space="preserve">    A. 任何事物都具有一定的外部联系和内部联系</w:t>
      </w:r>
    </w:p>
    <w:p>
      <w:pPr>
        <w:spacing w:before="20" w:after="20"/>
      </w:pPr>
      <w:r>
        <w:rPr>
          <w:sz w:val="22"/>
        </w:rPr>
        <w:t xml:space="preserve">    B. 面对系统时要从整体上把握事物并实现事物结构与功能的优化</w:t>
      </w:r>
    </w:p>
    <w:p>
      <w:pPr>
        <w:spacing w:before="20" w:after="20"/>
      </w:pPr>
      <w:r>
        <w:rPr>
          <w:sz w:val="22"/>
        </w:rPr>
        <w:t xml:space="preserve">    C. 事物之间的普遍联系只有通过人这一中介才能实现</w:t>
      </w:r>
    </w:p>
    <w:p>
      <w:pPr>
        <w:spacing w:before="20" w:after="20"/>
      </w:pPr>
      <w:r>
        <w:rPr>
          <w:sz w:val="22"/>
        </w:rPr>
        <w:t xml:space="preserve">    D. 人类改造自然的任何行为都会遭到大自然的报复和惩罚</w:t>
      </w:r>
    </w:p>
    <w:p>
      <w:pPr>
        <w:spacing w:before="160"/>
      </w:pPr>
      <w:r>
        <w:rPr>
          <w:b/>
          <w:sz w:val="22"/>
        </w:rPr>
        <w:t>364. 关于社会制度和社会形态的关系，下列说法中正确的有( )。</w:t>
      </w:r>
    </w:p>
    <w:p>
      <w:pPr>
        <w:spacing w:before="20" w:after="20"/>
      </w:pPr>
      <w:r>
        <w:rPr>
          <w:sz w:val="22"/>
        </w:rPr>
        <w:t xml:space="preserve">    A. 一定的社会形态总要以一定的社会制度形式呈现出来</w:t>
      </w:r>
    </w:p>
    <w:p>
      <w:pPr>
        <w:spacing w:before="20" w:after="20"/>
      </w:pPr>
      <w:r>
        <w:rPr>
          <w:sz w:val="22"/>
        </w:rPr>
        <w:t xml:space="preserve">    B. 社会制度能够集中体现社会形态的性质</w:t>
      </w:r>
    </w:p>
    <w:p>
      <w:pPr>
        <w:spacing w:before="20" w:after="20"/>
      </w:pPr>
      <w:r>
        <w:rPr>
          <w:sz w:val="22"/>
        </w:rPr>
        <w:t xml:space="preserve">    C. 人们往往用社会制度指代社会形态</w:t>
      </w:r>
    </w:p>
    <w:p>
      <w:pPr>
        <w:spacing w:before="20" w:after="20"/>
      </w:pPr>
      <w:r>
        <w:rPr>
          <w:sz w:val="22"/>
        </w:rPr>
        <w:t xml:space="preserve">    D. 社会制度决定了社会形态</w:t>
      </w:r>
    </w:p>
    <w:p>
      <w:pPr>
        <w:spacing w:before="160"/>
      </w:pPr>
      <w:r>
        <w:rPr>
          <w:b/>
          <w:sz w:val="22"/>
        </w:rPr>
        <w:t>365. 纵观社会主义的发展历程，可以看到一个突出特点，即社会主义是在实践中开拓前进、不断发展的。深刻认识这一特点，有助于我们( )。</w:t>
      </w:r>
    </w:p>
    <w:p>
      <w:pPr>
        <w:spacing w:before="20" w:after="20"/>
      </w:pPr>
      <w:r>
        <w:rPr>
          <w:sz w:val="22"/>
        </w:rPr>
        <w:t xml:space="preserve">    A. 从理论上把握社会主义的发展规律</w:t>
      </w:r>
    </w:p>
    <w:p>
      <w:pPr>
        <w:spacing w:before="20" w:after="20"/>
      </w:pPr>
      <w:r>
        <w:rPr>
          <w:sz w:val="22"/>
        </w:rPr>
        <w:t xml:space="preserve">    B. 在当今时代正确看待世界社会主义的发展态势</w:t>
      </w:r>
    </w:p>
    <w:p>
      <w:pPr>
        <w:spacing w:before="20" w:after="20"/>
      </w:pPr>
      <w:r>
        <w:rPr>
          <w:sz w:val="22"/>
        </w:rPr>
        <w:t xml:space="preserve">    C. 正确看待中国特色社会主义实践探索对于世界社会主义事业的深远意义</w:t>
      </w:r>
    </w:p>
    <w:p>
      <w:pPr>
        <w:spacing w:before="20" w:after="20"/>
      </w:pPr>
      <w:r>
        <w:rPr>
          <w:sz w:val="22"/>
        </w:rPr>
        <w:t xml:space="preserve">    D. 以开拓奋进的精神寻找适合所有社会主义国家的社会主义模式</w:t>
      </w:r>
    </w:p>
    <w:p>
      <w:pPr>
        <w:spacing w:before="160"/>
      </w:pPr>
      <w:r>
        <w:rPr>
          <w:b/>
          <w:sz w:val="22"/>
        </w:rPr>
        <w:t>366. 某年，铁矿石社会生产效率提高、价格下降，某钢铁企业趁此机会投入更多资金大量采购铁矿石，并提高了劳动生产率，在没有增加人力成本的情况下，完成了钢铁生产。这家钢铁企业的资本构成中发生变化的有( )。</w:t>
      </w:r>
    </w:p>
    <w:p>
      <w:pPr>
        <w:spacing w:before="20" w:after="20"/>
      </w:pPr>
      <w:r>
        <w:rPr>
          <w:sz w:val="22"/>
        </w:rPr>
        <w:t xml:space="preserve">    A. 价值构成</w:t>
      </w:r>
    </w:p>
    <w:p>
      <w:pPr>
        <w:spacing w:before="20" w:after="20"/>
      </w:pPr>
      <w:r>
        <w:rPr>
          <w:sz w:val="22"/>
        </w:rPr>
        <w:t xml:space="preserve">    B. 技术构成</w:t>
      </w:r>
    </w:p>
    <w:p>
      <w:pPr>
        <w:spacing w:before="20" w:after="20"/>
      </w:pPr>
      <w:r>
        <w:rPr>
          <w:sz w:val="22"/>
        </w:rPr>
        <w:t xml:space="preserve">    C. 有机构成</w:t>
      </w:r>
    </w:p>
    <w:p>
      <w:pPr>
        <w:spacing w:before="20" w:after="20"/>
      </w:pPr>
      <w:r>
        <w:rPr>
          <w:sz w:val="22"/>
        </w:rPr>
        <w:t xml:space="preserve">    D. 形式构成</w:t>
      </w:r>
    </w:p>
    <w:p>
      <w:pPr>
        <w:spacing w:before="160"/>
      </w:pPr>
      <w:r>
        <w:rPr>
          <w:b/>
          <w:sz w:val="22"/>
        </w:rPr>
        <w:t>367. 增强忧患意识、坚持底线思维，是我们党的优良传统和宝贵经验。党的十八大以来，习近平总书记反复强调坚持底线思维，告诫全党要“坚持底线思维、增强忧患意识，有效防范和化解前进道路上的各种风险”。坚持底线思维蕴含的哲学原理是( )。</w:t>
      </w:r>
    </w:p>
    <w:p>
      <w:pPr>
        <w:spacing w:before="20" w:after="20"/>
      </w:pPr>
      <w:r>
        <w:rPr>
          <w:sz w:val="22"/>
        </w:rPr>
        <w:t xml:space="preserve">    A. 要坚持“两点论”，不能只看到有利的一面、忽视不利的一面</w:t>
      </w:r>
    </w:p>
    <w:p>
      <w:pPr>
        <w:spacing w:before="20" w:after="20"/>
      </w:pPr>
      <w:r>
        <w:rPr>
          <w:sz w:val="22"/>
        </w:rPr>
        <w:t xml:space="preserve">    B. 要充分发挥主观能动性，将事物的发展永远控制在量变的范围内</w:t>
      </w:r>
    </w:p>
    <w:p>
      <w:pPr>
        <w:spacing w:before="20" w:after="20"/>
      </w:pPr>
      <w:r>
        <w:rPr>
          <w:sz w:val="22"/>
        </w:rPr>
        <w:t xml:space="preserve">    C. 要以积极的态度研判风险、防患于未然，变挑战为机遇，追求最佳结果</w:t>
      </w:r>
    </w:p>
    <w:p>
      <w:pPr>
        <w:spacing w:before="20" w:after="20"/>
      </w:pPr>
      <w:r>
        <w:rPr>
          <w:sz w:val="22"/>
        </w:rPr>
        <w:t xml:space="preserve">    D. 要认清事物发生质变的临界点，自觉把握事物量变引起质变的“度”</w:t>
      </w:r>
    </w:p>
    <w:p>
      <w:pPr>
        <w:spacing w:before="160"/>
      </w:pPr>
      <w:r>
        <w:rPr>
          <w:b/>
          <w:sz w:val="22"/>
        </w:rPr>
        <w:t>368. 物质世界是运动变化着的，并从中分化出多样化的特别是更高级的事物和运动形式。人类的出现，特别是人类改造世界的实践活动，极大地改变了世界的面貌，使世界发生了二重分化，即( )。</w:t>
      </w:r>
    </w:p>
    <w:p>
      <w:pPr>
        <w:spacing w:before="20" w:after="20"/>
      </w:pPr>
      <w:r>
        <w:rPr>
          <w:sz w:val="22"/>
        </w:rPr>
        <w:t xml:space="preserve">    A. 从自然界中分化出人类社会</w:t>
      </w:r>
    </w:p>
    <w:p>
      <w:pPr>
        <w:spacing w:before="20" w:after="20"/>
      </w:pPr>
      <w:r>
        <w:rPr>
          <w:sz w:val="22"/>
        </w:rPr>
        <w:t xml:space="preserve">    B. 从客观世界中分化出主观世界</w:t>
      </w:r>
    </w:p>
    <w:p>
      <w:pPr>
        <w:spacing w:before="20" w:after="20"/>
      </w:pPr>
      <w:r>
        <w:rPr>
          <w:sz w:val="22"/>
        </w:rPr>
        <w:t xml:space="preserve">    C. 从必然王国中分化出自由王国</w:t>
      </w:r>
    </w:p>
    <w:p>
      <w:pPr>
        <w:spacing w:before="20" w:after="20"/>
      </w:pPr>
      <w:r>
        <w:rPr>
          <w:sz w:val="22"/>
        </w:rPr>
        <w:t xml:space="preserve">    D. 从现实世界中分化出虚拟世界</w:t>
      </w:r>
    </w:p>
    <w:p>
      <w:pPr>
        <w:spacing w:before="160"/>
      </w:pPr>
      <w:r>
        <w:rPr>
          <w:b/>
          <w:sz w:val="22"/>
        </w:rPr>
        <w:t>369. 以下对金融资本和金融寡头认识正确的有( )。</w:t>
      </w:r>
    </w:p>
    <w:p>
      <w:pPr>
        <w:spacing w:before="20" w:after="20"/>
      </w:pPr>
      <w:r>
        <w:rPr>
          <w:sz w:val="22"/>
        </w:rPr>
        <w:t xml:space="preserve">    A. 金融资本是由工业垄断资本和银行垄断资本融合在一起而形成的一种垄断资本</w:t>
      </w:r>
    </w:p>
    <w:p>
      <w:pPr>
        <w:spacing w:before="20" w:after="20"/>
      </w:pPr>
      <w:r>
        <w:rPr>
          <w:sz w:val="22"/>
        </w:rPr>
        <w:t xml:space="preserve">    B. 金融资本形成的主要途径包括“参与制”“个人联合”和掌握新闻科教文化</w:t>
      </w:r>
    </w:p>
    <w:p>
      <w:pPr>
        <w:spacing w:before="20" w:after="20"/>
      </w:pPr>
      <w:r>
        <w:rPr>
          <w:sz w:val="22"/>
        </w:rPr>
        <w:t xml:space="preserve">    C. 金融寡头是在金融资本形成的基础上产生的</w:t>
      </w:r>
    </w:p>
    <w:p>
      <w:pPr>
        <w:spacing w:before="20" w:after="20"/>
      </w:pPr>
      <w:r>
        <w:rPr>
          <w:sz w:val="22"/>
        </w:rPr>
        <w:t xml:space="preserve">    D. 金融寡头是指操纵国民经济命脉，并在实际上控制国家政权的少数垄断资本家或垄断资本家集团</w:t>
      </w:r>
    </w:p>
    <w:p>
      <w:pPr>
        <w:spacing w:before="160"/>
      </w:pPr>
      <w:r>
        <w:rPr>
          <w:b/>
          <w:sz w:val="22"/>
        </w:rPr>
        <w:t>370. 分工是人类生产活动发展到一定阶段的产物，关于分工，下列说法中正确的有( )。</w:t>
      </w:r>
    </w:p>
    <w:p>
      <w:pPr>
        <w:spacing w:before="20" w:after="20"/>
      </w:pPr>
      <w:r>
        <w:rPr>
          <w:sz w:val="22"/>
        </w:rPr>
        <w:t xml:space="preserve">    A. 分工对于提升劳动熟练程度具有重要作用</w:t>
      </w:r>
    </w:p>
    <w:p>
      <w:pPr>
        <w:spacing w:before="20" w:after="20"/>
      </w:pPr>
      <w:r>
        <w:rPr>
          <w:sz w:val="22"/>
        </w:rPr>
        <w:t xml:space="preserve">    B. 在共产主义社会中，分工将会消失</w:t>
      </w:r>
    </w:p>
    <w:p>
      <w:pPr>
        <w:spacing w:before="20" w:after="20"/>
      </w:pPr>
      <w:r>
        <w:rPr>
          <w:sz w:val="22"/>
        </w:rPr>
        <w:t xml:space="preserve">    C. 自然形成的分工限制了人的活动范围</w:t>
      </w:r>
    </w:p>
    <w:p>
      <w:pPr>
        <w:spacing w:before="20" w:after="20"/>
      </w:pPr>
      <w:r>
        <w:rPr>
          <w:sz w:val="22"/>
        </w:rPr>
        <w:t xml:space="preserve">    D. 资本主义社会创造着消除旧式分工的条件</w:t>
      </w:r>
    </w:p>
    <w:p>
      <w:pPr>
        <w:spacing w:before="160"/>
      </w:pPr>
      <w:r>
        <w:rPr>
          <w:b/>
          <w:sz w:val="22"/>
        </w:rPr>
        <w:t>371. 恩格斯说，国家“照例是最强大的、在经济上占统治地位的阶级的国家，这个阶级借助于国家而在政治上也成为占统治地位的阶级，因而获得了镇压和剥削被压迫阶级的新手段”。国家是( )。</w:t>
      </w:r>
    </w:p>
    <w:p>
      <w:pPr>
        <w:spacing w:before="20" w:after="20"/>
      </w:pPr>
      <w:r>
        <w:rPr>
          <w:sz w:val="22"/>
        </w:rPr>
        <w:t xml:space="preserve">    A. 一个历史范畴</w:t>
      </w:r>
    </w:p>
    <w:p>
      <w:pPr>
        <w:spacing w:before="20" w:after="20"/>
      </w:pPr>
      <w:r>
        <w:rPr>
          <w:sz w:val="22"/>
        </w:rPr>
        <w:t xml:space="preserve">    B. 阶级矛盾不可调和的产物</w:t>
      </w:r>
    </w:p>
    <w:p>
      <w:pPr>
        <w:spacing w:before="20" w:after="20"/>
      </w:pPr>
      <w:r>
        <w:rPr>
          <w:sz w:val="22"/>
        </w:rPr>
        <w:t xml:space="preserve">    C. 社会存在的核心</w:t>
      </w:r>
    </w:p>
    <w:p>
      <w:pPr>
        <w:spacing w:before="20" w:after="20"/>
      </w:pPr>
      <w:r>
        <w:rPr>
          <w:sz w:val="22"/>
        </w:rPr>
        <w:t xml:space="preserve">    D. 一个阶级统治另一个阶级的工具</w:t>
      </w:r>
    </w:p>
    <w:p>
      <w:pPr>
        <w:spacing w:before="160"/>
      </w:pPr>
      <w:r>
        <w:rPr>
          <w:b/>
          <w:sz w:val="22"/>
        </w:rPr>
        <w:t>372. 《孙子兵法》中有这样一条法则:“投入亡地然后存，陷入死地而后生。”韩信据此背水一战，大败赵军;马谡据此屯兵山上，痛失街亭。这说明( )。</w:t>
      </w:r>
    </w:p>
    <w:p>
      <w:pPr>
        <w:spacing w:before="20" w:after="20"/>
      </w:pPr>
      <w:r>
        <w:rPr>
          <w:sz w:val="22"/>
        </w:rPr>
        <w:t xml:space="preserve">    A. 只有正确的认识可以反作用于实践</w:t>
      </w:r>
    </w:p>
    <w:p>
      <w:pPr>
        <w:spacing w:before="20" w:after="20"/>
      </w:pPr>
      <w:r>
        <w:rPr>
          <w:sz w:val="22"/>
        </w:rPr>
        <w:t xml:space="preserve">    B. 真理的存在与否依赖于谁掌握它和谁怎样对待它</w:t>
      </w:r>
    </w:p>
    <w:p>
      <w:pPr>
        <w:spacing w:before="20" w:after="20"/>
      </w:pPr>
      <w:r>
        <w:rPr>
          <w:sz w:val="22"/>
        </w:rPr>
        <w:t xml:space="preserve">    C. 具体问题具体分析是解决矛盾的关键</w:t>
      </w:r>
    </w:p>
    <w:p>
      <w:pPr>
        <w:spacing w:before="20" w:after="20"/>
      </w:pPr>
      <w:r>
        <w:rPr>
          <w:sz w:val="22"/>
        </w:rPr>
        <w:t xml:space="preserve">    D. 既要看到矛盾的普遍性，又要重视矛盾的特殊性</w:t>
      </w:r>
    </w:p>
    <w:p>
      <w:pPr>
        <w:spacing w:before="160"/>
      </w:pPr>
      <w:r>
        <w:rPr>
          <w:b/>
          <w:sz w:val="22"/>
        </w:rPr>
        <w:t>373. 关于垄断下的竞争的特点，下列说法中正确的有( )。</w:t>
      </w:r>
    </w:p>
    <w:p>
      <w:pPr>
        <w:spacing w:before="20" w:after="20"/>
      </w:pPr>
      <w:r>
        <w:rPr>
          <w:sz w:val="22"/>
        </w:rPr>
        <w:t xml:space="preserve">    A. 以获取平均利润为目的</w:t>
      </w:r>
    </w:p>
    <w:p>
      <w:pPr>
        <w:spacing w:before="20" w:after="20"/>
      </w:pPr>
      <w:r>
        <w:rPr>
          <w:sz w:val="22"/>
        </w:rPr>
        <w:t xml:space="preserve">    B. 采取非经济手段进行竞争</w:t>
      </w:r>
    </w:p>
    <w:p>
      <w:pPr>
        <w:spacing w:before="20" w:after="20"/>
      </w:pPr>
      <w:r>
        <w:rPr>
          <w:sz w:val="22"/>
        </w:rPr>
        <w:t xml:space="preserve">    C. 竞争范围扩大到经济以外</w:t>
      </w:r>
    </w:p>
    <w:p>
      <w:pPr>
        <w:spacing w:before="20" w:after="20"/>
      </w:pPr>
      <w:r>
        <w:rPr>
          <w:sz w:val="22"/>
        </w:rPr>
        <w:t xml:space="preserve">    D. 停止商品交换</w:t>
      </w:r>
    </w:p>
    <w:p>
      <w:pPr>
        <w:spacing w:before="160"/>
      </w:pPr>
      <w:r>
        <w:rPr>
          <w:b/>
          <w:sz w:val="22"/>
        </w:rPr>
        <w:t>374. 实现自由的三重含义包括( )。</w:t>
      </w:r>
    </w:p>
    <w:p>
      <w:pPr>
        <w:spacing w:before="20" w:after="20"/>
      </w:pPr>
      <w:r>
        <w:rPr>
          <w:sz w:val="22"/>
        </w:rPr>
        <w:t xml:space="preserve">    A. 人与自然关系中的自由</w:t>
      </w:r>
    </w:p>
    <w:p>
      <w:pPr>
        <w:spacing w:before="20" w:after="20"/>
      </w:pPr>
      <w:r>
        <w:rPr>
          <w:sz w:val="22"/>
        </w:rPr>
        <w:t xml:space="preserve">    B. 人与社会关系中的自由</w:t>
      </w:r>
    </w:p>
    <w:p>
      <w:pPr>
        <w:spacing w:before="20" w:after="20"/>
      </w:pPr>
      <w:r>
        <w:rPr>
          <w:sz w:val="22"/>
        </w:rPr>
        <w:t xml:space="preserve">    C. 人与自身关系中的自由</w:t>
      </w:r>
    </w:p>
    <w:p>
      <w:pPr>
        <w:spacing w:before="20" w:after="20"/>
      </w:pPr>
      <w:r>
        <w:rPr>
          <w:sz w:val="22"/>
        </w:rPr>
        <w:t xml:space="preserve">    D. 人在创造规律中自由</w:t>
      </w:r>
    </w:p>
    <w:p>
      <w:pPr>
        <w:spacing w:before="160"/>
      </w:pPr>
      <w:r>
        <w:rPr>
          <w:b/>
          <w:sz w:val="22"/>
        </w:rPr>
        <w:t>375. “资产阶级在它的不到一百年的阶级统治中所创造的生产力，比过去一切世代创造的全部生产力还要多，还要大”。这说明( )。</w:t>
      </w:r>
    </w:p>
    <w:p>
      <w:pPr>
        <w:spacing w:before="20" w:after="20"/>
      </w:pPr>
      <w:r>
        <w:rPr>
          <w:sz w:val="22"/>
        </w:rPr>
        <w:t xml:space="preserve">    A. 当生产关系适合生产力状况时，生产力会得到迅速发展</w:t>
      </w:r>
    </w:p>
    <w:p>
      <w:pPr>
        <w:spacing w:before="20" w:after="20"/>
      </w:pPr>
      <w:r>
        <w:rPr>
          <w:sz w:val="22"/>
        </w:rPr>
        <w:t xml:space="preserve">    B. 在资本主义社会，资产阶级是历史的创造者</w:t>
      </w:r>
    </w:p>
    <w:p>
      <w:pPr>
        <w:spacing w:before="20" w:after="20"/>
      </w:pPr>
      <w:r>
        <w:rPr>
          <w:sz w:val="22"/>
        </w:rPr>
        <w:t xml:space="preserve">    C. 资本主义生产关系代替封建制度是历史的进步</w:t>
      </w:r>
    </w:p>
    <w:p>
      <w:pPr>
        <w:spacing w:before="20" w:after="20"/>
      </w:pPr>
      <w:r>
        <w:rPr>
          <w:sz w:val="22"/>
        </w:rPr>
        <w:t xml:space="preserve">    D. 资本主义生产关系的建立在一定程度上解放了社会生产力</w:t>
      </w:r>
    </w:p>
    <w:p>
      <w:pPr>
        <w:spacing w:before="160"/>
      </w:pPr>
      <w:r>
        <w:rPr>
          <w:b/>
          <w:sz w:val="22"/>
        </w:rPr>
        <w:t>376. 世界上的万事万物既作为个体事物存在，又作为联系中的事物存在，事物之间的联系具有( )的特点。</w:t>
      </w:r>
    </w:p>
    <w:p>
      <w:pPr>
        <w:spacing w:before="20" w:after="20"/>
      </w:pPr>
      <w:r>
        <w:rPr>
          <w:sz w:val="22"/>
        </w:rPr>
        <w:t xml:space="preserve">    A. 客观性</w:t>
      </w:r>
    </w:p>
    <w:p>
      <w:pPr>
        <w:spacing w:before="20" w:after="20"/>
      </w:pPr>
      <w:r>
        <w:rPr>
          <w:sz w:val="22"/>
        </w:rPr>
        <w:t xml:space="preserve">    B. 普遍性</w:t>
      </w:r>
    </w:p>
    <w:p>
      <w:pPr>
        <w:spacing w:before="20" w:after="20"/>
      </w:pPr>
      <w:r>
        <w:rPr>
          <w:sz w:val="22"/>
        </w:rPr>
        <w:t xml:space="preserve">    C. 多样性</w:t>
      </w:r>
    </w:p>
    <w:p>
      <w:pPr>
        <w:spacing w:before="20" w:after="20"/>
      </w:pPr>
      <w:r>
        <w:rPr>
          <w:sz w:val="22"/>
        </w:rPr>
        <w:t xml:space="preserve">    D. 条件性</w:t>
      </w:r>
    </w:p>
    <w:p>
      <w:pPr>
        <w:spacing w:before="160"/>
      </w:pPr>
      <w:r>
        <w:rPr>
          <w:b/>
          <w:sz w:val="22"/>
        </w:rPr>
        <w:t>377. 真理的绝对性的含义是指( )。</w:t>
      </w:r>
    </w:p>
    <w:p>
      <w:pPr>
        <w:spacing w:before="20" w:after="20"/>
      </w:pPr>
      <w:r>
        <w:rPr>
          <w:sz w:val="22"/>
        </w:rPr>
        <w:t xml:space="preserve">    A. 任何真理都标志着主观与客观相符合</w:t>
      </w:r>
    </w:p>
    <w:p>
      <w:pPr>
        <w:spacing w:before="20" w:after="20"/>
      </w:pPr>
      <w:r>
        <w:rPr>
          <w:sz w:val="22"/>
        </w:rPr>
        <w:t xml:space="preserve">    B. 能够正确认识无限发展着的物质世界</w:t>
      </w:r>
    </w:p>
    <w:p>
      <w:pPr>
        <w:spacing w:before="20" w:after="20"/>
      </w:pPr>
      <w:r>
        <w:rPr>
          <w:sz w:val="22"/>
        </w:rPr>
        <w:t xml:space="preserve">    C. 真理都是有用的</w:t>
      </w:r>
    </w:p>
    <w:p>
      <w:pPr>
        <w:spacing w:before="20" w:after="20"/>
      </w:pPr>
      <w:r>
        <w:rPr>
          <w:sz w:val="22"/>
        </w:rPr>
        <w:t xml:space="preserve">    D. 真理永恒不变</w:t>
      </w:r>
    </w:p>
    <w:p>
      <w:pPr>
        <w:spacing w:before="160"/>
      </w:pPr>
      <w:r>
        <w:rPr>
          <w:b/>
          <w:sz w:val="22"/>
        </w:rPr>
        <w:t>378. 马克思指出:“一个社会即使探索到本身运动的自然规律，……它还是既不能跳过也不能用法令取消自然的发展阶段。但是它能缩短和减轻分娩的痛苦。”这表明( )。</w:t>
      </w:r>
    </w:p>
    <w:p>
      <w:pPr>
        <w:spacing w:before="20" w:after="20"/>
      </w:pPr>
      <w:r>
        <w:rPr>
          <w:sz w:val="22"/>
        </w:rPr>
        <w:t xml:space="preserve">    A. 人类社会的发展是合规律性与合目的性的统一</w:t>
      </w:r>
    </w:p>
    <w:p>
      <w:pPr>
        <w:spacing w:before="20" w:after="20"/>
      </w:pPr>
      <w:r>
        <w:rPr>
          <w:sz w:val="22"/>
        </w:rPr>
        <w:t xml:space="preserve">    B. 人的自觉选择在社会发展中具有重要作用</w:t>
      </w:r>
    </w:p>
    <w:p>
      <w:pPr>
        <w:spacing w:before="20" w:after="20"/>
      </w:pPr>
      <w:r>
        <w:rPr>
          <w:sz w:val="22"/>
        </w:rPr>
        <w:t xml:space="preserve">    C. 社会发展过程与自然界演变过程一样都是自觉的</w:t>
      </w:r>
    </w:p>
    <w:p>
      <w:pPr>
        <w:spacing w:before="20" w:after="20"/>
      </w:pPr>
      <w:r>
        <w:rPr>
          <w:sz w:val="22"/>
        </w:rPr>
        <w:t xml:space="preserve">    D. 人类总体历史进程是不可超越的</w:t>
      </w:r>
    </w:p>
    <w:p>
      <w:pPr>
        <w:spacing w:before="160"/>
      </w:pPr>
      <w:r>
        <w:rPr>
          <w:b/>
          <w:sz w:val="22"/>
        </w:rPr>
        <w:t>379. 社会再生产的顺利进行，要求实现“两个补偿”，即( )。</w:t>
      </w:r>
    </w:p>
    <w:p>
      <w:pPr>
        <w:spacing w:before="20" w:after="20"/>
      </w:pPr>
      <w:r>
        <w:rPr>
          <w:sz w:val="22"/>
        </w:rPr>
        <w:t xml:space="preserve">    A. 生产资料和消费资料得到实物补偿</w:t>
      </w:r>
    </w:p>
    <w:p>
      <w:pPr>
        <w:spacing w:before="20" w:after="20"/>
      </w:pPr>
      <w:r>
        <w:rPr>
          <w:sz w:val="22"/>
        </w:rPr>
        <w:t xml:space="preserve">    B. 资本耗费得到价值补偿</w:t>
      </w:r>
    </w:p>
    <w:p>
      <w:pPr>
        <w:spacing w:before="20" w:after="20"/>
      </w:pPr>
      <w:r>
        <w:rPr>
          <w:sz w:val="22"/>
        </w:rPr>
        <w:t xml:space="preserve">    C. 资本家投入的精力的精神补偿</w:t>
      </w:r>
    </w:p>
    <w:p>
      <w:pPr>
        <w:spacing w:before="20" w:after="20"/>
      </w:pPr>
      <w:r>
        <w:rPr>
          <w:sz w:val="22"/>
        </w:rPr>
        <w:t xml:space="preserve">    D. 工人提高劳动技能的知识补偿</w:t>
      </w:r>
    </w:p>
    <w:p>
      <w:pPr>
        <w:spacing w:before="160"/>
      </w:pPr>
      <w:r>
        <w:rPr>
          <w:b/>
          <w:sz w:val="22"/>
        </w:rPr>
        <w:t>380. 恩格斯说，任何一门科学的真正完善在于数学工具的广泛应用。这说明( )。</w:t>
      </w:r>
    </w:p>
    <w:p>
      <w:pPr>
        <w:spacing w:before="20" w:after="20"/>
      </w:pPr>
      <w:r>
        <w:rPr>
          <w:sz w:val="22"/>
        </w:rPr>
        <w:t xml:space="preserve">    A. 只有精确地认识量，才能更深刻地把握质</w:t>
      </w:r>
    </w:p>
    <w:p>
      <w:pPr>
        <w:spacing w:before="20" w:after="20"/>
      </w:pPr>
      <w:r>
        <w:rPr>
          <w:sz w:val="22"/>
        </w:rPr>
        <w:t xml:space="preserve">    B. 认识事物的量是认识的深化和精确化</w:t>
      </w:r>
    </w:p>
    <w:p>
      <w:pPr>
        <w:spacing w:before="20" w:after="20"/>
      </w:pPr>
      <w:r>
        <w:rPr>
          <w:sz w:val="22"/>
        </w:rPr>
        <w:t xml:space="preserve">    C. 量和事物的存在是直接同一的</w:t>
      </w:r>
    </w:p>
    <w:p>
      <w:pPr>
        <w:spacing w:before="20" w:after="20"/>
      </w:pPr>
      <w:r>
        <w:rPr>
          <w:sz w:val="22"/>
        </w:rPr>
        <w:t xml:space="preserve">    D. 考察量是认识质的前提，区分质是认识量的深化</w:t>
      </w:r>
    </w:p>
    <w:p>
      <w:pPr>
        <w:spacing w:before="160"/>
      </w:pPr>
      <w:r>
        <w:rPr>
          <w:b/>
          <w:sz w:val="22"/>
        </w:rPr>
        <w:t>381. 恩格斯指出:“经济上落后的国家在哲学上仍然能演奏第一提琴。”这说明( )。</w:t>
      </w:r>
    </w:p>
    <w:p>
      <w:pPr>
        <w:spacing w:before="20" w:after="20"/>
      </w:pPr>
      <w:r>
        <w:rPr>
          <w:sz w:val="22"/>
        </w:rPr>
        <w:t xml:space="preserve">    A. 社会意识具有相对独立性</w:t>
      </w:r>
    </w:p>
    <w:p>
      <w:pPr>
        <w:spacing w:before="20" w:after="20"/>
      </w:pPr>
      <w:r>
        <w:rPr>
          <w:sz w:val="22"/>
        </w:rPr>
        <w:t xml:space="preserve">    B. 不与社会存在同步变化的社会意识是落后的社会意识</w:t>
      </w:r>
    </w:p>
    <w:p>
      <w:pPr>
        <w:spacing w:before="20" w:after="20"/>
      </w:pPr>
      <w:r>
        <w:rPr>
          <w:sz w:val="22"/>
        </w:rPr>
        <w:t xml:space="preserve">    C. 社会意识只会推动社会向前发展</w:t>
      </w:r>
    </w:p>
    <w:p>
      <w:pPr>
        <w:spacing w:before="20" w:after="20"/>
      </w:pPr>
      <w:r>
        <w:rPr>
          <w:sz w:val="22"/>
        </w:rPr>
        <w:t xml:space="preserve">    D. 社会意识与社会存在发展具有不完全同步性和不平衡性</w:t>
      </w:r>
    </w:p>
    <w:p>
      <w:pPr>
        <w:spacing w:before="160"/>
      </w:pPr>
      <w:r>
        <w:rPr>
          <w:b/>
          <w:sz w:val="22"/>
        </w:rPr>
        <w:t>382. 第二次世界大战后资本主义变化的原因包括( )。</w:t>
      </w:r>
    </w:p>
    <w:p>
      <w:pPr>
        <w:spacing w:before="20" w:after="20"/>
      </w:pPr>
      <w:r>
        <w:rPr>
          <w:sz w:val="22"/>
        </w:rPr>
        <w:t xml:space="preserve">    A. 科学技术革命和生产力的发展</w:t>
      </w:r>
    </w:p>
    <w:p>
      <w:pPr>
        <w:spacing w:before="20" w:after="20"/>
      </w:pPr>
      <w:r>
        <w:rPr>
          <w:sz w:val="22"/>
        </w:rPr>
        <w:t xml:space="preserve">    B. 工人阶级争取自身权利和利益的斗争</w:t>
      </w:r>
    </w:p>
    <w:p>
      <w:pPr>
        <w:spacing w:before="20" w:after="20"/>
      </w:pPr>
      <w:r>
        <w:rPr>
          <w:sz w:val="22"/>
        </w:rPr>
        <w:t xml:space="preserve">    C. 社会主义制度初步显现的优越性对资本主义产生了影响</w:t>
      </w:r>
    </w:p>
    <w:p>
      <w:pPr>
        <w:spacing w:before="20" w:after="20"/>
      </w:pPr>
      <w:r>
        <w:rPr>
          <w:sz w:val="22"/>
        </w:rPr>
        <w:t xml:space="preserve">    D. 主张改良主义的政党起到了重要作用</w:t>
      </w:r>
    </w:p>
    <w:p>
      <w:pPr>
        <w:spacing w:before="160"/>
      </w:pPr>
      <w:r>
        <w:rPr>
          <w:b/>
          <w:sz w:val="22"/>
        </w:rPr>
        <w:t>383. 中国特色社会主义共同理想与共产主义远大理想的内在关系包括( )。</w:t>
      </w:r>
    </w:p>
    <w:p>
      <w:pPr>
        <w:spacing w:before="20" w:after="20"/>
      </w:pPr>
      <w:r>
        <w:rPr>
          <w:sz w:val="22"/>
        </w:rPr>
        <w:t xml:space="preserve">    A. 最终理想与阶段性理想的关系</w:t>
      </w:r>
    </w:p>
    <w:p>
      <w:pPr>
        <w:spacing w:before="20" w:after="20"/>
      </w:pPr>
      <w:r>
        <w:rPr>
          <w:sz w:val="22"/>
        </w:rPr>
        <w:t xml:space="preserve">    B. 最高纲领与最低纲领的关系</w:t>
      </w:r>
    </w:p>
    <w:p>
      <w:pPr>
        <w:spacing w:before="20" w:after="20"/>
      </w:pPr>
      <w:r>
        <w:rPr>
          <w:sz w:val="22"/>
        </w:rPr>
        <w:t xml:space="preserve">    C. 少数人的理想与多数人的理想的关系</w:t>
      </w:r>
    </w:p>
    <w:p>
      <w:pPr>
        <w:spacing w:before="20" w:after="20"/>
      </w:pPr>
      <w:r>
        <w:rPr>
          <w:sz w:val="22"/>
        </w:rPr>
        <w:t xml:space="preserve">    D. 全人类理想与全体中国人民理想的关系</w:t>
      </w:r>
    </w:p>
    <w:p>
      <w:pPr>
        <w:spacing w:before="160"/>
      </w:pPr>
      <w:r>
        <w:rPr>
          <w:b/>
          <w:sz w:val="22"/>
        </w:rPr>
        <w:t>384. 科学社会主义自产生之后，逐步与工人运动相结合，指导无产阶级政党的革命斗争，并在这个过程中不断完善和发展。1864年，国际工人协会(第一国际)应运而生。1871年巴黎公社革命爆发。巴黎公社革命( )。</w:t>
      </w:r>
    </w:p>
    <w:p>
      <w:pPr>
        <w:spacing w:before="20" w:after="20"/>
      </w:pPr>
      <w:r>
        <w:rPr>
          <w:sz w:val="22"/>
        </w:rPr>
        <w:t xml:space="preserve">    A. 是第一国际精神的产儿</w:t>
      </w:r>
    </w:p>
    <w:p>
      <w:pPr>
        <w:spacing w:before="20" w:after="20"/>
      </w:pPr>
      <w:r>
        <w:rPr>
          <w:sz w:val="22"/>
        </w:rPr>
        <w:t xml:space="preserve">    B. 是无产阶级夺取政权的第一次伟大尝试</w:t>
      </w:r>
    </w:p>
    <w:p>
      <w:pPr>
        <w:spacing w:before="20" w:after="20"/>
      </w:pPr>
      <w:r>
        <w:rPr>
          <w:sz w:val="22"/>
        </w:rPr>
        <w:t xml:space="preserve">    C. 证明了社会主义革命可以首先在一个或者几个国家获得胜利</w:t>
      </w:r>
    </w:p>
    <w:p>
      <w:pPr>
        <w:spacing w:before="20" w:after="20"/>
      </w:pPr>
      <w:r>
        <w:rPr>
          <w:sz w:val="22"/>
        </w:rPr>
        <w:t xml:space="preserve">    D. 使社会主义从理想变为现实</w:t>
      </w:r>
    </w:p>
    <w:p>
      <w:pPr>
        <w:spacing w:before="160"/>
      </w:pPr>
      <w:r>
        <w:rPr>
          <w:b/>
          <w:sz w:val="22"/>
        </w:rPr>
        <w:t>385. 无产阶级专政的任务包括( )。</w:t>
      </w:r>
    </w:p>
    <w:p>
      <w:pPr>
        <w:spacing w:before="20" w:after="20"/>
      </w:pPr>
      <w:r>
        <w:rPr>
          <w:sz w:val="22"/>
        </w:rPr>
        <w:t xml:space="preserve">    A. 镇压剥削阶级的反抗和防御外敌入侵</w:t>
      </w:r>
    </w:p>
    <w:p>
      <w:pPr>
        <w:spacing w:before="20" w:after="20"/>
      </w:pPr>
      <w:r>
        <w:rPr>
          <w:sz w:val="22"/>
        </w:rPr>
        <w:t xml:space="preserve">    B. 领导和组织国家建设</w:t>
      </w:r>
    </w:p>
    <w:p>
      <w:pPr>
        <w:spacing w:before="20" w:after="20"/>
      </w:pPr>
      <w:r>
        <w:rPr>
          <w:sz w:val="22"/>
        </w:rPr>
        <w:t xml:space="preserve">    C. 发展社会主义民主</w:t>
      </w:r>
    </w:p>
    <w:p>
      <w:pPr>
        <w:spacing w:before="20" w:after="20"/>
      </w:pPr>
      <w:r>
        <w:rPr>
          <w:sz w:val="22"/>
        </w:rPr>
        <w:t xml:space="preserve">    D. 推动社会全面进步</w:t>
      </w:r>
    </w:p>
    <w:p>
      <w:pPr>
        <w:spacing w:before="160"/>
      </w:pPr>
      <w:r>
        <w:rPr>
          <w:b/>
          <w:sz w:val="22"/>
        </w:rPr>
        <w:t>386. 产业资本循环不断进行的基本前提条件是( )。</w:t>
      </w:r>
    </w:p>
    <w:p>
      <w:pPr>
        <w:spacing w:before="20" w:after="20"/>
      </w:pPr>
      <w:r>
        <w:rPr>
          <w:sz w:val="22"/>
        </w:rPr>
        <w:t xml:space="preserve">    A. 三种职能形式在时间上继起</w:t>
      </w:r>
    </w:p>
    <w:p>
      <w:pPr>
        <w:spacing w:before="20" w:after="20"/>
      </w:pPr>
      <w:r>
        <w:rPr>
          <w:sz w:val="22"/>
        </w:rPr>
        <w:t xml:space="preserve">    B. 三种职能形式在空间上并存</w:t>
      </w:r>
    </w:p>
    <w:p>
      <w:pPr>
        <w:spacing w:before="20" w:after="20"/>
      </w:pPr>
      <w:r>
        <w:rPr>
          <w:sz w:val="22"/>
        </w:rPr>
        <w:t xml:space="preserve">    C. 摆脱经济制度因素的制约</w:t>
      </w:r>
    </w:p>
    <w:p>
      <w:pPr>
        <w:spacing w:before="20" w:after="20"/>
      </w:pPr>
      <w:r>
        <w:rPr>
          <w:sz w:val="22"/>
        </w:rPr>
        <w:t xml:space="preserve">    D. 消除周期性爆发的经济危机</w:t>
      </w:r>
    </w:p>
    <w:p>
      <w:pPr>
        <w:spacing w:before="160"/>
      </w:pPr>
      <w:r>
        <w:rPr>
          <w:b/>
          <w:sz w:val="22"/>
        </w:rPr>
        <w:t>387. 各资本主义国家的垄断组织，通过订立协议建立起国际垄断资本的联盟，即国际垄断同盟，以便在世界范围形成垄断，并在经济上瓜分世界。以下说法正确的有( )。</w:t>
      </w:r>
    </w:p>
    <w:p>
      <w:pPr>
        <w:spacing w:before="20" w:after="20"/>
      </w:pPr>
      <w:r>
        <w:rPr>
          <w:sz w:val="22"/>
        </w:rPr>
        <w:t xml:space="preserve">    A. 国际垄断同盟在经济上瓜分世界是通过垄断组织间的协议实现的</w:t>
      </w:r>
    </w:p>
    <w:p>
      <w:pPr>
        <w:spacing w:before="20" w:after="20"/>
      </w:pPr>
      <w:r>
        <w:rPr>
          <w:sz w:val="22"/>
        </w:rPr>
        <w:t xml:space="preserve">    B. 早期的国际垄断同盟主要是跨国公司</w:t>
      </w:r>
    </w:p>
    <w:p>
      <w:pPr>
        <w:spacing w:before="20" w:after="20"/>
      </w:pPr>
      <w:r>
        <w:rPr>
          <w:sz w:val="22"/>
        </w:rPr>
        <w:t xml:space="preserve">    C. 当代国际垄断同盟的形式以国际卡特尔和国家垄断资本主义的国际联盟为主</w:t>
      </w:r>
    </w:p>
    <w:p>
      <w:pPr>
        <w:spacing w:before="20" w:after="20"/>
      </w:pPr>
      <w:r>
        <w:rPr>
          <w:sz w:val="22"/>
        </w:rPr>
        <w:t xml:space="preserve">    D. 国家垄断资本主义的国际联盟是由一些资本主义国家的政府出面缔结协定所组成的国际经济集团</w:t>
      </w:r>
    </w:p>
    <w:p>
      <w:pPr>
        <w:spacing w:before="160"/>
      </w:pPr>
      <w:r>
        <w:rPr>
          <w:b/>
          <w:sz w:val="22"/>
        </w:rPr>
        <w:t>388. 习近平总书记在参加党的二十大广西代表团讨论时强调:“不能刻舟求剑，不能守株待兔，也不能叶公好龙啊。就是一定要用马克思主义之‘矢’去射新时代中国之‘的’，实事求是。”这一论断体现的哲理是( )。</w:t>
      </w:r>
    </w:p>
    <w:p>
      <w:pPr>
        <w:spacing w:before="20" w:after="20"/>
      </w:pPr>
      <w:r>
        <w:rPr>
          <w:sz w:val="22"/>
        </w:rPr>
        <w:t xml:space="preserve">    A. 要把客观存在的事物作为观察和处理问题的根本出发点</w:t>
      </w:r>
    </w:p>
    <w:p>
      <w:pPr>
        <w:spacing w:before="20" w:after="20"/>
      </w:pPr>
      <w:r>
        <w:rPr>
          <w:sz w:val="22"/>
        </w:rPr>
        <w:t xml:space="preserve">    B. 我们想问题、办事情要以具体的时间、地点和条件为转移</w:t>
      </w:r>
    </w:p>
    <w:p>
      <w:pPr>
        <w:spacing w:before="20" w:after="20"/>
      </w:pPr>
      <w:r>
        <w:rPr>
          <w:sz w:val="22"/>
        </w:rPr>
        <w:t xml:space="preserve">    C. 人们在一定条件下对客观事物及其本质和发展规律的正确认识总是有限度的、不完善的</w:t>
      </w:r>
    </w:p>
    <w:p>
      <w:pPr>
        <w:spacing w:before="20" w:after="20"/>
      </w:pPr>
      <w:r>
        <w:rPr>
          <w:sz w:val="22"/>
        </w:rPr>
        <w:t xml:space="preserve">    D. 一种理论是否是真理就在于它能否满足人的需要</w:t>
      </w:r>
    </w:p>
    <w:p>
      <w:pPr>
        <w:spacing w:before="160"/>
      </w:pPr>
      <w:r>
        <w:rPr>
          <w:b/>
          <w:sz w:val="22"/>
        </w:rPr>
        <w:t>389. 马克思在17岁的时候，在一篇题为“一个青年对选择职业的思考”的作文里写道:在选择职业之前，“我们应该冷静地思考，研究它，要看到它的全部重要性，要认识到它的各种困难。”“经验告诉我们:谁能够使更多的人幸福，他本人也就是最幸福的……如果我们选择了一种比其他职业能够更多地为人民工作的职业，那我们就不会为它的艰难和重要所折服……”马克思关于选择职业的看法对今天的大学生仍有重要启示。选择职业要( )。</w:t>
      </w:r>
    </w:p>
    <w:p>
      <w:pPr>
        <w:spacing w:before="20" w:after="20"/>
      </w:pPr>
      <w:r>
        <w:rPr>
          <w:sz w:val="22"/>
        </w:rPr>
        <w:t xml:space="preserve">    A. 树立崇高的职业理想</w:t>
      </w:r>
    </w:p>
    <w:p>
      <w:pPr>
        <w:spacing w:before="20" w:after="20"/>
      </w:pPr>
      <w:r>
        <w:rPr>
          <w:sz w:val="22"/>
        </w:rPr>
        <w:t xml:space="preserve">    B. 服从社会发展的需要</w:t>
      </w:r>
    </w:p>
    <w:p>
      <w:pPr>
        <w:spacing w:before="20" w:after="20"/>
      </w:pPr>
      <w:r>
        <w:rPr>
          <w:sz w:val="22"/>
        </w:rPr>
        <w:t xml:space="preserve">    C. 牢固树立幸福生活是靠劳动创造的观念</w:t>
      </w:r>
    </w:p>
    <w:p>
      <w:pPr>
        <w:spacing w:before="20" w:after="20"/>
      </w:pPr>
      <w:r>
        <w:rPr>
          <w:sz w:val="22"/>
        </w:rPr>
        <w:t xml:space="preserve">    D. 只需把职业作为谋生的手段</w:t>
      </w:r>
    </w:p>
    <w:p>
      <w:pPr>
        <w:spacing w:before="160"/>
      </w:pPr>
      <w:r>
        <w:rPr>
          <w:b/>
          <w:sz w:val="22"/>
        </w:rPr>
        <w:t>390. 科学社会主义自产生之后，逐步与工人运动相结合，指导无产阶级政党的革命斗争，并在这个过程中不断完善和发展。1864年，国际工人协会(第一国际)应运而生。1871年巴黎公社革命爆发。巴黎公社革命( )。</w:t>
      </w:r>
    </w:p>
    <w:p>
      <w:pPr>
        <w:spacing w:before="20" w:after="20"/>
      </w:pPr>
      <w:r>
        <w:rPr>
          <w:sz w:val="22"/>
        </w:rPr>
        <w:t xml:space="preserve">    A. 是第一国际精神的产儿</w:t>
      </w:r>
    </w:p>
    <w:p>
      <w:pPr>
        <w:spacing w:before="20" w:after="20"/>
      </w:pPr>
      <w:r>
        <w:rPr>
          <w:sz w:val="22"/>
        </w:rPr>
        <w:t xml:space="preserve">    B. 是无产阶级夺取政权的第一次伟大尝试</w:t>
      </w:r>
    </w:p>
    <w:p>
      <w:pPr>
        <w:spacing w:before="20" w:after="20"/>
      </w:pPr>
      <w:r>
        <w:rPr>
          <w:sz w:val="22"/>
        </w:rPr>
        <w:t xml:space="preserve">    C. 证明了社会主义革命可以首先在一个或者几个国家获得胜利</w:t>
      </w:r>
    </w:p>
    <w:p>
      <w:pPr>
        <w:spacing w:before="20" w:after="20"/>
      </w:pPr>
      <w:r>
        <w:rPr>
          <w:sz w:val="22"/>
        </w:rPr>
        <w:t xml:space="preserve">    D. 使社会主义从理想变为现实</w:t>
      </w:r>
    </w:p>
    <w:p>
      <w:pPr>
        <w:spacing w:before="160"/>
      </w:pPr>
      <w:r>
        <w:rPr>
          <w:b/>
          <w:sz w:val="22"/>
        </w:rPr>
        <w:t>391. 习近平总书记在党的二十大报告中明确将“务必敢于斗争、善于斗争”作为全党同志在新时代新征程上必须坚持的“三个务必”之一，这体现了( )。</w:t>
      </w:r>
    </w:p>
    <w:p>
      <w:pPr>
        <w:spacing w:before="20" w:after="20"/>
      </w:pPr>
      <w:r>
        <w:rPr>
          <w:sz w:val="22"/>
        </w:rPr>
        <w:t xml:space="preserve">    A. 敢于斗争、善于斗争是马克思主义的鲜明特色</w:t>
      </w:r>
    </w:p>
    <w:p>
      <w:pPr>
        <w:spacing w:before="20" w:after="20"/>
      </w:pPr>
      <w:r>
        <w:rPr>
          <w:sz w:val="22"/>
        </w:rPr>
        <w:t xml:space="preserve">    B. 要大力发扬斗争精神，在斗争中应对挑战，在斗争中开拓前进</w:t>
      </w:r>
    </w:p>
    <w:p>
      <w:pPr>
        <w:spacing w:before="20" w:after="20"/>
      </w:pPr>
      <w:r>
        <w:rPr>
          <w:sz w:val="22"/>
        </w:rPr>
        <w:t xml:space="preserve">    C. 矛盾的同一性和辩证性关系原理</w:t>
      </w:r>
    </w:p>
    <w:p>
      <w:pPr>
        <w:spacing w:before="20" w:after="20"/>
      </w:pPr>
      <w:r>
        <w:rPr>
          <w:sz w:val="22"/>
        </w:rPr>
        <w:t xml:space="preserve">    D. 敢于斗争、善于斗争是中国共产党人的鲜明品格</w:t>
      </w:r>
    </w:p>
    <w:p>
      <w:pPr>
        <w:spacing w:before="160"/>
      </w:pPr>
      <w:r>
        <w:rPr>
          <w:b/>
          <w:sz w:val="22"/>
        </w:rPr>
        <w:t>392. 自20世纪70年代由美国主导的布雷顿森林体系崩溃以来，资本主义国家的金融垄断资本获得了快速发展。金融垄断资本得以形成和壮大的重要制度条件是( )。</w:t>
      </w:r>
    </w:p>
    <w:p>
      <w:pPr>
        <w:spacing w:before="20" w:after="20"/>
      </w:pPr>
      <w:r>
        <w:rPr>
          <w:sz w:val="22"/>
        </w:rPr>
        <w:t xml:space="preserve">    A. 金融创新</w:t>
      </w:r>
    </w:p>
    <w:p>
      <w:pPr>
        <w:spacing w:before="20" w:after="20"/>
      </w:pPr>
      <w:r>
        <w:rPr>
          <w:sz w:val="22"/>
        </w:rPr>
        <w:t xml:space="preserve">    B. 金融市场管理加强</w:t>
      </w:r>
    </w:p>
    <w:p>
      <w:pPr>
        <w:spacing w:before="20" w:after="20"/>
      </w:pPr>
      <w:r>
        <w:rPr>
          <w:sz w:val="22"/>
        </w:rPr>
        <w:t xml:space="preserve">    C. 金融自由化</w:t>
      </w:r>
    </w:p>
    <w:p>
      <w:pPr>
        <w:spacing w:before="20" w:after="20"/>
      </w:pPr>
      <w:r>
        <w:rPr>
          <w:sz w:val="22"/>
        </w:rPr>
        <w:t xml:space="preserve">    D. 金融危机频繁发生</w:t>
      </w:r>
    </w:p>
    <w:p>
      <w:pPr>
        <w:spacing w:before="160"/>
      </w:pPr>
      <w:r>
        <w:rPr>
          <w:b/>
          <w:sz w:val="22"/>
        </w:rPr>
        <w:t>393. 不断谱写马克思主义中国化时代化新篇章，是当代中国共产党人的庄严历史责任。继续推进实践基础上的理论创新，首先要把握好新时代中国特色社会主义思想的世界观和方法论，坚持好、运用好贯穿其中的立场观点方法。为此，我们必须坚持人民至上、必须坚持自信自立、必须坚持守正创新、必须坚持问题导向、必须坚持系统观念、必须坚持胸怀天下。必须坚持人民至上，是因为( )。</w:t>
      </w:r>
    </w:p>
    <w:p>
      <w:pPr>
        <w:spacing w:before="20" w:after="20"/>
      </w:pPr>
      <w:r>
        <w:rPr>
          <w:sz w:val="22"/>
        </w:rPr>
        <w:t xml:space="preserve">    A. 人民性是马克思主义的本质属性</w:t>
      </w:r>
    </w:p>
    <w:p>
      <w:pPr>
        <w:spacing w:before="20" w:after="20"/>
      </w:pPr>
      <w:r>
        <w:rPr>
          <w:sz w:val="22"/>
        </w:rPr>
        <w:t xml:space="preserve">    B. 人人都是历史的创造者</w:t>
      </w:r>
    </w:p>
    <w:p>
      <w:pPr>
        <w:spacing w:before="20" w:after="20"/>
      </w:pPr>
      <w:r>
        <w:rPr>
          <w:sz w:val="22"/>
        </w:rPr>
        <w:t xml:space="preserve">    C. 人民群众创造历史的活动不受社会历史条件的制约</w:t>
      </w:r>
    </w:p>
    <w:p>
      <w:pPr>
        <w:spacing w:before="20" w:after="20"/>
      </w:pPr>
      <w:r>
        <w:rPr>
          <w:sz w:val="22"/>
        </w:rPr>
        <w:t xml:space="preserve">    D. 人民至上是马克思主义的政治立场</w:t>
      </w:r>
    </w:p>
    <w:p>
      <w:pPr>
        <w:spacing w:before="160"/>
      </w:pPr>
      <w:r>
        <w:rPr>
          <w:b/>
          <w:sz w:val="22"/>
        </w:rPr>
        <w:t>394. 中国民间素有“春捂秋冻，不生杂病”的说法。秋季是夏季与冬季的过渡期，让身体承受一下冷冻，能起到促进血液循环、增强身体防御机制的作用，也能防止穿衣过多引起出汗生病。然而“秋冻”也要讲究科学，比如初秋是“秋冻”的好时机，而晚秋再“秋冻”不仅对健康无益，还会引发呼吸道和心血管疾病。我国南北方气候差异较大，“秋冻”也要注意昼夜温差的变化。此外，老人、小孩以及体质虚弱的人也不宜“秋冻”。以上材料说明( )。</w:t>
      </w:r>
    </w:p>
    <w:p>
      <w:pPr>
        <w:spacing w:before="20" w:after="20"/>
      </w:pPr>
      <w:r>
        <w:rPr>
          <w:sz w:val="22"/>
        </w:rPr>
        <w:t xml:space="preserve">    A. 真理的内容总是取决于特定的主体需要</w:t>
      </w:r>
    </w:p>
    <w:p>
      <w:pPr>
        <w:spacing w:before="20" w:after="20"/>
      </w:pPr>
      <w:r>
        <w:rPr>
          <w:sz w:val="22"/>
        </w:rPr>
        <w:t xml:space="preserve">    B. 在承认矛盾普遍性的前提下也要注意研究矛盾的特殊性</w:t>
      </w:r>
    </w:p>
    <w:p>
      <w:pPr>
        <w:spacing w:before="20" w:after="20"/>
      </w:pPr>
      <w:r>
        <w:rPr>
          <w:sz w:val="22"/>
        </w:rPr>
        <w:t xml:space="preserve">    C. 必然与偶然相互依存，共同决定着事物发展的方向</w:t>
      </w:r>
    </w:p>
    <w:p>
      <w:pPr>
        <w:spacing w:before="20" w:after="20"/>
      </w:pPr>
      <w:r>
        <w:rPr>
          <w:sz w:val="22"/>
        </w:rPr>
        <w:t xml:space="preserve">    D. 真理超出适用范围就会变成谬误</w:t>
      </w:r>
    </w:p>
    <w:p>
      <w:pPr>
        <w:spacing w:before="160"/>
      </w:pPr>
      <w:r>
        <w:rPr>
          <w:b/>
          <w:sz w:val="22"/>
        </w:rPr>
        <w:t>395. 文化对社会发展的重要作用表现在( )。</w:t>
      </w:r>
    </w:p>
    <w:p>
      <w:pPr>
        <w:spacing w:before="20" w:after="20"/>
      </w:pPr>
      <w:r>
        <w:rPr>
          <w:sz w:val="22"/>
        </w:rPr>
        <w:t xml:space="preserve">    A. 文化为社会发展提供思想指引</w:t>
      </w:r>
    </w:p>
    <w:p>
      <w:pPr>
        <w:spacing w:before="20" w:after="20"/>
      </w:pPr>
      <w:r>
        <w:rPr>
          <w:sz w:val="22"/>
        </w:rPr>
        <w:t xml:space="preserve">    B. 文化为社会发展提供精神动力</w:t>
      </w:r>
    </w:p>
    <w:p>
      <w:pPr>
        <w:spacing w:before="20" w:after="20"/>
      </w:pPr>
      <w:r>
        <w:rPr>
          <w:sz w:val="22"/>
        </w:rPr>
        <w:t xml:space="preserve">    C. 文化决定社会的经济基础</w:t>
      </w:r>
    </w:p>
    <w:p>
      <w:pPr>
        <w:spacing w:before="20" w:after="20"/>
      </w:pPr>
      <w:r>
        <w:rPr>
          <w:sz w:val="22"/>
        </w:rPr>
        <w:t xml:space="preserve">    D. 文化为社会发展提供凝聚力量</w:t>
      </w:r>
    </w:p>
    <w:p>
      <w:pPr>
        <w:spacing w:before="160"/>
      </w:pPr>
      <w:r>
        <w:rPr>
          <w:b/>
          <w:sz w:val="22"/>
        </w:rPr>
        <w:t>396. 习近平指出:“科学理论是我们推动工作、解决问题的‘金钥匙’”，这句话强调( )。</w:t>
      </w:r>
    </w:p>
    <w:p>
      <w:pPr>
        <w:spacing w:before="20" w:after="20"/>
      </w:pPr>
      <w:r>
        <w:rPr>
          <w:sz w:val="22"/>
        </w:rPr>
        <w:t xml:space="preserve">    A. 最重要的哲学问题在于懂得客观世界的规律性</w:t>
      </w:r>
    </w:p>
    <w:p>
      <w:pPr>
        <w:spacing w:before="20" w:after="20"/>
      </w:pPr>
      <w:r>
        <w:rPr>
          <w:sz w:val="22"/>
        </w:rPr>
        <w:t xml:space="preserve">    B. 做好认识的第二次飞跃的重要性</w:t>
      </w:r>
    </w:p>
    <w:p>
      <w:pPr>
        <w:spacing w:before="20" w:after="20"/>
      </w:pPr>
      <w:r>
        <w:rPr>
          <w:sz w:val="22"/>
        </w:rPr>
        <w:t xml:space="preserve">    C. 科学理论是认识的最终目的</w:t>
      </w:r>
    </w:p>
    <w:p>
      <w:pPr>
        <w:spacing w:before="20" w:after="20"/>
      </w:pPr>
      <w:r>
        <w:rPr>
          <w:sz w:val="22"/>
        </w:rPr>
        <w:t xml:space="preserve">    D. 科学理论对于实践具有指导作用</w:t>
      </w:r>
    </w:p>
    <w:p>
      <w:pPr>
        <w:spacing w:before="160"/>
      </w:pPr>
      <w:r>
        <w:rPr>
          <w:b/>
          <w:sz w:val="22"/>
        </w:rPr>
        <w:t>397. 孙中山先生指出，认识过程是“以行而求知，因知以进行”“行其所不知以致其所知”“因其已知而更进于行”。其中所表达的思想有( )。</w:t>
      </w:r>
    </w:p>
    <w:p>
      <w:pPr>
        <w:spacing w:before="20" w:after="20"/>
      </w:pPr>
      <w:r>
        <w:rPr>
          <w:sz w:val="22"/>
        </w:rPr>
        <w:t xml:space="preserve">    A. 知行相互促进</w:t>
      </w:r>
    </w:p>
    <w:p>
      <w:pPr>
        <w:spacing w:before="20" w:after="20"/>
      </w:pPr>
      <w:r>
        <w:rPr>
          <w:sz w:val="22"/>
        </w:rPr>
        <w:t xml:space="preserve">    B. 行先知后</w:t>
      </w:r>
    </w:p>
    <w:p>
      <w:pPr>
        <w:spacing w:before="20" w:after="20"/>
      </w:pPr>
      <w:r>
        <w:rPr>
          <w:sz w:val="22"/>
        </w:rPr>
        <w:t xml:space="preserve">    C. 知行不可分割</w:t>
      </w:r>
    </w:p>
    <w:p>
      <w:pPr>
        <w:spacing w:before="20" w:after="20"/>
      </w:pPr>
      <w:r>
        <w:rPr>
          <w:sz w:val="22"/>
        </w:rPr>
        <w:t xml:space="preserve">    D. 知行合一</w:t>
      </w:r>
    </w:p>
    <w:p>
      <w:pPr>
        <w:spacing w:before="160"/>
      </w:pPr>
      <w:r>
        <w:rPr>
          <w:b/>
          <w:sz w:val="22"/>
        </w:rPr>
        <w:t>398. 英国资产阶级革命开始于1640年，但在战胜封建制度以后，接着就出现了1660年的旧王朝复辟，直到1688年，英国的资本主义社会形态才稳固下来。这说明( )。</w:t>
      </w:r>
    </w:p>
    <w:p>
      <w:pPr>
        <w:spacing w:before="20" w:after="20"/>
      </w:pPr>
      <w:r>
        <w:rPr>
          <w:sz w:val="22"/>
        </w:rPr>
        <w:t xml:space="preserve">    A. 社会形态更替的前进性</w:t>
      </w:r>
    </w:p>
    <w:p>
      <w:pPr>
        <w:spacing w:before="20" w:after="20"/>
      </w:pPr>
      <w:r>
        <w:rPr>
          <w:sz w:val="22"/>
        </w:rPr>
        <w:t xml:space="preserve">    B. 社会形态更替的曲折性</w:t>
      </w:r>
    </w:p>
    <w:p>
      <w:pPr>
        <w:spacing w:before="20" w:after="20"/>
      </w:pPr>
      <w:r>
        <w:rPr>
          <w:sz w:val="22"/>
        </w:rPr>
        <w:t xml:space="preserve">    C. 社会形态更替的多样性</w:t>
      </w:r>
    </w:p>
    <w:p>
      <w:pPr>
        <w:spacing w:before="20" w:after="20"/>
      </w:pPr>
      <w:r>
        <w:rPr>
          <w:sz w:val="22"/>
        </w:rPr>
        <w:t xml:space="preserve">    D. 社会形态更替的统一性</w:t>
      </w:r>
    </w:p>
    <w:p>
      <w:pPr>
        <w:spacing w:before="160"/>
      </w:pPr>
      <w:r>
        <w:rPr>
          <w:b/>
          <w:sz w:val="22"/>
        </w:rPr>
        <w:t>399. 欧洲核子研究中心宣布，大型强子对撞机上的“底夸克实验”与“紧凑缪子线圈实验”分别发现了4种和1种新的复合粒子。2022年正值“上帝粒子”希格斯玻色子发现10周年。这些新粒子的发现不断丰富着人们对微观世界的理解和探索。利用机器制造对撞从而发现新粒子的事例说明( )。</w:t>
      </w:r>
    </w:p>
    <w:p>
      <w:pPr>
        <w:spacing w:before="20" w:after="20"/>
      </w:pPr>
      <w:r>
        <w:rPr>
          <w:sz w:val="22"/>
        </w:rPr>
        <w:t xml:space="preserve">    A. 世界上只有尚未认识之物，没有不可认识之物</w:t>
      </w:r>
    </w:p>
    <w:p>
      <w:pPr>
        <w:spacing w:before="20" w:after="20"/>
      </w:pPr>
      <w:r>
        <w:rPr>
          <w:sz w:val="22"/>
        </w:rPr>
        <w:t xml:space="preserve">    B. 实践为认识的发展提供了手段和条件</w:t>
      </w:r>
    </w:p>
    <w:p>
      <w:pPr>
        <w:spacing w:before="20" w:after="20"/>
      </w:pPr>
      <w:r>
        <w:rPr>
          <w:sz w:val="22"/>
        </w:rPr>
        <w:t xml:space="preserve">    C. 物质与运动不可分割，具体物质形态的时空是无限的</w:t>
      </w:r>
    </w:p>
    <w:p>
      <w:pPr>
        <w:spacing w:before="20" w:after="20"/>
      </w:pPr>
      <w:r>
        <w:rPr>
          <w:sz w:val="22"/>
        </w:rPr>
        <w:t xml:space="preserve">    D. 认识每前进一步，都是对无限发展着的物质世界的接近</w:t>
      </w:r>
    </w:p>
    <w:p>
      <w:pPr>
        <w:spacing w:before="160"/>
      </w:pPr>
      <w:r>
        <w:rPr>
          <w:b/>
          <w:sz w:val="22"/>
        </w:rPr>
        <w:t>400. 关于观念上层建筑和政治上层建筑的关系，下列说法中正确的有( )。</w:t>
      </w:r>
    </w:p>
    <w:p>
      <w:pPr>
        <w:spacing w:before="20" w:after="20"/>
      </w:pPr>
      <w:r>
        <w:rPr>
          <w:sz w:val="22"/>
        </w:rPr>
        <w:t xml:space="preserve">    A. 政治上层建筑是在一定意识形态指导下建立的</w:t>
      </w:r>
    </w:p>
    <w:p>
      <w:pPr>
        <w:spacing w:before="20" w:after="20"/>
      </w:pPr>
      <w:r>
        <w:rPr>
          <w:sz w:val="22"/>
        </w:rPr>
        <w:t xml:space="preserve">    B. 政治上层建筑一旦形成就会影响并制约人们的思想理论观点</w:t>
      </w:r>
    </w:p>
    <w:p>
      <w:pPr>
        <w:spacing w:before="20" w:after="20"/>
      </w:pPr>
      <w:r>
        <w:rPr>
          <w:sz w:val="22"/>
        </w:rPr>
        <w:t xml:space="preserve">    C. 在整个上层建筑中观念上层建筑居于主导地位</w:t>
      </w:r>
    </w:p>
    <w:p>
      <w:pPr>
        <w:spacing w:before="20" w:after="20"/>
      </w:pPr>
      <w:r>
        <w:rPr>
          <w:sz w:val="22"/>
        </w:rPr>
        <w:t xml:space="preserve">    D. 在整个上层建筑中政治上层建筑居于主导地位</w:t>
      </w:r>
    </w:p>
    <w:p>
      <w:pPr>
        <w:spacing w:before="160"/>
      </w:pPr>
      <w:r>
        <w:rPr>
          <w:b/>
          <w:sz w:val="22"/>
        </w:rPr>
        <w:t>401. 浮力消失、液桥演示、水油分离……在中国空间站的“天宫课堂”上，充满奇思妙想的太空实验，让科学的种子在亿万青少年的心里生根发芽。在太空微重力条件下，我们在地面上的一些“常识”被打破，物质运动的规律发生了很多变化，出现了在地面无法观测到的一些奇特现象，这是因为( )。</w:t>
      </w:r>
    </w:p>
    <w:p>
      <w:pPr>
        <w:spacing w:before="20" w:after="20"/>
      </w:pPr>
      <w:r>
        <w:rPr>
          <w:sz w:val="22"/>
        </w:rPr>
        <w:t xml:space="preserve">    A. 虽然规律是客观的，但真理是主观的</w:t>
      </w:r>
    </w:p>
    <w:p>
      <w:pPr>
        <w:spacing w:before="20" w:after="20"/>
      </w:pPr>
      <w:r>
        <w:rPr>
          <w:sz w:val="22"/>
        </w:rPr>
        <w:t xml:space="preserve">    B. 实践对真理的检验具有相对性、有限性</w:t>
      </w:r>
    </w:p>
    <w:p>
      <w:pPr>
        <w:spacing w:before="20" w:after="20"/>
      </w:pPr>
      <w:r>
        <w:rPr>
          <w:sz w:val="22"/>
        </w:rPr>
        <w:t xml:space="preserve">    C. 现象是多变易逝的，无法直接为人的感官所感知</w:t>
      </w:r>
    </w:p>
    <w:p>
      <w:pPr>
        <w:spacing w:before="20" w:after="20"/>
      </w:pPr>
      <w:r>
        <w:rPr>
          <w:sz w:val="22"/>
        </w:rPr>
        <w:t xml:space="preserve">    D. 任何真理都是在一定范围内、一定条件下才能够成立</w:t>
      </w:r>
    </w:p>
    <w:p>
      <w:pPr>
        <w:spacing w:before="160"/>
      </w:pPr>
      <w:r>
        <w:rPr>
          <w:b/>
          <w:sz w:val="22"/>
        </w:rPr>
        <w:t>402. 人们的历史选择性是指( )。</w:t>
      </w:r>
    </w:p>
    <w:p>
      <w:pPr>
        <w:spacing w:before="20" w:after="20"/>
      </w:pPr>
      <w:r>
        <w:rPr>
          <w:sz w:val="22"/>
        </w:rPr>
        <w:t xml:space="preserve">    A. 社会发展的客观必然性为人们的历史选择提供了基础、范围和可能性空间</w:t>
      </w:r>
    </w:p>
    <w:p>
      <w:pPr>
        <w:spacing w:before="20" w:after="20"/>
      </w:pPr>
      <w:r>
        <w:rPr>
          <w:sz w:val="22"/>
        </w:rPr>
        <w:t xml:space="preserve">    B. 社会形态更替的过程是一个主观能动性与客观规律性相统一的过程</w:t>
      </w:r>
    </w:p>
    <w:p>
      <w:pPr>
        <w:spacing w:before="20" w:after="20"/>
      </w:pPr>
      <w:r>
        <w:rPr>
          <w:sz w:val="22"/>
        </w:rPr>
        <w:t xml:space="preserve">    C. 人们的历史选择性归根结底是人民群众的选择</w:t>
      </w:r>
    </w:p>
    <w:p>
      <w:pPr>
        <w:spacing w:before="20" w:after="20"/>
      </w:pPr>
      <w:r>
        <w:rPr>
          <w:sz w:val="22"/>
        </w:rPr>
        <w:t xml:space="preserve">    D. 人们的历史选择性能够创造和改变历史规律</w:t>
      </w:r>
    </w:p>
    <w:p>
      <w:pPr>
        <w:spacing w:before="160"/>
      </w:pPr>
      <w:r>
        <w:rPr>
          <w:b/>
          <w:sz w:val="22"/>
        </w:rPr>
        <w:t>403. 实现共产主义是历史发展的必然。以下内容正确的有( )。</w:t>
      </w:r>
    </w:p>
    <w:p>
      <w:pPr>
        <w:spacing w:before="20" w:after="20"/>
      </w:pPr>
      <w:r>
        <w:rPr>
          <w:sz w:val="22"/>
        </w:rPr>
        <w:t xml:space="preserve">    A. 共产主义理想的实现是历史规律的必然要求</w:t>
      </w:r>
    </w:p>
    <w:p>
      <w:pPr>
        <w:spacing w:before="20" w:after="20"/>
      </w:pPr>
      <w:r>
        <w:rPr>
          <w:sz w:val="22"/>
        </w:rPr>
        <w:t xml:space="preserve">    B. 实现共产主义理想是广大人民群众的共同愿望</w:t>
      </w:r>
    </w:p>
    <w:p>
      <w:pPr>
        <w:spacing w:before="20" w:after="20"/>
      </w:pPr>
      <w:r>
        <w:rPr>
          <w:sz w:val="22"/>
        </w:rPr>
        <w:t xml:space="preserve">    C. 无产阶级的解放与全人类的解放是完全一致的</w:t>
      </w:r>
    </w:p>
    <w:p>
      <w:pPr>
        <w:spacing w:before="20" w:after="20"/>
      </w:pPr>
      <w:r>
        <w:rPr>
          <w:sz w:val="22"/>
        </w:rPr>
        <w:t xml:space="preserve">    D. 实现共产主义是长期的历史过程</w:t>
      </w:r>
    </w:p>
    <w:p>
      <w:pPr>
        <w:spacing w:before="160"/>
      </w:pPr>
      <w:r>
        <w:rPr>
          <w:b/>
          <w:sz w:val="22"/>
        </w:rPr>
        <w:t>404. 在第二届联合国全球可持续交通大会上，习近平指出:“要大力发展智慧交通和智慧物流，推动大数据、互联网、人工智能、区块链等新技术与交通行业深度融合，使人享其行、物畅其流。”下列关于智慧交通的说法中，正确的有( )。</w:t>
      </w:r>
    </w:p>
    <w:p>
      <w:pPr>
        <w:spacing w:before="20" w:after="20"/>
      </w:pPr>
      <w:r>
        <w:rPr>
          <w:sz w:val="22"/>
        </w:rPr>
        <w:t xml:space="preserve">    A. 说明事物的联系是人为创造的</w:t>
      </w:r>
    </w:p>
    <w:p>
      <w:pPr>
        <w:spacing w:before="20" w:after="20"/>
      </w:pPr>
      <w:r>
        <w:rPr>
          <w:sz w:val="22"/>
        </w:rPr>
        <w:t xml:space="preserve">    B. 智慧交通的智慧之处在于具备真正的自主、自觉的社会活动</w:t>
      </w:r>
    </w:p>
    <w:p>
      <w:pPr>
        <w:spacing w:before="20" w:after="20"/>
      </w:pPr>
      <w:r>
        <w:rPr>
          <w:sz w:val="22"/>
        </w:rPr>
        <w:t xml:space="preserve">    C. 说明人可以利用和改变条件推动事物的发展</w:t>
      </w:r>
    </w:p>
    <w:p>
      <w:pPr>
        <w:spacing w:before="20" w:after="20"/>
      </w:pPr>
      <w:r>
        <w:rPr>
          <w:sz w:val="22"/>
        </w:rPr>
        <w:t xml:space="preserve">    D. 体现了世界的普遍联系</w:t>
      </w:r>
    </w:p>
    <w:p>
      <w:pPr>
        <w:spacing w:before="160"/>
      </w:pPr>
      <w:r>
        <w:rPr>
          <w:b/>
          <w:sz w:val="22"/>
        </w:rPr>
        <w:t>405. 2022年以来，受乌克兰危机、疫情反复、供应链混乱等影响，西方国家的能源、食品、药品等商品价格出现大幅波动，引来了民众的不满和抗议。在这些价格运动背后都有一个规律在起着支配的作用，就是价值规律。价值规律( )。</w:t>
      </w:r>
    </w:p>
    <w:p>
      <w:pPr>
        <w:spacing w:before="20" w:after="20"/>
      </w:pPr>
      <w:r>
        <w:rPr>
          <w:sz w:val="22"/>
        </w:rPr>
        <w:t xml:space="preserve">    A. 贯穿于商品经济的全部过程</w:t>
      </w:r>
    </w:p>
    <w:p>
      <w:pPr>
        <w:spacing w:before="20" w:after="20"/>
      </w:pPr>
      <w:r>
        <w:rPr>
          <w:sz w:val="22"/>
        </w:rPr>
        <w:t xml:space="preserve">    B. 是资本主义社会特有的经济规律</w:t>
      </w:r>
    </w:p>
    <w:p>
      <w:pPr>
        <w:spacing w:before="20" w:after="20"/>
      </w:pPr>
      <w:r>
        <w:rPr>
          <w:sz w:val="22"/>
        </w:rPr>
        <w:t xml:space="preserve">    C. 起作用的形式在一定条件下可以发生变化</w:t>
      </w:r>
    </w:p>
    <w:p>
      <w:pPr>
        <w:spacing w:before="20" w:after="20"/>
      </w:pPr>
      <w:r>
        <w:rPr>
          <w:sz w:val="22"/>
        </w:rPr>
        <w:t xml:space="preserve">    D. 是在市场配置资源的过程中体现它的客观要求和作用的</w:t>
      </w:r>
    </w:p>
    <w:p>
      <w:pPr>
        <w:spacing w:before="160"/>
      </w:pPr>
      <w:r>
        <w:rPr>
          <w:b/>
          <w:sz w:val="22"/>
        </w:rPr>
        <w:t>406. 关于法人资本所有制，下列说法中正确的有( )。</w:t>
      </w:r>
    </w:p>
    <w:p>
      <w:pPr>
        <w:spacing w:before="20" w:after="20"/>
      </w:pPr>
      <w:r>
        <w:rPr>
          <w:sz w:val="22"/>
        </w:rPr>
        <w:t xml:space="preserve">    A. 在第二次世界大战后崛起并居主导地位</w:t>
      </w:r>
    </w:p>
    <w:p>
      <w:pPr>
        <w:spacing w:before="20" w:after="20"/>
      </w:pPr>
      <w:r>
        <w:rPr>
          <w:sz w:val="22"/>
        </w:rPr>
        <w:t xml:space="preserve">    B. 使公司资本的所有权与控制权重新趋于合一</w:t>
      </w:r>
    </w:p>
    <w:p>
      <w:pPr>
        <w:spacing w:before="20" w:after="20"/>
      </w:pPr>
      <w:r>
        <w:rPr>
          <w:sz w:val="22"/>
        </w:rPr>
        <w:t xml:space="preserve">    C. 有企业法人资本所有制和机构法人资本所有制两种形式</w:t>
      </w:r>
    </w:p>
    <w:p>
      <w:pPr>
        <w:spacing w:before="20" w:after="20"/>
      </w:pPr>
      <w:r>
        <w:rPr>
          <w:sz w:val="22"/>
        </w:rPr>
        <w:t xml:space="preserve">    D. 是一种基于资本雇佣劳动的垄断资本集体所有制</w:t>
      </w:r>
    </w:p>
    <w:p>
      <w:pPr>
        <w:spacing w:before="160"/>
      </w:pPr>
      <w:r>
        <w:rPr>
          <w:b/>
          <w:sz w:val="22"/>
        </w:rPr>
        <w:t>407. 交往是指一定历史条件下的现实的个人、( )之间在物质和精神上相互往来、相互作用、彼此联系的活动。</w:t>
      </w:r>
    </w:p>
    <w:p>
      <w:pPr>
        <w:spacing w:before="20" w:after="20"/>
      </w:pPr>
      <w:r>
        <w:rPr>
          <w:sz w:val="22"/>
        </w:rPr>
        <w:t xml:space="preserve">    A. 群体</w:t>
      </w:r>
    </w:p>
    <w:p>
      <w:pPr>
        <w:spacing w:before="20" w:after="20"/>
      </w:pPr>
      <w:r>
        <w:rPr>
          <w:sz w:val="22"/>
        </w:rPr>
        <w:t xml:space="preserve">    B. 阶级</w:t>
      </w:r>
    </w:p>
    <w:p>
      <w:pPr>
        <w:spacing w:before="20" w:after="20"/>
      </w:pPr>
      <w:r>
        <w:rPr>
          <w:sz w:val="22"/>
        </w:rPr>
        <w:t xml:space="preserve">    C. 民族</w:t>
      </w:r>
    </w:p>
    <w:p>
      <w:pPr>
        <w:spacing w:before="20" w:after="20"/>
      </w:pPr>
      <w:r>
        <w:rPr>
          <w:sz w:val="22"/>
        </w:rPr>
        <w:t xml:space="preserve">    D. 国家</w:t>
      </w:r>
    </w:p>
    <w:p>
      <w:pPr>
        <w:spacing w:before="160"/>
      </w:pPr>
      <w:r>
        <w:rPr>
          <w:b/>
          <w:sz w:val="22"/>
        </w:rPr>
        <w:t>408. 我们在中国式现代化进程中大力实施创新驱动发展战略，蹄疾步稳推进全面深化改革需要把握事物新陈代谢的规律，新事物不可战胜的原因有( )。</w:t>
      </w:r>
    </w:p>
    <w:p>
      <w:pPr>
        <w:spacing w:before="20" w:after="20"/>
      </w:pPr>
      <w:r>
        <w:rPr>
          <w:sz w:val="22"/>
        </w:rPr>
        <w:t xml:space="preserve">    A. 新事物适应已经变化了的环境和条件</w:t>
      </w:r>
    </w:p>
    <w:p>
      <w:pPr>
        <w:spacing w:before="20" w:after="20"/>
      </w:pPr>
      <w:r>
        <w:rPr>
          <w:sz w:val="22"/>
        </w:rPr>
        <w:t xml:space="preserve">    B. 新事物具有强大生命力</w:t>
      </w:r>
    </w:p>
    <w:p>
      <w:pPr>
        <w:spacing w:before="20" w:after="20"/>
      </w:pPr>
      <w:r>
        <w:rPr>
          <w:sz w:val="22"/>
        </w:rPr>
        <w:t xml:space="preserve">    C. 新事物是社会上先进的、富有创造力的人们创造的创造性活动的产物</w:t>
      </w:r>
    </w:p>
    <w:p>
      <w:pPr>
        <w:spacing w:before="20" w:after="20"/>
      </w:pPr>
      <w:r>
        <w:rPr>
          <w:sz w:val="22"/>
        </w:rPr>
        <w:t xml:space="preserve">    D. 新事物从根本上符合人民群众的利益和要求</w:t>
      </w:r>
    </w:p>
    <w:p>
      <w:pPr>
        <w:spacing w:before="160"/>
      </w:pPr>
      <w:r>
        <w:rPr>
          <w:b/>
          <w:sz w:val="22"/>
        </w:rPr>
        <w:t>409. 社会主义民主是其他任何国家形态的民主都不能比拟的最广泛的民主，这是因为( )。</w:t>
      </w:r>
    </w:p>
    <w:p>
      <w:pPr>
        <w:spacing w:before="20" w:after="20"/>
      </w:pPr>
      <w:r>
        <w:rPr>
          <w:sz w:val="22"/>
        </w:rPr>
        <w:t xml:space="preserve">    A. 社会主义民主的本质和核心是人民当家作主</w:t>
      </w:r>
    </w:p>
    <w:p>
      <w:pPr>
        <w:spacing w:before="20" w:after="20"/>
      </w:pPr>
      <w:r>
        <w:rPr>
          <w:sz w:val="22"/>
        </w:rPr>
        <w:t xml:space="preserve">    B. 人民民主是社会主义的生命</w:t>
      </w:r>
    </w:p>
    <w:p>
      <w:pPr>
        <w:spacing w:before="20" w:after="20"/>
      </w:pPr>
      <w:r>
        <w:rPr>
          <w:sz w:val="22"/>
        </w:rPr>
        <w:t xml:space="preserve">    C. 社会主义民主是对资产阶级民主的辩证否定</w:t>
      </w:r>
    </w:p>
    <w:p>
      <w:pPr>
        <w:spacing w:before="20" w:after="20"/>
      </w:pPr>
      <w:r>
        <w:rPr>
          <w:sz w:val="22"/>
        </w:rPr>
        <w:t xml:space="preserve">    D. 社会主义民主是民主发展的历史性飞跃</w:t>
      </w:r>
    </w:p>
    <w:p>
      <w:pPr>
        <w:spacing w:before="160"/>
      </w:pPr>
      <w:r>
        <w:rPr>
          <w:b/>
          <w:sz w:val="22"/>
        </w:rPr>
        <w:t>410. 劳动力成为商品，标志着简单商品生产发展到资本主义商品生产的新阶段。像其他任何商品一样，劳动力商品也具有使用价值和价值。劳动力商品的价值构成包括( )。</w:t>
      </w:r>
    </w:p>
    <w:p>
      <w:pPr>
        <w:spacing w:before="20" w:after="20"/>
      </w:pPr>
      <w:r>
        <w:rPr>
          <w:sz w:val="22"/>
        </w:rPr>
        <w:t xml:space="preserve">    A. 维持劳动者本人生存所必需的生活资料的价值</w:t>
      </w:r>
    </w:p>
    <w:p>
      <w:pPr>
        <w:spacing w:before="20" w:after="20"/>
      </w:pPr>
      <w:r>
        <w:rPr>
          <w:sz w:val="22"/>
        </w:rPr>
        <w:t xml:space="preserve">    B. 维持劳动者家属的生存所必需的生活资料的价值</w:t>
      </w:r>
    </w:p>
    <w:p>
      <w:pPr>
        <w:spacing w:before="20" w:after="20"/>
      </w:pPr>
      <w:r>
        <w:rPr>
          <w:sz w:val="22"/>
        </w:rPr>
        <w:t xml:space="preserve">    C. 维持资本家个人消费所需的生活资料的价值</w:t>
      </w:r>
    </w:p>
    <w:p>
      <w:pPr>
        <w:spacing w:before="20" w:after="20"/>
      </w:pPr>
      <w:r>
        <w:rPr>
          <w:sz w:val="22"/>
        </w:rPr>
        <w:t xml:space="preserve">    D. 劳动者接受教育和训练所支出的费用</w:t>
      </w:r>
    </w:p>
    <w:p>
      <w:pPr>
        <w:spacing w:before="160"/>
      </w:pPr>
      <w:r>
        <w:rPr>
          <w:b/>
          <w:sz w:val="22"/>
        </w:rPr>
        <w:t>411. 创作生产出无愧于这个伟大时代的优秀作品，把最好的精神食粮奉献给人民，是广大文化文艺工作者的光荣使命。伴随中国社会发展向前，在深入开掘现实、彰显时代精神的同时，更要勇于突破，锐意创新。习近平总书记曾多次引用古文诗句指明文艺创作的方向，例如“文章合为时而著，歌诗合为事而作”“诗文随世运，无日不趋新”“文变染乎世情，兴废系乎时序”等。这些诗句蕴含的哲理有( )。</w:t>
      </w:r>
    </w:p>
    <w:p>
      <w:pPr>
        <w:spacing w:before="20" w:after="20"/>
      </w:pPr>
      <w:r>
        <w:rPr>
          <w:sz w:val="22"/>
        </w:rPr>
        <w:t xml:space="preserve">    A. 社会存在是社会意识内容的客观来源</w:t>
      </w:r>
    </w:p>
    <w:p>
      <w:pPr>
        <w:spacing w:before="20" w:after="20"/>
      </w:pPr>
      <w:r>
        <w:rPr>
          <w:sz w:val="22"/>
        </w:rPr>
        <w:t xml:space="preserve">    B. 社会意识是具体的、历史的</w:t>
      </w:r>
    </w:p>
    <w:p>
      <w:pPr>
        <w:spacing w:before="20" w:after="20"/>
      </w:pPr>
      <w:r>
        <w:rPr>
          <w:sz w:val="22"/>
        </w:rPr>
        <w:t xml:space="preserve">    C. 随着社会存在的发展，社会意识也相应地或迟或早地发生变化和发展</w:t>
      </w:r>
    </w:p>
    <w:p>
      <w:pPr>
        <w:spacing w:before="20" w:after="20"/>
      </w:pPr>
      <w:r>
        <w:rPr>
          <w:sz w:val="22"/>
        </w:rPr>
        <w:t xml:space="preserve">    D. 社会意识始终对社会发展起着积极的促进作用</w:t>
      </w:r>
    </w:p>
    <w:p>
      <w:pPr>
        <w:spacing w:before="160"/>
      </w:pPr>
      <w:r>
        <w:rPr>
          <w:b/>
          <w:sz w:val="22"/>
        </w:rPr>
        <w:t>412. 价值评价的特点是( )。</w:t>
      </w:r>
    </w:p>
    <w:p>
      <w:pPr>
        <w:spacing w:before="20" w:after="20"/>
      </w:pPr>
      <w:r>
        <w:rPr>
          <w:sz w:val="22"/>
        </w:rPr>
        <w:t xml:space="preserve">    A. 以主客体的价值关系为认识对象</w:t>
      </w:r>
    </w:p>
    <w:p>
      <w:pPr>
        <w:spacing w:before="20" w:after="20"/>
      </w:pPr>
      <w:r>
        <w:rPr>
          <w:sz w:val="22"/>
        </w:rPr>
        <w:t xml:space="preserve">    B. 评价结果与评价主体直接相关</w:t>
      </w:r>
    </w:p>
    <w:p>
      <w:pPr>
        <w:spacing w:before="20" w:after="20"/>
      </w:pPr>
      <w:r>
        <w:rPr>
          <w:sz w:val="22"/>
        </w:rPr>
        <w:t xml:space="preserve">    C. 评价结果的正确与否依赖于对客体状况和主体需要的认识</w:t>
      </w:r>
    </w:p>
    <w:p>
      <w:pPr>
        <w:spacing w:before="20" w:after="20"/>
      </w:pPr>
      <w:r>
        <w:rPr>
          <w:sz w:val="22"/>
        </w:rPr>
        <w:t xml:space="preserve">    D. 有科学与非科学之分</w:t>
      </w:r>
    </w:p>
    <w:p>
      <w:pPr>
        <w:spacing w:before="160"/>
      </w:pPr>
      <w:r>
        <w:rPr>
          <w:b/>
          <w:sz w:val="22"/>
        </w:rPr>
        <w:t>413. 2020年年初，新冠疫情给我国经济带来了严重的打击，例如餐饮业、服务业全面停摆，一些企业甚至因此产生现金流危机。但与此同时，人们也在这次疫情中发现了一些新的机会，例如在线教育、互联网办公等领域异军突起，这也让人们再次思考如何从困难中找到动力，从危机中找到机遇。从哲学上讲，危中有机的例子说明( )。</w:t>
      </w:r>
    </w:p>
    <w:p>
      <w:pPr>
        <w:spacing w:before="20" w:after="20"/>
      </w:pPr>
      <w:r>
        <w:rPr>
          <w:sz w:val="22"/>
        </w:rPr>
        <w:t xml:space="preserve">    A. 主观能动性是事物发展的根本动力</w:t>
      </w:r>
    </w:p>
    <w:p>
      <w:pPr>
        <w:spacing w:before="20" w:after="20"/>
      </w:pPr>
      <w:r>
        <w:rPr>
          <w:sz w:val="22"/>
        </w:rPr>
        <w:t xml:space="preserve">    B. 矛盾双方在一定条件下可以转化</w:t>
      </w:r>
    </w:p>
    <w:p>
      <w:pPr>
        <w:spacing w:before="20" w:after="20"/>
      </w:pPr>
      <w:r>
        <w:rPr>
          <w:sz w:val="22"/>
        </w:rPr>
        <w:t xml:space="preserve">    C. 质变必须通过外在否定的推动才能实现</w:t>
      </w:r>
    </w:p>
    <w:p>
      <w:pPr>
        <w:spacing w:before="20" w:after="20"/>
      </w:pPr>
      <w:r>
        <w:rPr>
          <w:sz w:val="22"/>
        </w:rPr>
        <w:t xml:space="preserve">    D. 世界上任何事物都有其两面性</w:t>
      </w:r>
    </w:p>
    <w:p>
      <w:pPr>
        <w:spacing w:before="160"/>
      </w:pPr>
      <w:r>
        <w:rPr>
          <w:b/>
          <w:sz w:val="22"/>
        </w:rPr>
        <w:t>414. 以下选项中属于上层建筑的有( )。</w:t>
      </w:r>
    </w:p>
    <w:p>
      <w:pPr>
        <w:spacing w:before="20" w:after="20"/>
      </w:pPr>
      <w:r>
        <w:rPr>
          <w:sz w:val="22"/>
        </w:rPr>
        <w:t xml:space="preserve">    A. 宗教、哲学</w:t>
      </w:r>
    </w:p>
    <w:p>
      <w:pPr>
        <w:spacing w:before="20" w:after="20"/>
      </w:pPr>
      <w:r>
        <w:rPr>
          <w:sz w:val="22"/>
        </w:rPr>
        <w:t xml:space="preserve">    B. 语言</w:t>
      </w:r>
    </w:p>
    <w:p>
      <w:pPr>
        <w:spacing w:before="20" w:after="20"/>
      </w:pPr>
      <w:r>
        <w:rPr>
          <w:sz w:val="22"/>
        </w:rPr>
        <w:t xml:space="preserve">    C. 道德、艺术</w:t>
      </w:r>
    </w:p>
    <w:p>
      <w:pPr>
        <w:spacing w:before="20" w:after="20"/>
      </w:pPr>
      <w:r>
        <w:rPr>
          <w:sz w:val="22"/>
        </w:rPr>
        <w:t xml:space="preserve">    D. 法庭、监狱</w:t>
      </w:r>
    </w:p>
    <w:p>
      <w:pPr>
        <w:spacing w:before="160"/>
      </w:pPr>
      <w:r>
        <w:rPr>
          <w:b/>
          <w:sz w:val="22"/>
        </w:rPr>
        <w:t>415. 根据不同的层次，社会意识可以分为( )。</w:t>
      </w:r>
    </w:p>
    <w:p>
      <w:pPr>
        <w:spacing w:before="20" w:after="20"/>
      </w:pPr>
      <w:r>
        <w:rPr>
          <w:sz w:val="22"/>
        </w:rPr>
        <w:t xml:space="preserve">    A. 社会心理</w:t>
      </w:r>
    </w:p>
    <w:p>
      <w:pPr>
        <w:spacing w:before="20" w:after="20"/>
      </w:pPr>
      <w:r>
        <w:rPr>
          <w:sz w:val="22"/>
        </w:rPr>
        <w:t xml:space="preserve">    B. 社会意识形式</w:t>
      </w:r>
    </w:p>
    <w:p>
      <w:pPr>
        <w:spacing w:before="20" w:after="20"/>
      </w:pPr>
      <w:r>
        <w:rPr>
          <w:sz w:val="22"/>
        </w:rPr>
        <w:t xml:space="preserve">    C. 个体意识</w:t>
      </w:r>
    </w:p>
    <w:p>
      <w:pPr>
        <w:spacing w:before="20" w:after="20"/>
      </w:pPr>
      <w:r>
        <w:rPr>
          <w:sz w:val="22"/>
        </w:rPr>
        <w:t xml:space="preserve">    D. 群体意识</w:t>
      </w:r>
    </w:p>
    <w:p>
      <w:pPr>
        <w:spacing w:before="160"/>
      </w:pPr>
      <w:r>
        <w:rPr>
          <w:b/>
          <w:sz w:val="22"/>
        </w:rPr>
        <w:t>416. 社会主义取代资本主义将是一个长期的历史过程，这是由于( )。</w:t>
      </w:r>
    </w:p>
    <w:p>
      <w:pPr>
        <w:spacing w:before="20" w:after="20"/>
      </w:pPr>
      <w:r>
        <w:rPr>
          <w:sz w:val="22"/>
        </w:rPr>
        <w:t xml:space="preserve">    A. 资本主义基本矛盾的运动具有复杂性和曲折性</w:t>
      </w:r>
    </w:p>
    <w:p>
      <w:pPr>
        <w:spacing w:before="20" w:after="20"/>
      </w:pPr>
      <w:r>
        <w:rPr>
          <w:sz w:val="22"/>
        </w:rPr>
        <w:t xml:space="preserve">    B. 资本主义生产关系的调整，在一定程度上还能容纳生产力继续发展</w:t>
      </w:r>
    </w:p>
    <w:p>
      <w:pPr>
        <w:spacing w:before="20" w:after="20"/>
      </w:pPr>
      <w:r>
        <w:rPr>
          <w:sz w:val="22"/>
        </w:rPr>
        <w:t xml:space="preserve">    C. 资本主义已经积累了雄厚的经济实力和丰富的统治经验</w:t>
      </w:r>
    </w:p>
    <w:p>
      <w:pPr>
        <w:spacing w:before="20" w:after="20"/>
      </w:pPr>
      <w:r>
        <w:rPr>
          <w:sz w:val="22"/>
        </w:rPr>
        <w:t xml:space="preserve">    D. 资本主义经济和政治发展不平衡规律的作用</w:t>
      </w:r>
    </w:p>
    <w:p>
      <w:pPr>
        <w:spacing w:before="160"/>
      </w:pPr>
      <w:r>
        <w:rPr>
          <w:b/>
          <w:sz w:val="22"/>
        </w:rPr>
        <w:t>417. 关于矛盾的共性与个性，下列说法中正确的是( )。</w:t>
      </w:r>
    </w:p>
    <w:p>
      <w:pPr>
        <w:spacing w:before="20" w:after="20"/>
      </w:pPr>
      <w:r>
        <w:rPr>
          <w:sz w:val="22"/>
        </w:rPr>
        <w:t xml:space="preserve">    A. 矛盾的共性是有条件的、相对的</w:t>
      </w:r>
    </w:p>
    <w:p>
      <w:pPr>
        <w:spacing w:before="20" w:after="20"/>
      </w:pPr>
      <w:r>
        <w:rPr>
          <w:sz w:val="22"/>
        </w:rPr>
        <w:t xml:space="preserve">    B. 矛盾的个性是无条件的、绝对的</w:t>
      </w:r>
    </w:p>
    <w:p>
      <w:pPr>
        <w:spacing w:before="20" w:after="20"/>
      </w:pPr>
      <w:r>
        <w:rPr>
          <w:sz w:val="22"/>
        </w:rPr>
        <w:t xml:space="preserve">    C. 没有离开个性的共性</w:t>
      </w:r>
    </w:p>
    <w:p>
      <w:pPr>
        <w:spacing w:before="20" w:after="20"/>
      </w:pPr>
      <w:r>
        <w:rPr>
          <w:sz w:val="22"/>
        </w:rPr>
        <w:t xml:space="preserve">    D. 没有离开共性的个性</w:t>
      </w:r>
    </w:p>
    <w:p>
      <w:pPr>
        <w:spacing w:before="160"/>
      </w:pPr>
      <w:r>
        <w:rPr>
          <w:b/>
          <w:sz w:val="22"/>
        </w:rPr>
        <w:t>418. 马克思主义的物质范畴具有丰富而深刻的理论意义，包括( )。</w:t>
      </w:r>
    </w:p>
    <w:p>
      <w:pPr>
        <w:spacing w:before="20" w:after="20"/>
      </w:pPr>
      <w:r>
        <w:rPr>
          <w:sz w:val="22"/>
        </w:rPr>
        <w:t xml:space="preserve">    A. 坚持了唯物主义一元论，同唯心主义一元论和二元论划清了界限</w:t>
      </w:r>
    </w:p>
    <w:p>
      <w:pPr>
        <w:spacing w:before="20" w:after="20"/>
      </w:pPr>
      <w:r>
        <w:rPr>
          <w:sz w:val="22"/>
        </w:rPr>
        <w:t xml:space="preserve">    B. 坚持了能动的反映论和可知论，批判了不可知论</w:t>
      </w:r>
    </w:p>
    <w:p>
      <w:pPr>
        <w:spacing w:before="20" w:after="20"/>
      </w:pPr>
      <w:r>
        <w:rPr>
          <w:sz w:val="22"/>
        </w:rPr>
        <w:t xml:space="preserve">    C. 体现了唯物论和辩证法的统一，克服了形而上学唯物主义的缺陷</w:t>
      </w:r>
    </w:p>
    <w:p>
      <w:pPr>
        <w:spacing w:before="20" w:after="20"/>
      </w:pPr>
      <w:r>
        <w:rPr>
          <w:sz w:val="22"/>
        </w:rPr>
        <w:t xml:space="preserve">    D. 体现了唯物主义自然观与历史观的统一</w:t>
      </w:r>
    </w:p>
    <w:p>
      <w:pPr>
        <w:spacing w:before="160"/>
      </w:pPr>
      <w:r>
        <w:rPr>
          <w:b/>
          <w:sz w:val="22"/>
        </w:rPr>
        <w:t>419. 长期以来，人们把欧几里得几何学看作揭示空间特性的绝对真理的体系。而德国数学家黎曼在19世纪中提出了另一种几何学，打破了很多人平时认为理所应当的常识，比如黎曼几何学三角形的三内角之和大于180°。这种创新性的理论在当时并不被重视，甚至受到嘲讽，但是在后来却成为爱因斯坦创立广义相对论的重要数学工具，可以用来反映天体运行的大尺度宇宙空间的特性。这一事实说明( )。</w:t>
      </w:r>
    </w:p>
    <w:p>
      <w:pPr>
        <w:spacing w:before="20" w:after="20"/>
      </w:pPr>
      <w:r>
        <w:rPr>
          <w:sz w:val="22"/>
        </w:rPr>
        <w:t xml:space="preserve">    A. 实践检验和证明真理是一个过程</w:t>
      </w:r>
    </w:p>
    <w:p>
      <w:pPr>
        <w:spacing w:before="20" w:after="20"/>
      </w:pPr>
      <w:r>
        <w:rPr>
          <w:sz w:val="22"/>
        </w:rPr>
        <w:t xml:space="preserve">    B. 真理既是绝对的，又是相对的</w:t>
      </w:r>
    </w:p>
    <w:p>
      <w:pPr>
        <w:spacing w:before="20" w:after="20"/>
      </w:pPr>
      <w:r>
        <w:rPr>
          <w:sz w:val="22"/>
        </w:rPr>
        <w:t xml:space="preserve">    C. 在科学研究中，经验是不可靠的</w:t>
      </w:r>
    </w:p>
    <w:p>
      <w:pPr>
        <w:spacing w:before="20" w:after="20"/>
      </w:pPr>
      <w:r>
        <w:rPr>
          <w:sz w:val="22"/>
        </w:rPr>
        <w:t xml:space="preserve">    D. 人们在一定条件下的正确认识是有限度的</w:t>
      </w:r>
    </w:p>
    <w:p>
      <w:pPr>
        <w:spacing w:before="160"/>
      </w:pPr>
      <w:r>
        <w:rPr>
          <w:b/>
          <w:sz w:val="22"/>
        </w:rPr>
        <w:t>420. 在俄国社会主义革命取得胜利的初期，特别是实行新经济政策期间，列宁对苏维埃俄国如何建设社会主义进行了深刻的理论思考，提出了许多精辟的论述。列宁对马克思主义的重大贡献，也是他留给后人的最宝贵的思想遗产是( )。</w:t>
      </w:r>
    </w:p>
    <w:p>
      <w:pPr>
        <w:spacing w:before="20" w:after="20"/>
      </w:pPr>
      <w:r>
        <w:rPr>
          <w:sz w:val="22"/>
        </w:rPr>
        <w:t xml:space="preserve">    A. 能够正视国情，面对一系列新情况和新问题，不拘泥于书本上已有的结论，而是“根据经验来谈论社会主义”</w:t>
      </w:r>
    </w:p>
    <w:p>
      <w:pPr>
        <w:spacing w:before="20" w:after="20"/>
      </w:pPr>
      <w:r>
        <w:rPr>
          <w:sz w:val="22"/>
        </w:rPr>
        <w:t xml:space="preserve">    B. —切从实际出发，尊重千百万群众的实践，勇于探索，大胆创新</w:t>
      </w:r>
    </w:p>
    <w:p>
      <w:pPr>
        <w:spacing w:before="20" w:after="20"/>
      </w:pPr>
      <w:r>
        <w:rPr>
          <w:sz w:val="22"/>
        </w:rPr>
        <w:t xml:space="preserve">    C. 努力把马克思主义基本原理同俄国的具体实际相结合，探索出一条适合俄国国情的社会主义道路</w:t>
      </w:r>
    </w:p>
    <w:p>
      <w:pPr>
        <w:spacing w:before="20" w:after="20"/>
      </w:pPr>
      <w:r>
        <w:rPr>
          <w:sz w:val="22"/>
        </w:rPr>
        <w:t xml:space="preserve">    D. 实现了工业化和农业集体化，形成了建设社会主义的苏联模式</w:t>
      </w:r>
    </w:p>
    <w:p>
      <w:pPr>
        <w:spacing w:before="160"/>
      </w:pPr>
      <w:r>
        <w:rPr>
          <w:b/>
          <w:sz w:val="22"/>
        </w:rPr>
        <w:t>421. 下列命题中，属于主观唯心主义观点的有( )。</w:t>
      </w:r>
    </w:p>
    <w:p>
      <w:pPr>
        <w:spacing w:before="20" w:after="20"/>
      </w:pPr>
      <w:r>
        <w:rPr>
          <w:sz w:val="22"/>
        </w:rPr>
        <w:t xml:space="preserve">    A. 我思故我在</w:t>
      </w:r>
    </w:p>
    <w:p>
      <w:pPr>
        <w:spacing w:before="20" w:after="20"/>
      </w:pPr>
      <w:r>
        <w:rPr>
          <w:sz w:val="22"/>
        </w:rPr>
        <w:t xml:space="preserve">    B. 存在就是被感知</w:t>
      </w:r>
    </w:p>
    <w:p>
      <w:pPr>
        <w:spacing w:before="20" w:after="20"/>
      </w:pPr>
      <w:r>
        <w:rPr>
          <w:sz w:val="22"/>
        </w:rPr>
        <w:t xml:space="preserve">    C. 物是绝对观念的外化</w:t>
      </w:r>
    </w:p>
    <w:p>
      <w:pPr>
        <w:spacing w:before="20" w:after="20"/>
      </w:pPr>
      <w:r>
        <w:rPr>
          <w:sz w:val="22"/>
        </w:rPr>
        <w:t xml:space="preserve">    D. 万物皆备于我</w:t>
      </w:r>
    </w:p>
    <w:p>
      <w:pPr>
        <w:spacing w:before="160"/>
      </w:pPr>
      <w:r>
        <w:rPr>
          <w:b/>
          <w:sz w:val="22"/>
        </w:rPr>
        <w:t>422. 社会主义在实践中开拓前进必须遵循( )。</w:t>
      </w:r>
    </w:p>
    <w:p>
      <w:pPr>
        <w:spacing w:before="20" w:after="20"/>
      </w:pPr>
      <w:r>
        <w:rPr>
          <w:sz w:val="22"/>
        </w:rPr>
        <w:t xml:space="preserve">    A. 追逐剩余价值绝对规律</w:t>
      </w:r>
    </w:p>
    <w:p>
      <w:pPr>
        <w:spacing w:before="20" w:after="20"/>
      </w:pPr>
      <w:r>
        <w:rPr>
          <w:sz w:val="22"/>
        </w:rPr>
        <w:t xml:space="preserve">    B. 人类社会发展规律</w:t>
      </w:r>
    </w:p>
    <w:p>
      <w:pPr>
        <w:spacing w:before="20" w:after="20"/>
      </w:pPr>
      <w:r>
        <w:rPr>
          <w:sz w:val="22"/>
        </w:rPr>
        <w:t xml:space="preserve">    C. 社会主义建设规律</w:t>
      </w:r>
    </w:p>
    <w:p>
      <w:pPr>
        <w:spacing w:before="20" w:after="20"/>
      </w:pPr>
      <w:r>
        <w:rPr>
          <w:sz w:val="22"/>
        </w:rPr>
        <w:t xml:space="preserve">    D. 共产党执政规律</w:t>
      </w:r>
    </w:p>
    <w:p>
      <w:pPr>
        <w:spacing w:before="160"/>
      </w:pPr>
      <w:r>
        <w:rPr>
          <w:b/>
          <w:sz w:val="22"/>
        </w:rPr>
        <w:t>423. 劳动力是一种特殊的商品。以下关于劳动力商品说法正确的有( )。</w:t>
      </w:r>
    </w:p>
    <w:p>
      <w:pPr>
        <w:spacing w:before="20" w:after="20"/>
      </w:pPr>
      <w:r>
        <w:rPr>
          <w:sz w:val="22"/>
        </w:rPr>
        <w:t xml:space="preserve">    A. 劳动力商品的市场价格与供求关系无关</w:t>
      </w:r>
    </w:p>
    <w:p>
      <w:pPr>
        <w:spacing w:before="20" w:after="20"/>
      </w:pPr>
      <w:r>
        <w:rPr>
          <w:sz w:val="22"/>
        </w:rPr>
        <w:t xml:space="preserve">    B. 劳动力自身的价值在消费过程中能够转移到新产品中去</w:t>
      </w:r>
    </w:p>
    <w:p>
      <w:pPr>
        <w:spacing w:before="20" w:after="20"/>
      </w:pPr>
      <w:r>
        <w:rPr>
          <w:sz w:val="22"/>
        </w:rPr>
        <w:t xml:space="preserve">    C. 劳动力商品的使用价值是价值的源泉</w:t>
      </w:r>
    </w:p>
    <w:p>
      <w:pPr>
        <w:spacing w:before="20" w:after="20"/>
      </w:pPr>
      <w:r>
        <w:rPr>
          <w:sz w:val="22"/>
        </w:rPr>
        <w:t xml:space="preserve">    D. 劳动力价值的构成包含历史的和道德的因素</w:t>
      </w:r>
    </w:p>
    <w:p>
      <w:pPr>
        <w:spacing w:before="160"/>
      </w:pPr>
      <w:r>
        <w:rPr>
          <w:b/>
          <w:sz w:val="22"/>
        </w:rPr>
        <w:t>424. 生产力是人类在生产实践中形成的改造和影响自然以使其适合社会需要的物质力量。生产力( )。</w:t>
      </w:r>
    </w:p>
    <w:p>
      <w:pPr>
        <w:spacing w:before="20" w:after="20"/>
      </w:pPr>
      <w:r>
        <w:rPr>
          <w:sz w:val="22"/>
        </w:rPr>
        <w:t xml:space="preserve">    A. 具有客观现实性</w:t>
      </w:r>
    </w:p>
    <w:p>
      <w:pPr>
        <w:spacing w:before="20" w:after="20"/>
      </w:pPr>
      <w:r>
        <w:rPr>
          <w:sz w:val="22"/>
        </w:rPr>
        <w:t xml:space="preserve">    B. 具有社会历史性</w:t>
      </w:r>
    </w:p>
    <w:p>
      <w:pPr>
        <w:spacing w:before="20" w:after="20"/>
      </w:pPr>
      <w:r>
        <w:rPr>
          <w:sz w:val="22"/>
        </w:rPr>
        <w:t xml:space="preserve">    C. 表示人和社会的关系</w:t>
      </w:r>
    </w:p>
    <w:p>
      <w:pPr>
        <w:spacing w:before="20" w:after="20"/>
      </w:pPr>
      <w:r>
        <w:rPr>
          <w:sz w:val="22"/>
        </w:rPr>
        <w:t xml:space="preserve">    D. 是生产的物质内容</w:t>
      </w:r>
    </w:p>
    <w:p>
      <w:pPr>
        <w:spacing w:before="160"/>
      </w:pPr>
      <w:r>
        <w:rPr>
          <w:b/>
          <w:sz w:val="22"/>
        </w:rPr>
        <w:t>425. 抗菌药物是一类能够有效对抗细菌以及其他致病微生物的药物，它的发现曾经挽救了无数生命。但是，随着人们对这类药物的大量使用抗菌药物滥用导致的耐药问题，已经成为全球公共健康领域的重大挑战。如果各国不采取措施，人类将面临“失控的耐药性问题”带来的灾难性影响。以上材料说明( )。</w:t>
      </w:r>
    </w:p>
    <w:p>
      <w:pPr>
        <w:spacing w:before="20" w:after="20"/>
      </w:pPr>
      <w:r>
        <w:rPr>
          <w:sz w:val="22"/>
        </w:rPr>
        <w:t xml:space="preserve">    A. 事物的本质存在某些无法表现为现象的部分</w:t>
      </w:r>
    </w:p>
    <w:p>
      <w:pPr>
        <w:spacing w:before="20" w:after="20"/>
      </w:pPr>
      <w:r>
        <w:rPr>
          <w:sz w:val="22"/>
        </w:rPr>
        <w:t xml:space="preserve">    B. 量变一旦达到一定程度就会引起事物的质变</w:t>
      </w:r>
    </w:p>
    <w:p>
      <w:pPr>
        <w:spacing w:before="20" w:after="20"/>
      </w:pPr>
      <w:r>
        <w:rPr>
          <w:sz w:val="22"/>
        </w:rPr>
        <w:t xml:space="preserve">    C. 人类对抗菌药物使用的认识有待深化和扩展</w:t>
      </w:r>
    </w:p>
    <w:p>
      <w:pPr>
        <w:spacing w:before="20" w:after="20"/>
      </w:pPr>
      <w:r>
        <w:rPr>
          <w:sz w:val="22"/>
        </w:rPr>
        <w:t xml:space="preserve">    D. 人与自然的矛盾只能通过科学文化实践来解决</w:t>
      </w:r>
    </w:p>
    <w:p>
      <w:pPr>
        <w:spacing w:before="160"/>
      </w:pPr>
      <w:r>
        <w:rPr>
          <w:b/>
          <w:sz w:val="22"/>
        </w:rPr>
        <w:t>426. 实践的基本要素包括( )。</w:t>
      </w:r>
    </w:p>
    <w:p>
      <w:pPr>
        <w:spacing w:before="20" w:after="20"/>
      </w:pPr>
      <w:r>
        <w:rPr>
          <w:sz w:val="22"/>
        </w:rPr>
        <w:t xml:space="preserve">    A. 实践的主体</w:t>
      </w:r>
    </w:p>
    <w:p>
      <w:pPr>
        <w:spacing w:before="20" w:after="20"/>
      </w:pPr>
      <w:r>
        <w:rPr>
          <w:sz w:val="22"/>
        </w:rPr>
        <w:t xml:space="preserve">    B. 实践的客体</w:t>
      </w:r>
    </w:p>
    <w:p>
      <w:pPr>
        <w:spacing w:before="20" w:after="20"/>
      </w:pPr>
      <w:r>
        <w:rPr>
          <w:sz w:val="22"/>
        </w:rPr>
        <w:t xml:space="preserve">    C. 实践的中介</w:t>
      </w:r>
    </w:p>
    <w:p>
      <w:pPr>
        <w:spacing w:before="20" w:after="20"/>
      </w:pPr>
      <w:r>
        <w:rPr>
          <w:sz w:val="22"/>
        </w:rPr>
        <w:t xml:space="preserve">    D. 实践的结果</w:t>
      </w:r>
    </w:p>
    <w:p>
      <w:pPr>
        <w:spacing w:before="160"/>
      </w:pPr>
      <w:r>
        <w:rPr>
          <w:b/>
          <w:sz w:val="22"/>
        </w:rPr>
        <w:t>427. 第二次世界大战后，资本主义生产资料所有制发生了新的变化，国家资本所有制形成并发挥重要作用。国家资本所有制的主要特点是( )。</w:t>
      </w:r>
    </w:p>
    <w:p>
      <w:pPr>
        <w:spacing w:before="20" w:after="20"/>
      </w:pPr>
      <w:r>
        <w:rPr>
          <w:sz w:val="22"/>
        </w:rPr>
        <w:t xml:space="preserve">    A. 国家作为出资人，拥有国有企业的所有权和控制权</w:t>
      </w:r>
    </w:p>
    <w:p>
      <w:pPr>
        <w:spacing w:before="20" w:after="20"/>
      </w:pPr>
      <w:r>
        <w:rPr>
          <w:sz w:val="22"/>
        </w:rPr>
        <w:t xml:space="preserve">    B. 国有企业的重要职能是推行政府的社会政策和经济政策，为私人垄断资本的发展提供服务和保障</w:t>
      </w:r>
    </w:p>
    <w:p>
      <w:pPr>
        <w:spacing w:before="20" w:after="20"/>
      </w:pPr>
      <w:r>
        <w:rPr>
          <w:sz w:val="22"/>
        </w:rPr>
        <w:t xml:space="preserve">    C. 主要存在于当代资本主义经济生活中居支配地位的巨型公司中，是一种基于资本雇佣劳动的垄断资本集体所有制</w:t>
      </w:r>
    </w:p>
    <w:p>
      <w:pPr>
        <w:spacing w:before="20" w:after="20"/>
      </w:pPr>
      <w:r>
        <w:rPr>
          <w:sz w:val="22"/>
        </w:rPr>
        <w:t xml:space="preserve">    D. 通过国有企业私有化来提升经济竞争力</w:t>
      </w:r>
    </w:p>
    <w:p>
      <w:pPr>
        <w:spacing w:before="160"/>
      </w:pPr>
      <w:r>
        <w:rPr>
          <w:b/>
          <w:sz w:val="22"/>
        </w:rPr>
        <w:t>428. 100多年前的1921年3月，俄共(布)召开十大，毅然决定从战时共产主义政策过渡到实行以发展商品经济为主要特征的新经济政策。俄共(布)十大决定实行新经济政策，是因为( )。</w:t>
      </w:r>
    </w:p>
    <w:p>
      <w:pPr>
        <w:spacing w:before="20" w:after="20"/>
      </w:pPr>
      <w:r>
        <w:rPr>
          <w:sz w:val="22"/>
        </w:rPr>
        <w:t xml:space="preserve">    A. 国家从战争转入和平经济建设时期，战时共产主义政策无法调动生产者尤其是农民的积极性</w:t>
      </w:r>
    </w:p>
    <w:p>
      <w:pPr>
        <w:spacing w:before="20" w:after="20"/>
      </w:pPr>
      <w:r>
        <w:rPr>
          <w:sz w:val="22"/>
        </w:rPr>
        <w:t xml:space="preserve">    B. 国民经济已濒临崩溃，国内发生严重的经济和政治危机</w:t>
      </w:r>
    </w:p>
    <w:p>
      <w:pPr>
        <w:spacing w:before="20" w:after="20"/>
      </w:pPr>
      <w:r>
        <w:rPr>
          <w:sz w:val="22"/>
        </w:rPr>
        <w:t xml:space="preserve">    C. 如不改变政策，执政党将会失去广大群众，丢掉阶级基础</w:t>
      </w:r>
    </w:p>
    <w:p>
      <w:pPr>
        <w:spacing w:before="20" w:after="20"/>
      </w:pPr>
      <w:r>
        <w:rPr>
          <w:sz w:val="22"/>
        </w:rPr>
        <w:t xml:space="preserve">    D. 社会主义在苏俄行不通</w:t>
      </w:r>
    </w:p>
    <w:p>
      <w:pPr>
        <w:spacing w:before="160"/>
      </w:pPr>
      <w:r>
        <w:rPr>
          <w:b/>
          <w:sz w:val="22"/>
        </w:rPr>
        <w:t>429. 学习马克思主义理论，有助于我们( )</w:t>
      </w:r>
    </w:p>
    <w:p>
      <w:pPr>
        <w:spacing w:before="20" w:after="20"/>
      </w:pPr>
      <w:r>
        <w:rPr>
          <w:sz w:val="22"/>
        </w:rPr>
        <w:t xml:space="preserve">    A. 树立正确的世界观、人生观和价值观</w:t>
      </w:r>
    </w:p>
    <w:p>
      <w:pPr>
        <w:spacing w:before="20" w:after="20"/>
      </w:pPr>
      <w:r>
        <w:rPr>
          <w:sz w:val="22"/>
        </w:rPr>
        <w:t xml:space="preserve">    B. 掌握认识世界和改造世界的科学方法</w:t>
      </w:r>
    </w:p>
    <w:p>
      <w:pPr>
        <w:spacing w:before="20" w:after="20"/>
      </w:pPr>
      <w:r>
        <w:rPr>
          <w:sz w:val="22"/>
        </w:rPr>
        <w:t xml:space="preserve">    C. 正确分析当代资本主义的新变化</w:t>
      </w:r>
    </w:p>
    <w:p>
      <w:pPr>
        <w:spacing w:before="20" w:after="20"/>
      </w:pPr>
      <w:r>
        <w:rPr>
          <w:sz w:val="22"/>
        </w:rPr>
        <w:t xml:space="preserve">    D. 直接解决现实生活中的所有问题</w:t>
      </w:r>
    </w:p>
    <w:p>
      <w:pPr>
        <w:spacing w:before="160"/>
      </w:pPr>
      <w:r>
        <w:rPr>
          <w:b/>
          <w:sz w:val="22"/>
        </w:rPr>
        <w:t>430. 对于价值规律的表现形式，马克思有这样一段描述:“价格和价值量之间的量的不一致的可能性，或者价格偏离价值量的可能性，已经包含在价格形式本身中。但这并不是这种形式的缺点，相反地，却使这种形式成为这样一种生产方式的适当形式，在这种生产方式下，规则只能作为没有规则性的盲目起作用的平均数规律来为自己开辟道路。”这说明，从较长时间来看( )。</w:t>
      </w:r>
    </w:p>
    <w:p>
      <w:pPr>
        <w:spacing w:before="20" w:after="20"/>
      </w:pPr>
      <w:r>
        <w:rPr>
          <w:sz w:val="22"/>
        </w:rPr>
        <w:t xml:space="preserve">    A. 价格高于价值的部分和价格低于价值的部分能够相抵</w:t>
      </w:r>
    </w:p>
    <w:p>
      <w:pPr>
        <w:spacing w:before="20" w:after="20"/>
      </w:pPr>
      <w:r>
        <w:rPr>
          <w:sz w:val="22"/>
        </w:rPr>
        <w:t xml:space="preserve">    B. 垄断高价高于生产价格的部分和垄断低价低于生产价格的部分能够相抵</w:t>
      </w:r>
    </w:p>
    <w:p>
      <w:pPr>
        <w:spacing w:before="20" w:after="20"/>
      </w:pPr>
      <w:r>
        <w:rPr>
          <w:sz w:val="22"/>
        </w:rPr>
        <w:t xml:space="preserve">    C. 商品的平均价格和价值是一致的</w:t>
      </w:r>
    </w:p>
    <w:p>
      <w:pPr>
        <w:spacing w:before="20" w:after="20"/>
      </w:pPr>
      <w:r>
        <w:rPr>
          <w:sz w:val="22"/>
        </w:rPr>
        <w:t xml:space="preserve">    D. 商品的平均价格和价值是不一致的</w:t>
      </w:r>
    </w:p>
    <w:p>
      <w:pPr>
        <w:pStyle w:val="Heading1"/>
      </w:pPr>
      <w:r>
        <w:rPr>
          <w:sz w:val="32"/>
        </w:rPr>
        <w:t>三、判断题（共 70 题）</w:t>
      </w:r>
    </w:p>
    <w:p>
      <w:pPr>
        <w:spacing w:before="160"/>
      </w:pPr>
      <w:r>
        <w:rPr>
          <w:b/>
          <w:sz w:val="22"/>
        </w:rPr>
        <w:t>431. 一切自然物质都是现实的劳动对象。</w:t>
      </w:r>
    </w:p>
    <w:p>
      <w:pPr>
        <w:spacing w:before="20" w:after="20"/>
      </w:pPr>
      <w:r>
        <w:rPr>
          <w:sz w:val="22"/>
        </w:rPr>
        <w:t xml:space="preserve">    A. 对</w:t>
      </w:r>
    </w:p>
    <w:p>
      <w:pPr>
        <w:spacing w:before="20" w:after="20"/>
      </w:pPr>
      <w:r>
        <w:rPr>
          <w:sz w:val="22"/>
        </w:rPr>
        <w:t xml:space="preserve">    B. 错</w:t>
      </w:r>
    </w:p>
    <w:p>
      <w:pPr>
        <w:spacing w:before="160"/>
      </w:pPr>
      <w:r>
        <w:rPr>
          <w:b/>
          <w:sz w:val="22"/>
        </w:rPr>
        <w:t>432. 认识的第二次能动飞跃是指从认识到实践的飞跃。</w:t>
      </w:r>
    </w:p>
    <w:p>
      <w:pPr>
        <w:spacing w:before="20" w:after="20"/>
      </w:pPr>
      <w:r>
        <w:rPr>
          <w:sz w:val="22"/>
        </w:rPr>
        <w:t xml:space="preserve">    A. 对</w:t>
      </w:r>
    </w:p>
    <w:p>
      <w:pPr>
        <w:spacing w:before="20" w:after="20"/>
      </w:pPr>
      <w:r>
        <w:rPr>
          <w:sz w:val="22"/>
        </w:rPr>
        <w:t xml:space="preserve">    B. 错</w:t>
      </w:r>
    </w:p>
    <w:p>
      <w:pPr>
        <w:spacing w:before="160"/>
      </w:pPr>
      <w:r>
        <w:rPr>
          <w:b/>
          <w:sz w:val="22"/>
        </w:rPr>
        <w:t>433. 新的生产关系总是完全适应生产力的发展状况。</w:t>
      </w:r>
    </w:p>
    <w:p>
      <w:pPr>
        <w:spacing w:before="20" w:after="20"/>
      </w:pPr>
      <w:r>
        <w:rPr>
          <w:sz w:val="22"/>
        </w:rPr>
        <w:t xml:space="preserve">    A. 对</w:t>
      </w:r>
    </w:p>
    <w:p>
      <w:pPr>
        <w:spacing w:before="20" w:after="20"/>
      </w:pPr>
      <w:r>
        <w:rPr>
          <w:sz w:val="22"/>
        </w:rPr>
        <w:t xml:space="preserve">    B. 错</w:t>
      </w:r>
    </w:p>
    <w:p>
      <w:pPr>
        <w:spacing w:before="160"/>
      </w:pPr>
      <w:r>
        <w:rPr>
          <w:b/>
          <w:sz w:val="22"/>
        </w:rPr>
        <w:t>434. 国家资本所有制就其性质而言，是生产资料公有制。</w:t>
      </w:r>
    </w:p>
    <w:p>
      <w:pPr>
        <w:spacing w:before="20" w:after="20"/>
      </w:pPr>
      <w:r>
        <w:rPr>
          <w:sz w:val="22"/>
        </w:rPr>
        <w:t xml:space="preserve">    A. 对</w:t>
      </w:r>
    </w:p>
    <w:p>
      <w:pPr>
        <w:spacing w:before="20" w:after="20"/>
      </w:pPr>
      <w:r>
        <w:rPr>
          <w:sz w:val="22"/>
        </w:rPr>
        <w:t xml:space="preserve">    B. 错</w:t>
      </w:r>
    </w:p>
    <w:p>
      <w:pPr>
        <w:spacing w:before="160"/>
      </w:pPr>
      <w:r>
        <w:rPr>
          <w:b/>
          <w:sz w:val="22"/>
        </w:rPr>
        <w:t>435. 在阶级社会中，群众不是一个绝对同一的整体，而是由不同的阶级构成的。</w:t>
      </w:r>
    </w:p>
    <w:p>
      <w:pPr>
        <w:spacing w:before="20" w:after="20"/>
      </w:pPr>
      <w:r>
        <w:rPr>
          <w:sz w:val="22"/>
        </w:rPr>
        <w:t xml:space="preserve">    A. 对</w:t>
      </w:r>
    </w:p>
    <w:p>
      <w:pPr>
        <w:spacing w:before="20" w:after="20"/>
      </w:pPr>
      <w:r>
        <w:rPr>
          <w:sz w:val="22"/>
        </w:rPr>
        <w:t xml:space="preserve">    B. 错</w:t>
      </w:r>
    </w:p>
    <w:p>
      <w:pPr>
        <w:spacing w:before="160"/>
      </w:pPr>
      <w:r>
        <w:rPr>
          <w:b/>
          <w:sz w:val="22"/>
        </w:rPr>
        <w:t>436. 现存的资本主义国家将来不论发达到何种程度，当其实现根本性制度变革的时候，也只能是首先进入共产主义社会的低级阶段即社会主义社会，而不可能直接达到共产主义社会的高级阶段。</w:t>
      </w:r>
    </w:p>
    <w:p>
      <w:pPr>
        <w:spacing w:before="20" w:after="20"/>
      </w:pPr>
      <w:r>
        <w:rPr>
          <w:sz w:val="22"/>
        </w:rPr>
        <w:t xml:space="preserve">    A. 对</w:t>
      </w:r>
    </w:p>
    <w:p>
      <w:pPr>
        <w:spacing w:before="20" w:after="20"/>
      </w:pPr>
      <w:r>
        <w:rPr>
          <w:sz w:val="22"/>
        </w:rPr>
        <w:t xml:space="preserve">    B. 错</w:t>
      </w:r>
    </w:p>
    <w:p>
      <w:pPr>
        <w:spacing w:before="160"/>
      </w:pPr>
      <w:r>
        <w:rPr>
          <w:b/>
          <w:sz w:val="22"/>
        </w:rPr>
        <w:t>437. 在货币产生后，一切商品只要转化为货币，商品使用价值和价值的矛盾就能解决。</w:t>
      </w:r>
    </w:p>
    <w:p>
      <w:pPr>
        <w:spacing w:before="20" w:after="20"/>
      </w:pPr>
      <w:r>
        <w:rPr>
          <w:sz w:val="22"/>
        </w:rPr>
        <w:t xml:space="preserve">    A. 对</w:t>
      </w:r>
    </w:p>
    <w:p>
      <w:pPr>
        <w:spacing w:before="20" w:after="20"/>
      </w:pPr>
      <w:r>
        <w:rPr>
          <w:sz w:val="22"/>
        </w:rPr>
        <w:t xml:space="preserve">    B. 错</w:t>
      </w:r>
    </w:p>
    <w:p>
      <w:pPr>
        <w:spacing w:before="160"/>
      </w:pPr>
      <w:r>
        <w:rPr>
          <w:b/>
          <w:sz w:val="22"/>
        </w:rPr>
        <w:t>438. 分析是综合的基础，综合是分析的完成。</w:t>
      </w:r>
    </w:p>
    <w:p>
      <w:pPr>
        <w:spacing w:before="20" w:after="20"/>
      </w:pPr>
      <w:r>
        <w:rPr>
          <w:sz w:val="22"/>
        </w:rPr>
        <w:t xml:space="preserve">    A. 对</w:t>
      </w:r>
    </w:p>
    <w:p>
      <w:pPr>
        <w:spacing w:before="20" w:after="20"/>
      </w:pPr>
      <w:r>
        <w:rPr>
          <w:sz w:val="22"/>
        </w:rPr>
        <w:t xml:space="preserve">    B. 错</w:t>
      </w:r>
    </w:p>
    <w:p>
      <w:pPr>
        <w:spacing w:before="160"/>
      </w:pPr>
      <w:r>
        <w:rPr>
          <w:b/>
          <w:sz w:val="22"/>
        </w:rPr>
        <w:t>439. 知觉是整个认识过程的起始环节。</w:t>
      </w:r>
    </w:p>
    <w:p>
      <w:pPr>
        <w:spacing w:before="20" w:after="20"/>
      </w:pPr>
      <w:r>
        <w:rPr>
          <w:sz w:val="22"/>
        </w:rPr>
        <w:t xml:space="preserve">    A. 对</w:t>
      </w:r>
    </w:p>
    <w:p>
      <w:pPr>
        <w:spacing w:before="20" w:after="20"/>
      </w:pPr>
      <w:r>
        <w:rPr>
          <w:sz w:val="22"/>
        </w:rPr>
        <w:t xml:space="preserve">    B. 错</w:t>
      </w:r>
    </w:p>
    <w:p>
      <w:pPr>
        <w:spacing w:before="160"/>
      </w:pPr>
      <w:r>
        <w:rPr>
          <w:b/>
          <w:sz w:val="22"/>
        </w:rPr>
        <w:t>440. 马克思主义产生的经济社会历史条件是资本主义经济的发展及其内在矛盾的暴露。</w:t>
      </w:r>
    </w:p>
    <w:p>
      <w:pPr>
        <w:spacing w:before="20" w:after="20"/>
      </w:pPr>
      <w:r>
        <w:rPr>
          <w:sz w:val="22"/>
        </w:rPr>
        <w:t xml:space="preserve">    A. 对</w:t>
      </w:r>
    </w:p>
    <w:p>
      <w:pPr>
        <w:spacing w:before="20" w:after="20"/>
      </w:pPr>
      <w:r>
        <w:rPr>
          <w:sz w:val="22"/>
        </w:rPr>
        <w:t xml:space="preserve">    B. 错</w:t>
      </w:r>
    </w:p>
    <w:p>
      <w:pPr>
        <w:spacing w:before="160"/>
      </w:pPr>
      <w:r>
        <w:rPr>
          <w:b/>
          <w:sz w:val="22"/>
        </w:rPr>
        <w:t>441. 资本主义采取职工参与决策的方法激励工人，改变了工人被剥削的地位。</w:t>
      </w:r>
    </w:p>
    <w:p>
      <w:pPr>
        <w:spacing w:before="20" w:after="20"/>
      </w:pPr>
      <w:r>
        <w:rPr>
          <w:sz w:val="22"/>
        </w:rPr>
        <w:t xml:space="preserve">    A. 对</w:t>
      </w:r>
    </w:p>
    <w:p>
      <w:pPr>
        <w:spacing w:before="20" w:after="20"/>
      </w:pPr>
      <w:r>
        <w:rPr>
          <w:sz w:val="22"/>
        </w:rPr>
        <w:t xml:space="preserve">    B. 错</w:t>
      </w:r>
    </w:p>
    <w:p>
      <w:pPr>
        <w:spacing w:before="160"/>
      </w:pPr>
      <w:r>
        <w:rPr>
          <w:b/>
          <w:sz w:val="22"/>
        </w:rPr>
        <w:t>442. 马克思主义的基本特征是科学性与革命性的统一。</w:t>
      </w:r>
    </w:p>
    <w:p>
      <w:pPr>
        <w:spacing w:before="20" w:after="20"/>
      </w:pPr>
      <w:r>
        <w:rPr>
          <w:sz w:val="22"/>
        </w:rPr>
        <w:t xml:space="preserve">    A. 对</w:t>
      </w:r>
    </w:p>
    <w:p>
      <w:pPr>
        <w:spacing w:before="20" w:after="20"/>
      </w:pPr>
      <w:r>
        <w:rPr>
          <w:sz w:val="22"/>
        </w:rPr>
        <w:t xml:space="preserve">    B. 错</w:t>
      </w:r>
    </w:p>
    <w:p>
      <w:pPr>
        <w:spacing w:before="160"/>
      </w:pPr>
      <w:r>
        <w:rPr>
          <w:b/>
          <w:sz w:val="22"/>
        </w:rPr>
        <w:t>443. 事物经过两次否定完成是矛盾得到根本解决，达到事物发展的最终终点。</w:t>
      </w:r>
    </w:p>
    <w:p>
      <w:pPr>
        <w:spacing w:before="20" w:after="20"/>
      </w:pPr>
      <w:r>
        <w:rPr>
          <w:sz w:val="22"/>
        </w:rPr>
        <w:t xml:space="preserve">    A. 对</w:t>
      </w:r>
    </w:p>
    <w:p>
      <w:pPr>
        <w:spacing w:before="20" w:after="20"/>
      </w:pPr>
      <w:r>
        <w:rPr>
          <w:sz w:val="22"/>
        </w:rPr>
        <w:t xml:space="preserve">    B. 错</w:t>
      </w:r>
    </w:p>
    <w:p>
      <w:pPr>
        <w:spacing w:before="160"/>
      </w:pPr>
      <w:r>
        <w:rPr>
          <w:b/>
          <w:sz w:val="22"/>
        </w:rPr>
        <w:t>444. 在完成资本主义向社会主义的转变以后，还要经历一个社会主义发展阶段，最后才能逐步走向共产主义。</w:t>
      </w:r>
    </w:p>
    <w:p>
      <w:pPr>
        <w:spacing w:before="20" w:after="20"/>
      </w:pPr>
      <w:r>
        <w:rPr>
          <w:sz w:val="22"/>
        </w:rPr>
        <w:t xml:space="preserve">    A. 对</w:t>
      </w:r>
    </w:p>
    <w:p>
      <w:pPr>
        <w:spacing w:before="20" w:after="20"/>
      </w:pPr>
      <w:r>
        <w:rPr>
          <w:sz w:val="22"/>
        </w:rPr>
        <w:t xml:space="preserve">    B. 错</w:t>
      </w:r>
    </w:p>
    <w:p>
      <w:pPr>
        <w:spacing w:before="160"/>
      </w:pPr>
      <w:r>
        <w:rPr>
          <w:b/>
          <w:sz w:val="22"/>
        </w:rPr>
        <w:t>445. 经济危机通过强制实现社会再生产平衡的方式，根除了资本主义基本矛盾。</w:t>
      </w:r>
    </w:p>
    <w:p>
      <w:pPr>
        <w:spacing w:before="20" w:after="20"/>
      </w:pPr>
      <w:r>
        <w:rPr>
          <w:sz w:val="22"/>
        </w:rPr>
        <w:t xml:space="preserve">    A. 对</w:t>
      </w:r>
    </w:p>
    <w:p>
      <w:pPr>
        <w:spacing w:before="20" w:after="20"/>
      </w:pPr>
      <w:r>
        <w:rPr>
          <w:sz w:val="22"/>
        </w:rPr>
        <w:t xml:space="preserve">    B. 错</w:t>
      </w:r>
    </w:p>
    <w:p>
      <w:pPr>
        <w:spacing w:before="160"/>
      </w:pPr>
      <w:r>
        <w:rPr>
          <w:b/>
          <w:sz w:val="22"/>
        </w:rPr>
        <w:t>446. 在马克思主义产生以前，人们已掌握预见未来的科学方法，发现人类社会发展的客观规律。</w:t>
      </w:r>
    </w:p>
    <w:p>
      <w:pPr>
        <w:spacing w:before="20" w:after="20"/>
      </w:pPr>
      <w:r>
        <w:rPr>
          <w:sz w:val="22"/>
        </w:rPr>
        <w:t xml:space="preserve">    A. 对</w:t>
      </w:r>
    </w:p>
    <w:p>
      <w:pPr>
        <w:spacing w:before="20" w:after="20"/>
      </w:pPr>
      <w:r>
        <w:rPr>
          <w:sz w:val="22"/>
        </w:rPr>
        <w:t xml:space="preserve">    B. 错</w:t>
      </w:r>
    </w:p>
    <w:p>
      <w:pPr>
        <w:spacing w:before="160"/>
      </w:pPr>
      <w:r>
        <w:rPr>
          <w:b/>
          <w:sz w:val="22"/>
        </w:rPr>
        <w:t>447. 习近平新时代中国特色社会主义思想，标志着我们党在自觉把科学社会主义基本原则与中国实际和时代特征相结合上达到了新的境界。</w:t>
      </w:r>
    </w:p>
    <w:p>
      <w:pPr>
        <w:spacing w:before="20" w:after="20"/>
      </w:pPr>
      <w:r>
        <w:rPr>
          <w:sz w:val="22"/>
        </w:rPr>
        <w:t xml:space="preserve">    A. 对</w:t>
      </w:r>
    </w:p>
    <w:p>
      <w:pPr>
        <w:spacing w:before="20" w:after="20"/>
      </w:pPr>
      <w:r>
        <w:rPr>
          <w:sz w:val="22"/>
        </w:rPr>
        <w:t xml:space="preserve">    B. 错</w:t>
      </w:r>
    </w:p>
    <w:p>
      <w:pPr>
        <w:spacing w:before="160"/>
      </w:pPr>
      <w:r>
        <w:rPr>
          <w:b/>
          <w:sz w:val="22"/>
        </w:rPr>
        <w:t>448. 资本主义对工人的剥削，建立在工人对资本家人身依附关系形成的基础上。</w:t>
      </w:r>
    </w:p>
    <w:p>
      <w:pPr>
        <w:spacing w:before="20" w:after="20"/>
      </w:pPr>
      <w:r>
        <w:rPr>
          <w:sz w:val="22"/>
        </w:rPr>
        <w:t xml:space="preserve">    A. 对</w:t>
      </w:r>
    </w:p>
    <w:p>
      <w:pPr>
        <w:spacing w:before="20" w:after="20"/>
      </w:pPr>
      <w:r>
        <w:rPr>
          <w:sz w:val="22"/>
        </w:rPr>
        <w:t xml:space="preserve">    B. 错</w:t>
      </w:r>
    </w:p>
    <w:p>
      <w:pPr>
        <w:spacing w:before="160"/>
      </w:pPr>
      <w:r>
        <w:rPr>
          <w:b/>
          <w:sz w:val="22"/>
        </w:rPr>
        <w:t>449. 偶然性之所以为偶然性，是因为它脱离了必然性。</w:t>
      </w:r>
    </w:p>
    <w:p>
      <w:pPr>
        <w:spacing w:before="20" w:after="20"/>
      </w:pPr>
      <w:r>
        <w:rPr>
          <w:sz w:val="22"/>
        </w:rPr>
        <w:t xml:space="preserve">    A. 对</w:t>
      </w:r>
    </w:p>
    <w:p>
      <w:pPr>
        <w:spacing w:before="20" w:after="20"/>
      </w:pPr>
      <w:r>
        <w:rPr>
          <w:sz w:val="22"/>
        </w:rPr>
        <w:t xml:space="preserve">    B. 错</w:t>
      </w:r>
    </w:p>
    <w:p>
      <w:pPr>
        <w:spacing w:before="160"/>
      </w:pPr>
      <w:r>
        <w:rPr>
          <w:b/>
          <w:sz w:val="22"/>
        </w:rPr>
        <w:t>450. 社会性是人的意识所固有的本质属性。</w:t>
      </w:r>
    </w:p>
    <w:p>
      <w:pPr>
        <w:spacing w:before="20" w:after="20"/>
      </w:pPr>
      <w:r>
        <w:rPr>
          <w:sz w:val="22"/>
        </w:rPr>
        <w:t xml:space="preserve">    A. 对</w:t>
      </w:r>
    </w:p>
    <w:p>
      <w:pPr>
        <w:spacing w:before="20" w:after="20"/>
      </w:pPr>
      <w:r>
        <w:rPr>
          <w:sz w:val="22"/>
        </w:rPr>
        <w:t xml:space="preserve">    B. 错</w:t>
      </w:r>
    </w:p>
    <w:p>
      <w:pPr>
        <w:spacing w:before="160"/>
      </w:pPr>
      <w:r>
        <w:rPr>
          <w:b/>
          <w:sz w:val="22"/>
        </w:rPr>
        <w:t>451. 客观辩证法与主观辩证法在形式上是统一的，在本质上是不同的。</w:t>
      </w:r>
    </w:p>
    <w:p>
      <w:pPr>
        <w:spacing w:before="20" w:after="20"/>
      </w:pPr>
      <w:r>
        <w:rPr>
          <w:sz w:val="22"/>
        </w:rPr>
        <w:t xml:space="preserve">    A. 对</w:t>
      </w:r>
    </w:p>
    <w:p>
      <w:pPr>
        <w:spacing w:before="20" w:after="20"/>
      </w:pPr>
      <w:r>
        <w:rPr>
          <w:sz w:val="22"/>
        </w:rPr>
        <w:t xml:space="preserve">    B. 错</w:t>
      </w:r>
    </w:p>
    <w:p>
      <w:pPr>
        <w:spacing w:before="160"/>
      </w:pPr>
      <w:r>
        <w:rPr>
          <w:b/>
          <w:sz w:val="22"/>
        </w:rPr>
        <w:t>452. 垄断价格不受价值规律影响，因此在经济上造成恶劣影响。</w:t>
      </w:r>
    </w:p>
    <w:p>
      <w:pPr>
        <w:spacing w:before="20" w:after="20"/>
      </w:pPr>
      <w:r>
        <w:rPr>
          <w:sz w:val="22"/>
        </w:rPr>
        <w:t xml:space="preserve">    A. 对</w:t>
      </w:r>
    </w:p>
    <w:p>
      <w:pPr>
        <w:spacing w:before="20" w:after="20"/>
      </w:pPr>
      <w:r>
        <w:rPr>
          <w:sz w:val="22"/>
        </w:rPr>
        <w:t xml:space="preserve">    B. 错</w:t>
      </w:r>
    </w:p>
    <w:p>
      <w:pPr>
        <w:spacing w:before="160"/>
      </w:pPr>
      <w:r>
        <w:rPr>
          <w:b/>
          <w:sz w:val="22"/>
        </w:rPr>
        <w:t>453. 共产主义社会里，由于部分有觉悟的人的无私奉献，一般人坐享其成成为可能。</w:t>
      </w:r>
    </w:p>
    <w:p>
      <w:pPr>
        <w:spacing w:before="20" w:after="20"/>
      </w:pPr>
      <w:r>
        <w:rPr>
          <w:sz w:val="22"/>
        </w:rPr>
        <w:t xml:space="preserve">    A. 对</w:t>
      </w:r>
    </w:p>
    <w:p>
      <w:pPr>
        <w:spacing w:before="20" w:after="20"/>
      </w:pPr>
      <w:r>
        <w:rPr>
          <w:sz w:val="22"/>
        </w:rPr>
        <w:t xml:space="preserve">    B. 错</w:t>
      </w:r>
    </w:p>
    <w:p>
      <w:pPr>
        <w:spacing w:before="160"/>
      </w:pPr>
      <w:r>
        <w:rPr>
          <w:b/>
          <w:sz w:val="22"/>
        </w:rPr>
        <w:t>454. 社会主要矛盾是其他一切社会矛盾的根源。</w:t>
      </w:r>
    </w:p>
    <w:p>
      <w:pPr>
        <w:spacing w:before="20" w:after="20"/>
      </w:pPr>
      <w:r>
        <w:rPr>
          <w:sz w:val="22"/>
        </w:rPr>
        <w:t xml:space="preserve">    A. 对</w:t>
      </w:r>
    </w:p>
    <w:p>
      <w:pPr>
        <w:spacing w:before="20" w:after="20"/>
      </w:pPr>
      <w:r>
        <w:rPr>
          <w:sz w:val="22"/>
        </w:rPr>
        <w:t xml:space="preserve">    B. 错</w:t>
      </w:r>
    </w:p>
    <w:p>
      <w:pPr>
        <w:spacing w:before="160"/>
      </w:pPr>
      <w:r>
        <w:rPr>
          <w:b/>
          <w:sz w:val="22"/>
        </w:rPr>
        <w:t>455. 人的活动是具有目的性的活动，因而真理尺度必须以价值尺度为前提。</w:t>
      </w:r>
    </w:p>
    <w:p>
      <w:pPr>
        <w:spacing w:before="20" w:after="20"/>
      </w:pPr>
      <w:r>
        <w:rPr>
          <w:sz w:val="22"/>
        </w:rPr>
        <w:t xml:space="preserve">    A. 对</w:t>
      </w:r>
    </w:p>
    <w:p>
      <w:pPr>
        <w:spacing w:before="20" w:after="20"/>
      </w:pPr>
      <w:r>
        <w:rPr>
          <w:sz w:val="22"/>
        </w:rPr>
        <w:t xml:space="preserve">    B. 错</w:t>
      </w:r>
    </w:p>
    <w:p>
      <w:pPr>
        <w:spacing w:before="160"/>
      </w:pPr>
      <w:r>
        <w:rPr>
          <w:b/>
          <w:sz w:val="22"/>
        </w:rPr>
        <w:t>456. 价值具有客观性，是一种客观存在，始终以客体为中心。</w:t>
      </w:r>
    </w:p>
    <w:p>
      <w:pPr>
        <w:spacing w:before="20" w:after="20"/>
      </w:pPr>
      <w:r>
        <w:rPr>
          <w:sz w:val="22"/>
        </w:rPr>
        <w:t xml:space="preserve">    A. 对</w:t>
      </w:r>
    </w:p>
    <w:p>
      <w:pPr>
        <w:spacing w:before="20" w:after="20"/>
      </w:pPr>
      <w:r>
        <w:rPr>
          <w:sz w:val="22"/>
        </w:rPr>
        <w:t xml:space="preserve">    B. 错</w:t>
      </w:r>
    </w:p>
    <w:p>
      <w:pPr>
        <w:spacing w:before="160"/>
      </w:pPr>
      <w:r>
        <w:rPr>
          <w:b/>
          <w:sz w:val="22"/>
        </w:rPr>
        <w:t>457. 自由竞争资本主义逐步向垄断资本主义过渡是因为资本主义基本矛盾的逐渐消除。</w:t>
      </w:r>
    </w:p>
    <w:p>
      <w:pPr>
        <w:spacing w:before="20" w:after="20"/>
      </w:pPr>
      <w:r>
        <w:rPr>
          <w:sz w:val="22"/>
        </w:rPr>
        <w:t xml:space="preserve">    A. 对</w:t>
      </w:r>
    </w:p>
    <w:p>
      <w:pPr>
        <w:spacing w:before="20" w:after="20"/>
      </w:pPr>
      <w:r>
        <w:rPr>
          <w:sz w:val="22"/>
        </w:rPr>
        <w:t xml:space="preserve">    B. 错</w:t>
      </w:r>
    </w:p>
    <w:p>
      <w:pPr>
        <w:spacing w:before="160"/>
      </w:pPr>
      <w:r>
        <w:rPr>
          <w:b/>
          <w:sz w:val="22"/>
        </w:rPr>
        <w:t>458. 在资本主义生产过程中，资本有机构成提高是一般趋势。</w:t>
      </w:r>
    </w:p>
    <w:p>
      <w:pPr>
        <w:spacing w:before="20" w:after="20"/>
      </w:pPr>
      <w:r>
        <w:rPr>
          <w:sz w:val="22"/>
        </w:rPr>
        <w:t xml:space="preserve">    A. 对</w:t>
      </w:r>
    </w:p>
    <w:p>
      <w:pPr>
        <w:spacing w:before="20" w:after="20"/>
      </w:pPr>
      <w:r>
        <w:rPr>
          <w:sz w:val="22"/>
        </w:rPr>
        <w:t xml:space="preserve">    B. 错</w:t>
      </w:r>
    </w:p>
    <w:p>
      <w:pPr>
        <w:spacing w:before="160"/>
      </w:pPr>
      <w:r>
        <w:rPr>
          <w:b/>
          <w:sz w:val="22"/>
        </w:rPr>
        <w:t>459. 任何真理都是绝对性与相对性的辩证统一。</w:t>
      </w:r>
    </w:p>
    <w:p>
      <w:pPr>
        <w:spacing w:before="20" w:after="20"/>
      </w:pPr>
      <w:r>
        <w:rPr>
          <w:sz w:val="22"/>
        </w:rPr>
        <w:t xml:space="preserve">    A. 对</w:t>
      </w:r>
    </w:p>
    <w:p>
      <w:pPr>
        <w:spacing w:before="20" w:after="20"/>
      </w:pPr>
      <w:r>
        <w:rPr>
          <w:sz w:val="22"/>
        </w:rPr>
        <w:t xml:space="preserve">    B. 错</w:t>
      </w:r>
    </w:p>
    <w:p>
      <w:pPr>
        <w:spacing w:before="160"/>
      </w:pPr>
      <w:r>
        <w:rPr>
          <w:b/>
          <w:sz w:val="22"/>
        </w:rPr>
        <w:t>460. 单位商品的价值量与生产商品所耗费的劳动生产率成反比。</w:t>
      </w:r>
    </w:p>
    <w:p>
      <w:pPr>
        <w:spacing w:before="20" w:after="20"/>
      </w:pPr>
      <w:r>
        <w:rPr>
          <w:sz w:val="22"/>
        </w:rPr>
        <w:t xml:space="preserve">    A. 对</w:t>
      </w:r>
    </w:p>
    <w:p>
      <w:pPr>
        <w:spacing w:before="20" w:after="20"/>
      </w:pPr>
      <w:r>
        <w:rPr>
          <w:sz w:val="22"/>
        </w:rPr>
        <w:t xml:space="preserve">    B. 错</w:t>
      </w:r>
    </w:p>
    <w:p>
      <w:pPr>
        <w:spacing w:before="160"/>
      </w:pPr>
      <w:r>
        <w:rPr>
          <w:b/>
          <w:sz w:val="22"/>
        </w:rPr>
        <w:t>461. 认识是否具有真理性可以从认识本身和认识对象中得到回答。</w:t>
      </w:r>
    </w:p>
    <w:p>
      <w:pPr>
        <w:spacing w:before="20" w:after="20"/>
      </w:pPr>
      <w:r>
        <w:rPr>
          <w:sz w:val="22"/>
        </w:rPr>
        <w:t xml:space="preserve">    A. 对</w:t>
      </w:r>
    </w:p>
    <w:p>
      <w:pPr>
        <w:spacing w:before="20" w:after="20"/>
      </w:pPr>
      <w:r>
        <w:rPr>
          <w:sz w:val="22"/>
        </w:rPr>
        <w:t xml:space="preserve">    B. 错</w:t>
      </w:r>
    </w:p>
    <w:p>
      <w:pPr>
        <w:spacing w:before="160"/>
      </w:pPr>
      <w:r>
        <w:rPr>
          <w:b/>
          <w:sz w:val="22"/>
        </w:rPr>
        <w:t>462. 人工智能可以把人的部分智能活动机器化。</w:t>
      </w:r>
    </w:p>
    <w:p>
      <w:pPr>
        <w:spacing w:before="20" w:after="20"/>
      </w:pPr>
      <w:r>
        <w:rPr>
          <w:sz w:val="22"/>
        </w:rPr>
        <w:t xml:space="preserve">    A. 对</w:t>
      </w:r>
    </w:p>
    <w:p>
      <w:pPr>
        <w:spacing w:before="20" w:after="20"/>
      </w:pPr>
      <w:r>
        <w:rPr>
          <w:sz w:val="22"/>
        </w:rPr>
        <w:t xml:space="preserve">    B. 错</w:t>
      </w:r>
    </w:p>
    <w:p>
      <w:pPr>
        <w:spacing w:before="160"/>
      </w:pPr>
      <w:r>
        <w:rPr>
          <w:b/>
          <w:sz w:val="22"/>
        </w:rPr>
        <w:t>463. 实践的直接现实性品格是实践能够成为检验真理唯一标准的主要根据。</w:t>
      </w:r>
    </w:p>
    <w:p>
      <w:pPr>
        <w:spacing w:before="20" w:after="20"/>
      </w:pPr>
      <w:r>
        <w:rPr>
          <w:sz w:val="22"/>
        </w:rPr>
        <w:t xml:space="preserve">    A. 对</w:t>
      </w:r>
    </w:p>
    <w:p>
      <w:pPr>
        <w:spacing w:before="20" w:after="20"/>
      </w:pPr>
      <w:r>
        <w:rPr>
          <w:sz w:val="22"/>
        </w:rPr>
        <w:t xml:space="preserve">    B. 错</w:t>
      </w:r>
    </w:p>
    <w:p>
      <w:pPr>
        <w:spacing w:before="160"/>
      </w:pPr>
      <w:r>
        <w:rPr>
          <w:b/>
          <w:sz w:val="22"/>
        </w:rPr>
        <w:t>464. 相较于社会心理，社会意识形式是更低层次的社会意识，是自发的、不系统的，不定型的社会意识。</w:t>
      </w:r>
    </w:p>
    <w:p>
      <w:pPr>
        <w:spacing w:before="20" w:after="20"/>
      </w:pPr>
      <w:r>
        <w:rPr>
          <w:sz w:val="22"/>
        </w:rPr>
        <w:t xml:space="preserve">    A. 对</w:t>
      </w:r>
    </w:p>
    <w:p>
      <w:pPr>
        <w:spacing w:before="20" w:after="20"/>
      </w:pPr>
      <w:r>
        <w:rPr>
          <w:sz w:val="22"/>
        </w:rPr>
        <w:t xml:space="preserve">    B. 错</w:t>
      </w:r>
    </w:p>
    <w:p>
      <w:pPr>
        <w:spacing w:before="160"/>
      </w:pPr>
      <w:r>
        <w:rPr>
          <w:b/>
          <w:sz w:val="22"/>
        </w:rPr>
        <w:t>465. 资本国有化将为社会主义革命提供直接的物质前提，是无产阶级社会主义革命的入口处。</w:t>
      </w:r>
    </w:p>
    <w:p>
      <w:pPr>
        <w:spacing w:before="20" w:after="20"/>
      </w:pPr>
      <w:r>
        <w:rPr>
          <w:sz w:val="22"/>
        </w:rPr>
        <w:t xml:space="preserve">    A. 对</w:t>
      </w:r>
    </w:p>
    <w:p>
      <w:pPr>
        <w:spacing w:before="20" w:after="20"/>
      </w:pPr>
      <w:r>
        <w:rPr>
          <w:sz w:val="22"/>
        </w:rPr>
        <w:t xml:space="preserve">    B. 错</w:t>
      </w:r>
    </w:p>
    <w:p>
      <w:pPr>
        <w:spacing w:before="160"/>
      </w:pPr>
      <w:r>
        <w:rPr>
          <w:b/>
          <w:sz w:val="22"/>
        </w:rPr>
        <w:t>466. 使用价值的大小，或者说对人的需要的满足程度决定了商品交换的比例。</w:t>
      </w:r>
    </w:p>
    <w:p>
      <w:pPr>
        <w:spacing w:before="20" w:after="20"/>
      </w:pPr>
      <w:r>
        <w:rPr>
          <w:sz w:val="22"/>
        </w:rPr>
        <w:t xml:space="preserve">    A. 对</w:t>
      </w:r>
    </w:p>
    <w:p>
      <w:pPr>
        <w:spacing w:before="20" w:after="20"/>
      </w:pPr>
      <w:r>
        <w:rPr>
          <w:sz w:val="22"/>
        </w:rPr>
        <w:t xml:space="preserve">    B. 错</w:t>
      </w:r>
    </w:p>
    <w:p>
      <w:pPr>
        <w:spacing w:before="160"/>
      </w:pPr>
      <w:r>
        <w:rPr>
          <w:b/>
          <w:sz w:val="22"/>
        </w:rPr>
        <w:t>467. 资产阶级政党制度允许工人阶级政党存在和参与国家生活，说明资产阶级政党制度不服务于特定阶级。</w:t>
      </w:r>
    </w:p>
    <w:p>
      <w:pPr>
        <w:spacing w:before="20" w:after="20"/>
      </w:pPr>
      <w:r>
        <w:rPr>
          <w:sz w:val="22"/>
        </w:rPr>
        <w:t xml:space="preserve">    A. 对</w:t>
      </w:r>
    </w:p>
    <w:p>
      <w:pPr>
        <w:spacing w:before="20" w:after="20"/>
      </w:pPr>
      <w:r>
        <w:rPr>
          <w:sz w:val="22"/>
        </w:rPr>
        <w:t xml:space="preserve">    B. 错</w:t>
      </w:r>
    </w:p>
    <w:p>
      <w:pPr>
        <w:spacing w:before="160"/>
      </w:pPr>
      <w:r>
        <w:rPr>
          <w:b/>
          <w:sz w:val="22"/>
        </w:rPr>
        <w:t>468. 商品的使用价值是用来满足商品生产者的需要的。</w:t>
      </w:r>
    </w:p>
    <w:p>
      <w:pPr>
        <w:spacing w:before="20" w:after="20"/>
      </w:pPr>
      <w:r>
        <w:rPr>
          <w:sz w:val="22"/>
        </w:rPr>
        <w:t xml:space="preserve">    A. 对</w:t>
      </w:r>
    </w:p>
    <w:p>
      <w:pPr>
        <w:spacing w:before="20" w:after="20"/>
      </w:pPr>
      <w:r>
        <w:rPr>
          <w:sz w:val="22"/>
        </w:rPr>
        <w:t xml:space="preserve">    B. 错</w:t>
      </w:r>
    </w:p>
    <w:p>
      <w:pPr>
        <w:spacing w:before="160"/>
      </w:pPr>
      <w:r>
        <w:rPr>
          <w:b/>
          <w:sz w:val="22"/>
        </w:rPr>
        <w:t>469. 实践的真理尺度体现了人的活动的目的性。</w:t>
      </w:r>
    </w:p>
    <w:p>
      <w:pPr>
        <w:spacing w:before="20" w:after="20"/>
      </w:pPr>
      <w:r>
        <w:rPr>
          <w:sz w:val="22"/>
        </w:rPr>
        <w:t xml:space="preserve">    A. 对</w:t>
      </w:r>
    </w:p>
    <w:p>
      <w:pPr>
        <w:spacing w:before="20" w:after="20"/>
      </w:pPr>
      <w:r>
        <w:rPr>
          <w:sz w:val="22"/>
        </w:rPr>
        <w:t xml:space="preserve">    B. 错</w:t>
      </w:r>
    </w:p>
    <w:p>
      <w:pPr>
        <w:spacing w:before="160"/>
      </w:pPr>
      <w:r>
        <w:rPr>
          <w:b/>
          <w:sz w:val="22"/>
        </w:rPr>
        <w:t>470. 一旦货币购买的劳动力带来剩余价值，货币也就变成了资本。</w:t>
      </w:r>
    </w:p>
    <w:p>
      <w:pPr>
        <w:spacing w:before="20" w:after="20"/>
      </w:pPr>
      <w:r>
        <w:rPr>
          <w:sz w:val="22"/>
        </w:rPr>
        <w:t xml:space="preserve">    A. 对</w:t>
      </w:r>
    </w:p>
    <w:p>
      <w:pPr>
        <w:spacing w:before="20" w:after="20"/>
      </w:pPr>
      <w:r>
        <w:rPr>
          <w:sz w:val="22"/>
        </w:rPr>
        <w:t xml:space="preserve">    B. 错</w:t>
      </w:r>
    </w:p>
    <w:p>
      <w:pPr>
        <w:spacing w:before="160"/>
      </w:pPr>
      <w:r>
        <w:rPr>
          <w:b/>
          <w:sz w:val="22"/>
        </w:rPr>
        <w:t>471. 在生产关系中，生产资料所有制关系是最基本的，它是人们进行物质资料生产的前提。</w:t>
      </w:r>
    </w:p>
    <w:p>
      <w:pPr>
        <w:spacing w:before="20" w:after="20"/>
      </w:pPr>
      <w:r>
        <w:rPr>
          <w:sz w:val="22"/>
        </w:rPr>
        <w:t xml:space="preserve">    A. 对</w:t>
      </w:r>
    </w:p>
    <w:p>
      <w:pPr>
        <w:spacing w:before="20" w:after="20"/>
      </w:pPr>
      <w:r>
        <w:rPr>
          <w:sz w:val="22"/>
        </w:rPr>
        <w:t xml:space="preserve">    B. 错</w:t>
      </w:r>
    </w:p>
    <w:p>
      <w:pPr>
        <w:spacing w:before="160"/>
      </w:pPr>
      <w:r>
        <w:rPr>
          <w:b/>
          <w:sz w:val="22"/>
        </w:rPr>
        <w:t>472. 由于各国经济发展总是不平衡的，国际垄断同盟从经济上瓜分世界的趋势，还会在一定时间内持续。</w:t>
      </w:r>
    </w:p>
    <w:p>
      <w:pPr>
        <w:spacing w:before="20" w:after="20"/>
      </w:pPr>
      <w:r>
        <w:rPr>
          <w:sz w:val="22"/>
        </w:rPr>
        <w:t xml:space="preserve">    A. 对</w:t>
      </w:r>
    </w:p>
    <w:p>
      <w:pPr>
        <w:spacing w:before="20" w:after="20"/>
      </w:pPr>
      <w:r>
        <w:rPr>
          <w:sz w:val="22"/>
        </w:rPr>
        <w:t xml:space="preserve">    B. 错</w:t>
      </w:r>
    </w:p>
    <w:p>
      <w:pPr>
        <w:spacing w:before="160"/>
      </w:pPr>
      <w:r>
        <w:rPr>
          <w:b/>
          <w:sz w:val="22"/>
        </w:rPr>
        <w:t>473. 先进阶级的政治代表人物能够在革命斗争起着领导核心的作用。</w:t>
      </w:r>
    </w:p>
    <w:p>
      <w:pPr>
        <w:spacing w:before="20" w:after="20"/>
      </w:pPr>
      <w:r>
        <w:rPr>
          <w:sz w:val="22"/>
        </w:rPr>
        <w:t xml:space="preserve">    A. 对</w:t>
      </w:r>
    </w:p>
    <w:p>
      <w:pPr>
        <w:spacing w:before="20" w:after="20"/>
      </w:pPr>
      <w:r>
        <w:rPr>
          <w:sz w:val="22"/>
        </w:rPr>
        <w:t xml:space="preserve">    B. 错</w:t>
      </w:r>
    </w:p>
    <w:p>
      <w:pPr>
        <w:spacing w:before="160"/>
      </w:pPr>
      <w:r>
        <w:rPr>
          <w:b/>
          <w:sz w:val="22"/>
        </w:rPr>
        <w:t>474. 意识是客观世界的反映，遵循感觉即是掌握真理。</w:t>
      </w:r>
    </w:p>
    <w:p>
      <w:pPr>
        <w:spacing w:before="20" w:after="20"/>
      </w:pPr>
      <w:r>
        <w:rPr>
          <w:sz w:val="22"/>
        </w:rPr>
        <w:t xml:space="preserve">    A. 对</w:t>
      </w:r>
    </w:p>
    <w:p>
      <w:pPr>
        <w:spacing w:before="20" w:after="20"/>
      </w:pPr>
      <w:r>
        <w:rPr>
          <w:sz w:val="22"/>
        </w:rPr>
        <w:t xml:space="preserve">    B. 错</w:t>
      </w:r>
    </w:p>
    <w:p>
      <w:pPr>
        <w:spacing w:before="160"/>
      </w:pPr>
      <w:r>
        <w:rPr>
          <w:b/>
          <w:sz w:val="22"/>
        </w:rPr>
        <w:t>475. 相对于特定历史条件下的个别理论判断，马克思主义基本原理具有普遍的、根本的和长远的指导意义。</w:t>
      </w:r>
    </w:p>
    <w:p>
      <w:pPr>
        <w:spacing w:before="20" w:after="20"/>
      </w:pPr>
      <w:r>
        <w:rPr>
          <w:sz w:val="22"/>
        </w:rPr>
        <w:t xml:space="preserve">    A. 对</w:t>
      </w:r>
    </w:p>
    <w:p>
      <w:pPr>
        <w:spacing w:before="20" w:after="20"/>
      </w:pPr>
      <w:r>
        <w:rPr>
          <w:sz w:val="22"/>
        </w:rPr>
        <w:t xml:space="preserve">    B. 错</w:t>
      </w:r>
    </w:p>
    <w:p>
      <w:pPr>
        <w:spacing w:before="160"/>
      </w:pPr>
      <w:r>
        <w:rPr>
          <w:b/>
          <w:sz w:val="22"/>
        </w:rPr>
        <w:t>476. 人在客观世界面前不是无能为力的，人可以创造和改变客观规律以实现自己的目标。</w:t>
      </w:r>
    </w:p>
    <w:p>
      <w:pPr>
        <w:spacing w:before="20" w:after="20"/>
      </w:pPr>
      <w:r>
        <w:rPr>
          <w:sz w:val="22"/>
        </w:rPr>
        <w:t xml:space="preserve">    A. 对</w:t>
      </w:r>
    </w:p>
    <w:p>
      <w:pPr>
        <w:spacing w:before="20" w:after="20"/>
      </w:pPr>
      <w:r>
        <w:rPr>
          <w:sz w:val="22"/>
        </w:rPr>
        <w:t xml:space="preserve">    B. 错</w:t>
      </w:r>
    </w:p>
    <w:p>
      <w:pPr>
        <w:spacing w:before="160"/>
      </w:pPr>
      <w:r>
        <w:rPr>
          <w:b/>
          <w:sz w:val="22"/>
        </w:rPr>
        <w:t>477. “笑一笑十年少，愁一愁白了头”是主观唯心主义错误思想在心理上的重要体现。</w:t>
      </w:r>
    </w:p>
    <w:p>
      <w:pPr>
        <w:spacing w:before="20" w:after="20"/>
      </w:pPr>
      <w:r>
        <w:rPr>
          <w:sz w:val="22"/>
        </w:rPr>
        <w:t xml:space="preserve">    A. 对</w:t>
      </w:r>
    </w:p>
    <w:p>
      <w:pPr>
        <w:spacing w:before="20" w:after="20"/>
      </w:pPr>
      <w:r>
        <w:rPr>
          <w:sz w:val="22"/>
        </w:rPr>
        <w:t xml:space="preserve">    B. 错</w:t>
      </w:r>
    </w:p>
    <w:p>
      <w:pPr>
        <w:spacing w:before="160"/>
      </w:pPr>
      <w:r>
        <w:rPr>
          <w:b/>
          <w:sz w:val="22"/>
        </w:rPr>
        <w:t>478. 在共产主义社会，劳动者个人的劳动通过交换价值的途径向社会劳动转化，社会成员之间的相互服务采取等价交换的形式来进行。</w:t>
      </w:r>
    </w:p>
    <w:p>
      <w:pPr>
        <w:spacing w:before="20" w:after="20"/>
      </w:pPr>
      <w:r>
        <w:rPr>
          <w:sz w:val="22"/>
        </w:rPr>
        <w:t xml:space="preserve">    A. 对</w:t>
      </w:r>
    </w:p>
    <w:p>
      <w:pPr>
        <w:spacing w:before="20" w:after="20"/>
      </w:pPr>
      <w:r>
        <w:rPr>
          <w:sz w:val="22"/>
        </w:rPr>
        <w:t xml:space="preserve">    B. 错</w:t>
      </w:r>
    </w:p>
    <w:p>
      <w:pPr>
        <w:spacing w:before="160"/>
      </w:pPr>
      <w:r>
        <w:rPr>
          <w:b/>
          <w:sz w:val="22"/>
        </w:rPr>
        <w:t>479. 金融自由化浪潮的兴起和信息技术在金融领域的广泛应用，推动了金融全球化进程。</w:t>
      </w:r>
    </w:p>
    <w:p>
      <w:pPr>
        <w:spacing w:before="20" w:after="20"/>
      </w:pPr>
      <w:r>
        <w:rPr>
          <w:sz w:val="22"/>
        </w:rPr>
        <w:t xml:space="preserve">    A. 对</w:t>
      </w:r>
    </w:p>
    <w:p>
      <w:pPr>
        <w:spacing w:before="20" w:after="20"/>
      </w:pPr>
      <w:r>
        <w:rPr>
          <w:sz w:val="22"/>
        </w:rPr>
        <w:t xml:space="preserve">    B. 错</w:t>
      </w:r>
    </w:p>
    <w:p>
      <w:pPr>
        <w:spacing w:before="160"/>
      </w:pPr>
      <w:r>
        <w:rPr>
          <w:b/>
          <w:sz w:val="22"/>
        </w:rPr>
        <w:t>480. 远大理想可以有多个，阶段性理想则只能有一个。</w:t>
      </w:r>
    </w:p>
    <w:p>
      <w:pPr>
        <w:spacing w:before="20" w:after="20"/>
      </w:pPr>
      <w:r>
        <w:rPr>
          <w:sz w:val="22"/>
        </w:rPr>
        <w:t xml:space="preserve">    A. 对</w:t>
      </w:r>
    </w:p>
    <w:p>
      <w:pPr>
        <w:spacing w:before="20" w:after="20"/>
      </w:pPr>
      <w:r>
        <w:rPr>
          <w:sz w:val="22"/>
        </w:rPr>
        <w:t xml:space="preserve">    B. 错</w:t>
      </w:r>
    </w:p>
    <w:p>
      <w:pPr>
        <w:spacing w:before="160"/>
      </w:pPr>
      <w:r>
        <w:rPr>
          <w:b/>
          <w:sz w:val="22"/>
        </w:rPr>
        <w:t>481. 现象是事物的外部联系和表面特征，是事物本质的外在表现。</w:t>
      </w:r>
    </w:p>
    <w:p>
      <w:pPr>
        <w:spacing w:before="20" w:after="20"/>
      </w:pPr>
      <w:r>
        <w:rPr>
          <w:sz w:val="22"/>
        </w:rPr>
        <w:t xml:space="preserve">    A. 对</w:t>
      </w:r>
    </w:p>
    <w:p>
      <w:pPr>
        <w:spacing w:before="20" w:after="20"/>
      </w:pPr>
      <w:r>
        <w:rPr>
          <w:sz w:val="22"/>
        </w:rPr>
        <w:t xml:space="preserve">    B. 错</w:t>
      </w:r>
    </w:p>
    <w:p>
      <w:pPr>
        <w:spacing w:before="160"/>
      </w:pPr>
      <w:r>
        <w:rPr>
          <w:b/>
          <w:sz w:val="22"/>
        </w:rPr>
        <w:t>482. 垄断价格的产生否定了价值规律。</w:t>
      </w:r>
    </w:p>
    <w:p>
      <w:pPr>
        <w:spacing w:before="20" w:after="20"/>
      </w:pPr>
      <w:r>
        <w:rPr>
          <w:sz w:val="22"/>
        </w:rPr>
        <w:t xml:space="preserve">    A. 对</w:t>
      </w:r>
    </w:p>
    <w:p>
      <w:pPr>
        <w:spacing w:before="20" w:after="20"/>
      </w:pPr>
      <w:r>
        <w:rPr>
          <w:sz w:val="22"/>
        </w:rPr>
        <w:t xml:space="preserve">    B. 错</w:t>
      </w:r>
    </w:p>
    <w:p>
      <w:pPr>
        <w:spacing w:before="160"/>
      </w:pPr>
      <w:r>
        <w:rPr>
          <w:b/>
          <w:sz w:val="22"/>
        </w:rPr>
        <w:t>483. 在共产主义社会，个人劳动直接成为社会劳动的一部分，个人利益直接在社会利益中得到实现。</w:t>
      </w:r>
    </w:p>
    <w:p>
      <w:pPr>
        <w:spacing w:before="20" w:after="20"/>
      </w:pPr>
      <w:r>
        <w:rPr>
          <w:sz w:val="22"/>
        </w:rPr>
        <w:t xml:space="preserve">    A. 对</w:t>
      </w:r>
    </w:p>
    <w:p>
      <w:pPr>
        <w:spacing w:before="20" w:after="20"/>
      </w:pPr>
      <w:r>
        <w:rPr>
          <w:sz w:val="22"/>
        </w:rPr>
        <w:t xml:space="preserve">    B. 错</w:t>
      </w:r>
    </w:p>
    <w:p>
      <w:pPr>
        <w:spacing w:before="160"/>
      </w:pPr>
      <w:r>
        <w:rPr>
          <w:b/>
          <w:sz w:val="22"/>
        </w:rPr>
        <w:t>484. 社会主义社会只有在充分发展和高度发达的基础上才能向共产主义过渡，在条件不充分的情况下急于过渡是无益而且有害的。</w:t>
      </w:r>
    </w:p>
    <w:p>
      <w:pPr>
        <w:spacing w:before="20" w:after="20"/>
      </w:pPr>
      <w:r>
        <w:rPr>
          <w:sz w:val="22"/>
        </w:rPr>
        <w:t xml:space="preserve">    A. 对</w:t>
      </w:r>
    </w:p>
    <w:p>
      <w:pPr>
        <w:spacing w:before="20" w:after="20"/>
      </w:pPr>
      <w:r>
        <w:rPr>
          <w:sz w:val="22"/>
        </w:rPr>
        <w:t xml:space="preserve">    B. 错</w:t>
      </w:r>
    </w:p>
    <w:p>
      <w:pPr>
        <w:spacing w:before="160"/>
      </w:pPr>
      <w:r>
        <w:rPr>
          <w:b/>
          <w:sz w:val="22"/>
        </w:rPr>
        <w:t>485. 金融垄断资本主义的发展导致金融危机频繁发生，给全球经济带来灾难。</w:t>
      </w:r>
    </w:p>
    <w:p>
      <w:pPr>
        <w:spacing w:before="20" w:after="20"/>
      </w:pPr>
      <w:r>
        <w:rPr>
          <w:sz w:val="22"/>
        </w:rPr>
        <w:t xml:space="preserve">    A. 对</w:t>
      </w:r>
    </w:p>
    <w:p>
      <w:pPr>
        <w:spacing w:before="20" w:after="20"/>
      </w:pPr>
      <w:r>
        <w:rPr>
          <w:sz w:val="22"/>
        </w:rPr>
        <w:t xml:space="preserve">    B. 错</w:t>
      </w:r>
    </w:p>
    <w:p>
      <w:pPr>
        <w:spacing w:before="160"/>
      </w:pPr>
      <w:r>
        <w:rPr>
          <w:b/>
          <w:sz w:val="22"/>
        </w:rPr>
        <w:t>486. 商品之所以能按一定比例进行交换，是因为它们满足人的需求程度成一定比例。</w:t>
      </w:r>
    </w:p>
    <w:p>
      <w:pPr>
        <w:spacing w:before="20" w:after="20"/>
      </w:pPr>
      <w:r>
        <w:rPr>
          <w:sz w:val="22"/>
        </w:rPr>
        <w:t xml:space="preserve">    A. 对</w:t>
      </w:r>
    </w:p>
    <w:p>
      <w:pPr>
        <w:spacing w:before="20" w:after="20"/>
      </w:pPr>
      <w:r>
        <w:rPr>
          <w:sz w:val="22"/>
        </w:rPr>
        <w:t xml:space="preserve">    B. 错</w:t>
      </w:r>
    </w:p>
    <w:p>
      <w:pPr>
        <w:spacing w:before="160"/>
      </w:pPr>
      <w:r>
        <w:rPr>
          <w:b/>
          <w:sz w:val="22"/>
        </w:rPr>
        <w:t>487. 商品生产者的劳动的社会性质是由社会分工决定的。</w:t>
      </w:r>
    </w:p>
    <w:p>
      <w:pPr>
        <w:spacing w:before="20" w:after="20"/>
      </w:pPr>
      <w:r>
        <w:rPr>
          <w:sz w:val="22"/>
        </w:rPr>
        <w:t xml:space="preserve">    A. 对</w:t>
      </w:r>
    </w:p>
    <w:p>
      <w:pPr>
        <w:spacing w:before="20" w:after="20"/>
      </w:pPr>
      <w:r>
        <w:rPr>
          <w:sz w:val="22"/>
        </w:rPr>
        <w:t xml:space="preserve">    B. 错</w:t>
      </w:r>
    </w:p>
    <w:p>
      <w:pPr>
        <w:spacing w:before="160"/>
      </w:pPr>
      <w:r>
        <w:rPr>
          <w:b/>
          <w:sz w:val="22"/>
        </w:rPr>
        <w:t>488. 具体劳动能否还原为抽象劳动，在根本上取决于私人劳动和社会劳动能否实现统一。</w:t>
      </w:r>
    </w:p>
    <w:p>
      <w:pPr>
        <w:spacing w:before="20" w:after="20"/>
      </w:pPr>
      <w:r>
        <w:rPr>
          <w:sz w:val="22"/>
        </w:rPr>
        <w:t xml:space="preserve">    A. 对</w:t>
      </w:r>
    </w:p>
    <w:p>
      <w:pPr>
        <w:spacing w:before="20" w:after="20"/>
      </w:pPr>
      <w:r>
        <w:rPr>
          <w:sz w:val="22"/>
        </w:rPr>
        <w:t xml:space="preserve">    B. 错</w:t>
      </w:r>
    </w:p>
    <w:p>
      <w:pPr>
        <w:spacing w:before="160"/>
      </w:pPr>
      <w:r>
        <w:rPr>
          <w:b/>
          <w:sz w:val="22"/>
        </w:rPr>
        <w:t>489. 现实事物的发展可以只表现为纯粹必然的情况。</w:t>
      </w:r>
    </w:p>
    <w:p>
      <w:pPr>
        <w:spacing w:before="20" w:after="20"/>
      </w:pPr>
      <w:r>
        <w:rPr>
          <w:sz w:val="22"/>
        </w:rPr>
        <w:t xml:space="preserve">    A. 对</w:t>
      </w:r>
    </w:p>
    <w:p>
      <w:pPr>
        <w:spacing w:before="20" w:after="20"/>
      </w:pPr>
      <w:r>
        <w:rPr>
          <w:sz w:val="22"/>
        </w:rPr>
        <w:t xml:space="preserve">    B. 错</w:t>
      </w:r>
    </w:p>
    <w:p>
      <w:pPr>
        <w:spacing w:before="160"/>
      </w:pPr>
      <w:r>
        <w:rPr>
          <w:b/>
          <w:sz w:val="22"/>
        </w:rPr>
        <w:t>490. 社会主义发展史证明，苏联模式是特定历史条件下的产物，并不是社会主义的唯一模式。</w:t>
      </w:r>
    </w:p>
    <w:p>
      <w:pPr>
        <w:spacing w:before="20" w:after="20"/>
      </w:pPr>
      <w:r>
        <w:rPr>
          <w:sz w:val="22"/>
        </w:rPr>
        <w:t xml:space="preserve">    A. 对</w:t>
      </w:r>
    </w:p>
    <w:p>
      <w:pPr>
        <w:spacing w:before="20" w:after="20"/>
      </w:pPr>
      <w:r>
        <w:rPr>
          <w:sz w:val="22"/>
        </w:rPr>
        <w:t xml:space="preserve">    B. 错</w:t>
      </w:r>
    </w:p>
    <w:p>
      <w:pPr>
        <w:spacing w:before="160"/>
      </w:pPr>
      <w:r>
        <w:rPr>
          <w:b/>
          <w:sz w:val="22"/>
        </w:rPr>
        <w:t>491. 没有政党领导的阶级，不能形成统一的意志和行动。</w:t>
      </w:r>
    </w:p>
    <w:p>
      <w:pPr>
        <w:spacing w:before="20" w:after="20"/>
      </w:pPr>
      <w:r>
        <w:rPr>
          <w:sz w:val="22"/>
        </w:rPr>
        <w:t xml:space="preserve">    A. 对</w:t>
      </w:r>
    </w:p>
    <w:p>
      <w:pPr>
        <w:spacing w:before="20" w:after="20"/>
      </w:pPr>
      <w:r>
        <w:rPr>
          <w:sz w:val="22"/>
        </w:rPr>
        <w:t xml:space="preserve">    B. 错</w:t>
      </w:r>
    </w:p>
    <w:p>
      <w:pPr>
        <w:spacing w:before="160"/>
      </w:pPr>
      <w:r>
        <w:rPr>
          <w:b/>
          <w:sz w:val="22"/>
        </w:rPr>
        <w:t>492. 人类历史向世界历史的转变是资本主义生产方式出现和向世界扩张的结果。</w:t>
      </w:r>
    </w:p>
    <w:p>
      <w:pPr>
        <w:spacing w:before="20" w:after="20"/>
      </w:pPr>
      <w:r>
        <w:rPr>
          <w:sz w:val="22"/>
        </w:rPr>
        <w:t xml:space="preserve">    A. 对</w:t>
      </w:r>
    </w:p>
    <w:p>
      <w:pPr>
        <w:spacing w:before="20" w:after="20"/>
      </w:pPr>
      <w:r>
        <w:rPr>
          <w:sz w:val="22"/>
        </w:rPr>
        <w:t xml:space="preserve">    B. 错</w:t>
      </w:r>
    </w:p>
    <w:p>
      <w:pPr>
        <w:spacing w:before="160"/>
      </w:pPr>
      <w:r>
        <w:rPr>
          <w:b/>
          <w:sz w:val="22"/>
        </w:rPr>
        <w:t>493. 内容是事物存在的基础，对形式具有决定作用。</w:t>
      </w:r>
    </w:p>
    <w:p>
      <w:pPr>
        <w:spacing w:before="20" w:after="20"/>
      </w:pPr>
      <w:r>
        <w:rPr>
          <w:sz w:val="22"/>
        </w:rPr>
        <w:t xml:space="preserve">    A. 对</w:t>
      </w:r>
    </w:p>
    <w:p>
      <w:pPr>
        <w:spacing w:before="20" w:after="20"/>
      </w:pPr>
      <w:r>
        <w:rPr>
          <w:sz w:val="22"/>
        </w:rPr>
        <w:t xml:space="preserve">    B. 错</w:t>
      </w:r>
    </w:p>
    <w:p>
      <w:pPr>
        <w:spacing w:before="160"/>
      </w:pPr>
      <w:r>
        <w:rPr>
          <w:b/>
          <w:sz w:val="22"/>
        </w:rPr>
        <w:t>494. 中国现代化建设取得的举世瞩目的伟大成就，是马克思主义的现实指导作用和当代价值的最直接、最可靠的证明。</w:t>
      </w:r>
    </w:p>
    <w:p>
      <w:pPr>
        <w:spacing w:before="20" w:after="20"/>
      </w:pPr>
      <w:r>
        <w:rPr>
          <w:sz w:val="22"/>
        </w:rPr>
        <w:t xml:space="preserve">    A. 对</w:t>
      </w:r>
    </w:p>
    <w:p>
      <w:pPr>
        <w:spacing w:before="20" w:after="20"/>
      </w:pPr>
      <w:r>
        <w:rPr>
          <w:sz w:val="22"/>
        </w:rPr>
        <w:t xml:space="preserve">    B. 错</w:t>
      </w:r>
    </w:p>
    <w:p>
      <w:pPr>
        <w:spacing w:before="160"/>
      </w:pPr>
      <w:r>
        <w:rPr>
          <w:b/>
          <w:sz w:val="22"/>
        </w:rPr>
        <w:t>495. 只有将科学社会主义基本原则与本国国情相结合，才能创造性地回答和解决本国实际问题。</w:t>
      </w:r>
    </w:p>
    <w:p>
      <w:pPr>
        <w:spacing w:before="20" w:after="20"/>
      </w:pPr>
      <w:r>
        <w:rPr>
          <w:sz w:val="22"/>
        </w:rPr>
        <w:t xml:space="preserve">    A. 对</w:t>
      </w:r>
    </w:p>
    <w:p>
      <w:pPr>
        <w:spacing w:before="20" w:after="20"/>
      </w:pPr>
      <w:r>
        <w:rPr>
          <w:sz w:val="22"/>
        </w:rPr>
        <w:t xml:space="preserve">    B. 错</w:t>
      </w:r>
    </w:p>
    <w:p>
      <w:pPr>
        <w:spacing w:before="160"/>
      </w:pPr>
      <w:r>
        <w:rPr>
          <w:b/>
          <w:sz w:val="22"/>
        </w:rPr>
        <w:t>496. 社会主义在发展过程中，由于各国国情的特殊性，社会主义发展道路必然呈现出多样性的特点。</w:t>
      </w:r>
    </w:p>
    <w:p>
      <w:pPr>
        <w:spacing w:before="20" w:after="20"/>
      </w:pPr>
      <w:r>
        <w:rPr>
          <w:sz w:val="22"/>
        </w:rPr>
        <w:t xml:space="preserve">    A. 对</w:t>
      </w:r>
    </w:p>
    <w:p>
      <w:pPr>
        <w:spacing w:before="20" w:after="20"/>
      </w:pPr>
      <w:r>
        <w:rPr>
          <w:sz w:val="22"/>
        </w:rPr>
        <w:t xml:space="preserve">    B. 错</w:t>
      </w:r>
    </w:p>
    <w:p>
      <w:pPr>
        <w:spacing w:before="160"/>
      </w:pPr>
      <w:r>
        <w:rPr>
          <w:b/>
          <w:sz w:val="22"/>
        </w:rPr>
        <w:t>497. 生产资料所有制性质决定生产关系的性质。</w:t>
      </w:r>
    </w:p>
    <w:p>
      <w:pPr>
        <w:spacing w:before="20" w:after="20"/>
      </w:pPr>
      <w:r>
        <w:rPr>
          <w:sz w:val="22"/>
        </w:rPr>
        <w:t xml:space="preserve">    A. 对</w:t>
      </w:r>
    </w:p>
    <w:p>
      <w:pPr>
        <w:spacing w:before="20" w:after="20"/>
      </w:pPr>
      <w:r>
        <w:rPr>
          <w:sz w:val="22"/>
        </w:rPr>
        <w:t xml:space="preserve">    B. 错</w:t>
      </w:r>
    </w:p>
    <w:p>
      <w:pPr>
        <w:spacing w:before="160"/>
      </w:pPr>
      <w:r>
        <w:rPr>
          <w:b/>
          <w:sz w:val="22"/>
        </w:rPr>
        <w:t>498. 实行单一的计划经济，忽略或排斥市场的作用，不利于社会主义社会生产力的发展。</w:t>
      </w:r>
    </w:p>
    <w:p>
      <w:pPr>
        <w:spacing w:before="20" w:after="20"/>
      </w:pPr>
      <w:r>
        <w:rPr>
          <w:sz w:val="22"/>
        </w:rPr>
        <w:t xml:space="preserve">    A. 对</w:t>
      </w:r>
    </w:p>
    <w:p>
      <w:pPr>
        <w:spacing w:before="20" w:after="20"/>
      </w:pPr>
      <w:r>
        <w:rPr>
          <w:sz w:val="22"/>
        </w:rPr>
        <w:t xml:space="preserve">    B. 错</w:t>
      </w:r>
    </w:p>
    <w:p>
      <w:pPr>
        <w:spacing w:before="160"/>
      </w:pPr>
      <w:r>
        <w:rPr>
          <w:b/>
          <w:sz w:val="22"/>
        </w:rPr>
        <w:t>499. 垄断必须通过竞争来维持。</w:t>
      </w:r>
    </w:p>
    <w:p>
      <w:pPr>
        <w:spacing w:before="20" w:after="20"/>
      </w:pPr>
      <w:r>
        <w:rPr>
          <w:sz w:val="22"/>
        </w:rPr>
        <w:t xml:space="preserve">    A. 对</w:t>
      </w:r>
    </w:p>
    <w:p>
      <w:pPr>
        <w:spacing w:before="20" w:after="20"/>
      </w:pPr>
      <w:r>
        <w:rPr>
          <w:sz w:val="22"/>
        </w:rPr>
        <w:t xml:space="preserve">    B. 错</w:t>
      </w:r>
    </w:p>
    <w:p>
      <w:pPr>
        <w:spacing w:before="160"/>
      </w:pPr>
      <w:r>
        <w:rPr>
          <w:b/>
          <w:sz w:val="22"/>
        </w:rPr>
        <w:t>500. 资本主义社会灭亡后将直接进入共产主义社会的高级阶段。</w:t>
      </w:r>
    </w:p>
    <w:p>
      <w:pPr>
        <w:spacing w:before="20" w:after="20"/>
      </w:pPr>
      <w:r>
        <w:rPr>
          <w:sz w:val="22"/>
        </w:rPr>
        <w:t xml:space="preserve">    A. 对</w:t>
      </w:r>
    </w:p>
    <w:p>
      <w:pPr>
        <w:spacing w:before="20" w:after="20"/>
      </w:pPr>
      <w:r>
        <w:rPr>
          <w:sz w:val="22"/>
        </w:rPr>
        <w:t xml:space="preserve">    B. 错</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