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sz w:val="44"/>
        </w:rPr>
        <w:t>毛概 · 自测题库</w:t>
      </w:r>
    </w:p>
    <w:p>
      <w:pPr>
        <w:jc w:val="center"/>
      </w:pPr>
      <w:r>
        <w:rPr>
          <w:i/>
          <w:color w:val="646464"/>
          <w:sz w:val="22"/>
        </w:rPr>
        <w:t>**总题数:** 500  **题型:** 单选题264 · 多选题170 · 判断题66  |  **生成时间:** 2026-06-16</w:t>
      </w:r>
    </w:p>
    <w:p>
      <w:pPr>
        <w:pStyle w:val="Heading1"/>
      </w:pPr>
      <w:r>
        <w:rPr>
          <w:sz w:val="32"/>
        </w:rPr>
        <w:t>一、单选题（共 264 题）</w:t>
      </w:r>
    </w:p>
    <w:p>
      <w:pPr>
        <w:spacing w:before="160"/>
      </w:pPr>
      <w:r>
        <w:rPr>
          <w:b/>
          <w:sz w:val="22"/>
        </w:rPr>
        <w:t>1. 邓小平理论形成的现实依据是( )</w:t>
      </w:r>
    </w:p>
    <w:p>
      <w:pPr>
        <w:spacing w:before="20" w:after="20"/>
      </w:pPr>
      <w:r>
        <w:rPr>
          <w:sz w:val="22"/>
        </w:rPr>
        <w:t xml:space="preserve">    A. 我国改革开放和社会主义现代化建设的实践</w:t>
      </w:r>
    </w:p>
    <w:p>
      <w:pPr>
        <w:spacing w:before="20" w:after="20"/>
      </w:pPr>
      <w:r>
        <w:rPr>
          <w:sz w:val="22"/>
        </w:rPr>
        <w:t xml:space="preserve">    B. 我国社会主义改造的实践</w:t>
      </w:r>
    </w:p>
    <w:p>
      <w:pPr>
        <w:spacing w:before="20" w:after="20"/>
      </w:pPr>
      <w:r>
        <w:rPr>
          <w:sz w:val="22"/>
        </w:rPr>
        <w:t xml:space="preserve">    C. 我国抗美援朝战争的实践</w:t>
      </w:r>
    </w:p>
    <w:p>
      <w:pPr>
        <w:spacing w:before="20" w:after="20"/>
      </w:pPr>
      <w:r>
        <w:rPr>
          <w:sz w:val="22"/>
        </w:rPr>
        <w:t xml:space="preserve">    D. 我国“大跃进”运动的实践</w:t>
      </w:r>
    </w:p>
    <w:p>
      <w:pPr>
        <w:spacing w:before="160"/>
      </w:pPr>
      <w:r>
        <w:rPr>
          <w:b/>
          <w:sz w:val="22"/>
        </w:rPr>
        <w:t>2. 马克思主义中国化时代化的第一次历史性飞跃发生在( )。</w:t>
      </w:r>
    </w:p>
    <w:p>
      <w:pPr>
        <w:spacing w:before="20" w:after="20"/>
      </w:pPr>
      <w:r>
        <w:rPr>
          <w:sz w:val="22"/>
        </w:rPr>
        <w:t xml:space="preserve">    A. 大革命时期</w:t>
      </w:r>
    </w:p>
    <w:p>
      <w:pPr>
        <w:spacing w:before="20" w:after="20"/>
      </w:pPr>
      <w:r>
        <w:rPr>
          <w:sz w:val="22"/>
        </w:rPr>
        <w:t xml:space="preserve">    B. 土地革命时期</w:t>
      </w:r>
    </w:p>
    <w:p>
      <w:pPr>
        <w:spacing w:before="20" w:after="20"/>
      </w:pPr>
      <w:r>
        <w:rPr>
          <w:sz w:val="22"/>
        </w:rPr>
        <w:t xml:space="preserve">    C. 抗日战争时期</w:t>
      </w:r>
    </w:p>
    <w:p>
      <w:pPr>
        <w:spacing w:before="20" w:after="20"/>
      </w:pPr>
      <w:r>
        <w:rPr>
          <w:sz w:val="22"/>
        </w:rPr>
        <w:t xml:space="preserve">    D. 新民主主义革命时期</w:t>
      </w:r>
    </w:p>
    <w:p>
      <w:pPr>
        <w:spacing w:before="160"/>
      </w:pPr>
      <w:r>
        <w:rPr>
          <w:b/>
          <w:sz w:val="22"/>
        </w:rPr>
        <w:t>3. 中国共产党执政兴国的第一要务是:</w:t>
      </w:r>
    </w:p>
    <w:p>
      <w:pPr>
        <w:spacing w:before="20" w:after="20"/>
      </w:pPr>
      <w:r>
        <w:rPr>
          <w:sz w:val="22"/>
        </w:rPr>
        <w:t xml:space="preserve">    A. 稳定</w:t>
      </w:r>
    </w:p>
    <w:p>
      <w:pPr>
        <w:spacing w:before="20" w:after="20"/>
      </w:pPr>
      <w:r>
        <w:rPr>
          <w:sz w:val="22"/>
        </w:rPr>
        <w:t xml:space="preserve">    B. 改革</w:t>
      </w:r>
    </w:p>
    <w:p>
      <w:pPr>
        <w:spacing w:before="20" w:after="20"/>
      </w:pPr>
      <w:r>
        <w:rPr>
          <w:sz w:val="22"/>
        </w:rPr>
        <w:t xml:space="preserve">    C. 发展</w:t>
      </w:r>
    </w:p>
    <w:p>
      <w:pPr>
        <w:spacing w:before="20" w:after="20"/>
      </w:pPr>
      <w:r>
        <w:rPr>
          <w:sz w:val="22"/>
        </w:rPr>
        <w:t xml:space="preserve">    D. 开放</w:t>
      </w:r>
    </w:p>
    <w:p>
      <w:pPr>
        <w:spacing w:before="160"/>
      </w:pPr>
      <w:r>
        <w:rPr>
          <w:b/>
          <w:sz w:val="22"/>
        </w:rPr>
        <w:t>4. 下列不属于毛泽东思想的历史地位的是( )</w:t>
      </w:r>
    </w:p>
    <w:p>
      <w:pPr>
        <w:spacing w:before="20" w:after="20"/>
      </w:pPr>
      <w:r>
        <w:rPr>
          <w:sz w:val="22"/>
        </w:rPr>
        <w:t xml:space="preserve">    A. 马克思主义中国化时代化的第一个重大理论成果</w:t>
      </w:r>
    </w:p>
    <w:p>
      <w:pPr>
        <w:spacing w:before="20" w:after="20"/>
      </w:pPr>
      <w:r>
        <w:rPr>
          <w:sz w:val="22"/>
        </w:rPr>
        <w:t xml:space="preserve">    B. 全面建设小康社会、加快推进社会主义现代化的根本指针</w:t>
      </w:r>
    </w:p>
    <w:p>
      <w:pPr>
        <w:spacing w:before="20" w:after="20"/>
      </w:pPr>
      <w:r>
        <w:rPr>
          <w:sz w:val="22"/>
        </w:rPr>
        <w:t xml:space="preserve">    C. 中国革命和建设的科学指南</w:t>
      </w:r>
    </w:p>
    <w:p>
      <w:pPr>
        <w:spacing w:before="20" w:after="20"/>
      </w:pPr>
      <w:r>
        <w:rPr>
          <w:sz w:val="22"/>
        </w:rPr>
        <w:t xml:space="preserve">    D. 中国共产党和中国人民宝贵的精神财富</w:t>
      </w:r>
    </w:p>
    <w:p>
      <w:pPr>
        <w:spacing w:before="160"/>
      </w:pPr>
      <w:r>
        <w:rPr>
          <w:b/>
          <w:sz w:val="22"/>
        </w:rPr>
        <w:t>5. 毛泽东在《星星之火，可以燎原》中提出的重要思想是( )。</w:t>
      </w:r>
    </w:p>
    <w:p>
      <w:pPr>
        <w:spacing w:before="20" w:after="20"/>
      </w:pPr>
      <w:r>
        <w:rPr>
          <w:sz w:val="22"/>
        </w:rPr>
        <w:t xml:space="preserve">    A. 城市中心论</w:t>
      </w:r>
    </w:p>
    <w:p>
      <w:pPr>
        <w:spacing w:before="20" w:after="20"/>
      </w:pPr>
      <w:r>
        <w:rPr>
          <w:sz w:val="22"/>
        </w:rPr>
        <w:t xml:space="preserve">    B. 农村包围城市.武装夺取政权</w:t>
      </w:r>
    </w:p>
    <w:p>
      <w:pPr>
        <w:spacing w:before="20" w:after="20"/>
      </w:pPr>
      <w:r>
        <w:rPr>
          <w:sz w:val="22"/>
        </w:rPr>
        <w:t xml:space="preserve">    C. 持久战</w:t>
      </w:r>
    </w:p>
    <w:p>
      <w:pPr>
        <w:spacing w:before="20" w:after="20"/>
      </w:pPr>
      <w:r>
        <w:rPr>
          <w:sz w:val="22"/>
        </w:rPr>
        <w:t xml:space="preserve">    D. 人民民主专政</w:t>
      </w:r>
    </w:p>
    <w:p>
      <w:pPr>
        <w:spacing w:before="160"/>
      </w:pPr>
      <w:r>
        <w:rPr>
          <w:b/>
          <w:sz w:val="22"/>
        </w:rPr>
        <w:t>6. 我国在社会主义建设初期走了不少弯路.犯了不少错误,其深层原因是:( )</w:t>
      </w:r>
    </w:p>
    <w:p>
      <w:pPr>
        <w:spacing w:before="20" w:after="20"/>
      </w:pPr>
      <w:r>
        <w:rPr>
          <w:sz w:val="22"/>
        </w:rPr>
        <w:t xml:space="preserve">    A. 经济上急于求成.盲目求纯和急于过渡</w:t>
      </w:r>
    </w:p>
    <w:p>
      <w:pPr>
        <w:spacing w:before="20" w:after="20"/>
      </w:pPr>
      <w:r>
        <w:rPr>
          <w:sz w:val="22"/>
        </w:rPr>
        <w:t xml:space="preserve">    B. 在政治上坚持以阶级斗争为纲</w:t>
      </w:r>
    </w:p>
    <w:p>
      <w:pPr>
        <w:spacing w:before="20" w:after="20"/>
      </w:pPr>
      <w:r>
        <w:rPr>
          <w:sz w:val="22"/>
        </w:rPr>
        <w:t xml:space="preserve">    C. 偏离了党的实事求是的思想路线</w:t>
      </w:r>
    </w:p>
    <w:p>
      <w:pPr>
        <w:spacing w:before="20" w:after="20"/>
      </w:pPr>
      <w:r>
        <w:rPr>
          <w:sz w:val="22"/>
        </w:rPr>
        <w:t xml:space="preserve">    D. 对什么是社会主义和如何建设社会主义的问题没有完全搞清楚</w:t>
      </w:r>
    </w:p>
    <w:p>
      <w:pPr>
        <w:spacing w:before="160"/>
      </w:pPr>
      <w:r>
        <w:rPr>
          <w:b/>
          <w:sz w:val="22"/>
        </w:rPr>
        <w:t>7. 中国特色社会主义理论体系的哲学基础是( )。</w:t>
      </w:r>
    </w:p>
    <w:p>
      <w:pPr>
        <w:spacing w:before="20" w:after="20"/>
      </w:pPr>
      <w:r>
        <w:rPr>
          <w:sz w:val="22"/>
        </w:rPr>
        <w:t xml:space="preserve">    A. 辩证唯物主义和历史唯物主义</w:t>
      </w:r>
    </w:p>
    <w:p>
      <w:pPr>
        <w:spacing w:before="20" w:after="20"/>
      </w:pPr>
      <w:r>
        <w:rPr>
          <w:sz w:val="22"/>
        </w:rPr>
        <w:t xml:space="preserve">    B. 实用主义</w:t>
      </w:r>
    </w:p>
    <w:p>
      <w:pPr>
        <w:spacing w:before="20" w:after="20"/>
      </w:pPr>
      <w:r>
        <w:rPr>
          <w:sz w:val="22"/>
        </w:rPr>
        <w:t xml:space="preserve">    C. 唯心主义</w:t>
      </w:r>
    </w:p>
    <w:p>
      <w:pPr>
        <w:spacing w:before="20" w:after="20"/>
      </w:pPr>
      <w:r>
        <w:rPr>
          <w:sz w:val="22"/>
        </w:rPr>
        <w:t xml:space="preserve">    D. 经验主义</w:t>
      </w:r>
    </w:p>
    <w:p>
      <w:pPr>
        <w:spacing w:before="160"/>
      </w:pPr>
      <w:r>
        <w:rPr>
          <w:b/>
          <w:sz w:val="22"/>
        </w:rPr>
        <w:t>8. 科学发展观强调，推动区域协调发展的总体战略不包括( )</w:t>
      </w:r>
    </w:p>
    <w:p>
      <w:pPr>
        <w:spacing w:before="20" w:after="20"/>
      </w:pPr>
      <w:r>
        <w:rPr>
          <w:sz w:val="22"/>
        </w:rPr>
        <w:t xml:space="preserve">    A. 西部大开发</w:t>
      </w:r>
    </w:p>
    <w:p>
      <w:pPr>
        <w:spacing w:before="20" w:after="20"/>
      </w:pPr>
      <w:r>
        <w:rPr>
          <w:sz w:val="22"/>
        </w:rPr>
        <w:t xml:space="preserve">    B. 东北振兴</w:t>
      </w:r>
    </w:p>
    <w:p>
      <w:pPr>
        <w:spacing w:before="20" w:after="20"/>
      </w:pPr>
      <w:r>
        <w:rPr>
          <w:sz w:val="22"/>
        </w:rPr>
        <w:t xml:space="preserve">    C. 中部崛起</w:t>
      </w:r>
    </w:p>
    <w:p>
      <w:pPr>
        <w:spacing w:before="20" w:after="20"/>
      </w:pPr>
      <w:r>
        <w:rPr>
          <w:sz w:val="22"/>
        </w:rPr>
        <w:t xml:space="preserve">    D. 东部率先</w:t>
      </w:r>
    </w:p>
    <w:p>
      <w:pPr>
        <w:spacing w:before="160"/>
      </w:pPr>
      <w:r>
        <w:rPr>
          <w:b/>
          <w:sz w:val="22"/>
        </w:rPr>
        <w:t>9. 社会主义建设道路初步探索的理论成果为后来的( )提供了重要基础。</w:t>
      </w:r>
    </w:p>
    <w:p>
      <w:pPr>
        <w:spacing w:before="20" w:after="20"/>
      </w:pPr>
      <w:r>
        <w:rPr>
          <w:sz w:val="22"/>
        </w:rPr>
        <w:t xml:space="preserve">    A. 社会主义改造</w:t>
      </w:r>
    </w:p>
    <w:p>
      <w:pPr>
        <w:spacing w:before="20" w:after="20"/>
      </w:pPr>
      <w:r>
        <w:rPr>
          <w:sz w:val="22"/>
        </w:rPr>
        <w:t xml:space="preserve">    B. 改革开放</w:t>
      </w:r>
    </w:p>
    <w:p>
      <w:pPr>
        <w:spacing w:before="20" w:after="20"/>
      </w:pPr>
      <w:r>
        <w:rPr>
          <w:sz w:val="22"/>
        </w:rPr>
        <w:t xml:space="preserve">    C. 文化大革命</w:t>
      </w:r>
    </w:p>
    <w:p>
      <w:pPr>
        <w:spacing w:before="20" w:after="20"/>
      </w:pPr>
      <w:r>
        <w:rPr>
          <w:sz w:val="22"/>
        </w:rPr>
        <w:t xml:space="preserve">    D. 计划经济</w:t>
      </w:r>
    </w:p>
    <w:p>
      <w:pPr>
        <w:spacing w:before="160"/>
      </w:pPr>
      <w:r>
        <w:rPr>
          <w:b/>
          <w:sz w:val="22"/>
        </w:rPr>
        <w:t>10. 中国特色社会主义理论体系( )</w:t>
      </w:r>
    </w:p>
    <w:p>
      <w:pPr>
        <w:spacing w:before="20" w:after="20"/>
      </w:pPr>
      <w:r>
        <w:rPr>
          <w:sz w:val="22"/>
        </w:rPr>
        <w:t xml:space="preserve">    A. 是马克思主义中国化时代化的第二次历史性飞跃</w:t>
      </w:r>
    </w:p>
    <w:p>
      <w:pPr>
        <w:spacing w:before="20" w:after="20"/>
      </w:pPr>
      <w:r>
        <w:rPr>
          <w:sz w:val="22"/>
        </w:rPr>
        <w:t xml:space="preserve">    B. 是马克思主义中国化时代化新的飞跃</w:t>
      </w:r>
    </w:p>
    <w:p>
      <w:pPr>
        <w:spacing w:before="20" w:after="20"/>
      </w:pPr>
      <w:r>
        <w:rPr>
          <w:sz w:val="22"/>
        </w:rPr>
        <w:t xml:space="preserve">    C. 形成于社会主义革命和建设时期</w:t>
      </w:r>
    </w:p>
    <w:p>
      <w:pPr>
        <w:spacing w:before="20" w:after="20"/>
      </w:pPr>
      <w:r>
        <w:rPr>
          <w:sz w:val="22"/>
        </w:rPr>
        <w:t xml:space="preserve">    D. 包括毛泽东思想</w:t>
      </w:r>
    </w:p>
    <w:p>
      <w:pPr>
        <w:spacing w:before="160"/>
      </w:pPr>
      <w:r>
        <w:rPr>
          <w:b/>
          <w:sz w:val="22"/>
        </w:rPr>
        <w:t>11. 党的文件中第一次提出科学发展观是在( )。</w:t>
      </w:r>
    </w:p>
    <w:p>
      <w:pPr>
        <w:spacing w:before="20" w:after="20"/>
      </w:pPr>
      <w:r>
        <w:rPr>
          <w:sz w:val="22"/>
        </w:rPr>
        <w:t xml:space="preserve">    A. 2003年7月胡锦涛在全国防治非典工作会议上的讲话</w:t>
      </w:r>
    </w:p>
    <w:p>
      <w:pPr>
        <w:spacing w:before="20" w:after="20"/>
      </w:pPr>
      <w:r>
        <w:rPr>
          <w:sz w:val="22"/>
        </w:rPr>
        <w:t xml:space="preserve">    B. 2003年10月党的十六届三中全会通过的《中共中央关于完善社会主义市场经济体制若干问题的决定》</w:t>
      </w:r>
    </w:p>
    <w:p>
      <w:pPr>
        <w:spacing w:before="20" w:after="20"/>
      </w:pPr>
      <w:r>
        <w:rPr>
          <w:sz w:val="22"/>
        </w:rPr>
        <w:t xml:space="preserve">    C. 2004年3月胡锦涛在中央人口资源环境座谈会上发表重要讲话</w:t>
      </w:r>
    </w:p>
    <w:p>
      <w:pPr>
        <w:spacing w:before="20" w:after="20"/>
      </w:pPr>
      <w:r>
        <w:rPr>
          <w:sz w:val="22"/>
        </w:rPr>
        <w:t xml:space="preserve">    D. 2007年党的十七大报告</w:t>
      </w:r>
    </w:p>
    <w:p>
      <w:pPr>
        <w:spacing w:before="160"/>
      </w:pPr>
      <w:r>
        <w:rPr>
          <w:b/>
          <w:sz w:val="22"/>
        </w:rPr>
        <w:t>12. 教材在内容结构上重点阐述的理论成果不包括( )。</w:t>
      </w:r>
    </w:p>
    <w:p>
      <w:pPr>
        <w:spacing w:before="20" w:after="20"/>
      </w:pPr>
      <w:r>
        <w:rPr>
          <w:sz w:val="22"/>
        </w:rPr>
        <w:t xml:space="preserve">    A. 毛泽东思想</w:t>
      </w:r>
    </w:p>
    <w:p>
      <w:pPr>
        <w:spacing w:before="20" w:after="20"/>
      </w:pPr>
      <w:r>
        <w:rPr>
          <w:sz w:val="22"/>
        </w:rPr>
        <w:t xml:space="preserve">    B. 邓小平理论</w:t>
      </w:r>
    </w:p>
    <w:p>
      <w:pPr>
        <w:spacing w:before="20" w:after="20"/>
      </w:pPr>
      <w:r>
        <w:rPr>
          <w:sz w:val="22"/>
        </w:rPr>
        <w:t xml:space="preserve">    C. “三个代表”重要思想</w:t>
      </w:r>
    </w:p>
    <w:p>
      <w:pPr>
        <w:spacing w:before="20" w:after="20"/>
      </w:pPr>
      <w:r>
        <w:rPr>
          <w:sz w:val="22"/>
        </w:rPr>
        <w:t xml:space="preserve">    D. 习近平新时代中国特色社会主义思想</w:t>
      </w:r>
    </w:p>
    <w:p>
      <w:pPr>
        <w:spacing w:before="160"/>
      </w:pPr>
      <w:r>
        <w:rPr>
          <w:b/>
          <w:sz w:val="22"/>
        </w:rPr>
        <w:t>13. 毛泽东思想和中国特色社会主义理论体系，都是以( )丰富和发展了马克思主义的理论宝库。</w:t>
      </w:r>
    </w:p>
    <w:p>
      <w:pPr>
        <w:spacing w:before="20" w:after="20"/>
      </w:pPr>
      <w:r>
        <w:rPr>
          <w:sz w:val="22"/>
        </w:rPr>
        <w:t xml:space="preserve">    A. 翻译的著作</w:t>
      </w:r>
    </w:p>
    <w:p>
      <w:pPr>
        <w:spacing w:before="20" w:after="20"/>
      </w:pPr>
      <w:r>
        <w:rPr>
          <w:sz w:val="22"/>
        </w:rPr>
        <w:t xml:space="preserve">    B. 独创性的理论成果</w:t>
      </w:r>
    </w:p>
    <w:p>
      <w:pPr>
        <w:spacing w:before="20" w:after="20"/>
      </w:pPr>
      <w:r>
        <w:rPr>
          <w:sz w:val="22"/>
        </w:rPr>
        <w:t xml:space="preserve">    C. 外来的经验</w:t>
      </w:r>
    </w:p>
    <w:p>
      <w:pPr>
        <w:spacing w:before="20" w:after="20"/>
      </w:pPr>
      <w:r>
        <w:rPr>
          <w:sz w:val="22"/>
        </w:rPr>
        <w:t xml:space="preserve">    D. 古典的理论</w:t>
      </w:r>
    </w:p>
    <w:p>
      <w:pPr>
        <w:spacing w:before="160"/>
      </w:pPr>
      <w:r>
        <w:rPr>
          <w:b/>
          <w:sz w:val="22"/>
        </w:rPr>
        <w:t>14. 马克思主义中国化时代化理论成果的指导思想地位被载入了( )。</w:t>
      </w:r>
    </w:p>
    <w:p>
      <w:pPr>
        <w:spacing w:before="20" w:after="20"/>
      </w:pPr>
      <w:r>
        <w:rPr>
          <w:sz w:val="22"/>
        </w:rPr>
        <w:t xml:space="preserve">    A. 党的文件</w:t>
      </w:r>
    </w:p>
    <w:p>
      <w:pPr>
        <w:spacing w:before="20" w:after="20"/>
      </w:pPr>
      <w:r>
        <w:rPr>
          <w:sz w:val="22"/>
        </w:rPr>
        <w:t xml:space="preserve">    B. 国家宪法</w:t>
      </w:r>
    </w:p>
    <w:p>
      <w:pPr>
        <w:spacing w:before="20" w:after="20"/>
      </w:pPr>
      <w:r>
        <w:rPr>
          <w:sz w:val="22"/>
        </w:rPr>
        <w:t xml:space="preserve">    C. 党和国家的文件与宪法</w:t>
      </w:r>
    </w:p>
    <w:p>
      <w:pPr>
        <w:spacing w:before="20" w:after="20"/>
      </w:pPr>
      <w:r>
        <w:rPr>
          <w:sz w:val="22"/>
        </w:rPr>
        <w:t xml:space="preserve">    D. 学术著作</w:t>
      </w:r>
    </w:p>
    <w:p>
      <w:pPr>
        <w:spacing w:before="160"/>
      </w:pPr>
      <w:r>
        <w:rPr>
          <w:b/>
          <w:sz w:val="22"/>
        </w:rPr>
        <w:t>15. 在党史学习教育动员大会上，习近平总书记指出:“( )是中国革命史上具有重大意义的事件，标志着中国新民主主义革命的开端。”这一事件是( )。</w:t>
      </w:r>
    </w:p>
    <w:p>
      <w:pPr>
        <w:spacing w:before="20" w:after="20"/>
      </w:pPr>
      <w:r>
        <w:rPr>
          <w:sz w:val="22"/>
        </w:rPr>
        <w:t xml:space="preserve">    A. 辛亥革命</w:t>
      </w:r>
    </w:p>
    <w:p>
      <w:pPr>
        <w:spacing w:before="20" w:after="20"/>
      </w:pPr>
      <w:r>
        <w:rPr>
          <w:sz w:val="22"/>
        </w:rPr>
        <w:t xml:space="preserve">    B. 五四运动</w:t>
      </w:r>
    </w:p>
    <w:p>
      <w:pPr>
        <w:spacing w:before="20" w:after="20"/>
      </w:pPr>
      <w:r>
        <w:rPr>
          <w:sz w:val="22"/>
        </w:rPr>
        <w:t xml:space="preserve">    C. 中国共产党成立</w:t>
      </w:r>
    </w:p>
    <w:p>
      <w:pPr>
        <w:spacing w:before="20" w:after="20"/>
      </w:pPr>
      <w:r>
        <w:rPr>
          <w:sz w:val="22"/>
        </w:rPr>
        <w:t xml:space="preserve">    D. 南昌起义</w:t>
      </w:r>
    </w:p>
    <w:p>
      <w:pPr>
        <w:spacing w:before="160"/>
      </w:pPr>
      <w:r>
        <w:rPr>
          <w:b/>
          <w:sz w:val="22"/>
        </w:rPr>
        <w:t>16. 毛泽东一生为党和人民的事业作出了杰出贡献，( ) 对毛泽东和毛泽东思想的历史地位作出了科学的.实事求是的评价。</w:t>
      </w:r>
    </w:p>
    <w:p>
      <w:pPr>
        <w:spacing w:before="20" w:after="20"/>
      </w:pPr>
      <w:r>
        <w:rPr>
          <w:sz w:val="22"/>
        </w:rPr>
        <w:t xml:space="preserve">    A. 党的七大</w:t>
      </w:r>
    </w:p>
    <w:p>
      <w:pPr>
        <w:spacing w:before="20" w:after="20"/>
      </w:pPr>
      <w:r>
        <w:rPr>
          <w:sz w:val="22"/>
        </w:rPr>
        <w:t xml:space="preserve">    B. 《关于建国以来党的若干历史问题的决议》</w:t>
      </w:r>
    </w:p>
    <w:p>
      <w:pPr>
        <w:spacing w:before="20" w:after="20"/>
      </w:pPr>
      <w:r>
        <w:rPr>
          <w:sz w:val="22"/>
        </w:rPr>
        <w:t xml:space="preserve">    C. 习近平在纪念毛泽东同志诞辰130周年座谈会上的讲话</w:t>
      </w:r>
    </w:p>
    <w:p>
      <w:pPr>
        <w:spacing w:before="20" w:after="20"/>
      </w:pPr>
      <w:r>
        <w:rPr>
          <w:sz w:val="22"/>
        </w:rPr>
        <w:t xml:space="preserve">    D. 《中共中央关于党的百年奋斗重大成就和历史经验的决议》</w:t>
      </w:r>
    </w:p>
    <w:p>
      <w:pPr>
        <w:spacing w:before="160"/>
      </w:pPr>
      <w:r>
        <w:rPr>
          <w:b/>
          <w:sz w:val="22"/>
        </w:rPr>
        <w:t>17. 邓小平指出，在改革中，我们始终坚持两条根本原则，一是以社会主义公有制经济为主体，一是( )</w:t>
      </w:r>
    </w:p>
    <w:p>
      <w:pPr>
        <w:spacing w:before="20" w:after="20"/>
      </w:pPr>
      <w:r>
        <w:rPr>
          <w:sz w:val="22"/>
        </w:rPr>
        <w:t xml:space="preserve">    A. 共同富裕</w:t>
      </w:r>
    </w:p>
    <w:p>
      <w:pPr>
        <w:spacing w:before="20" w:after="20"/>
      </w:pPr>
      <w:r>
        <w:rPr>
          <w:sz w:val="22"/>
        </w:rPr>
        <w:t xml:space="preserve">    B. 发展生产力</w:t>
      </w:r>
    </w:p>
    <w:p>
      <w:pPr>
        <w:spacing w:before="20" w:after="20"/>
      </w:pPr>
      <w:r>
        <w:rPr>
          <w:sz w:val="22"/>
        </w:rPr>
        <w:t xml:space="preserve">    C. 消灭剥削</w:t>
      </w:r>
    </w:p>
    <w:p>
      <w:pPr>
        <w:spacing w:before="20" w:after="20"/>
      </w:pPr>
      <w:r>
        <w:rPr>
          <w:sz w:val="22"/>
        </w:rPr>
        <w:t xml:space="preserve">    D. 消除两极分化</w:t>
      </w:r>
    </w:p>
    <w:p>
      <w:pPr>
        <w:spacing w:before="160"/>
      </w:pPr>
      <w:r>
        <w:rPr>
          <w:b/>
          <w:sz w:val="22"/>
        </w:rPr>
        <w:t>18. 新时代弘扬新民主主义革命精神，对于青年学生坚定“四个自信”具有重要意义。其中，新民主主义革命的胜利，为坚定( )提供了深厚的历史底蕴。</w:t>
      </w:r>
    </w:p>
    <w:p>
      <w:pPr>
        <w:spacing w:before="20" w:after="20"/>
      </w:pPr>
      <w:r>
        <w:rPr>
          <w:sz w:val="22"/>
        </w:rPr>
        <w:t xml:space="preserve">    A. 道路自信</w:t>
      </w:r>
    </w:p>
    <w:p>
      <w:pPr>
        <w:spacing w:before="20" w:after="20"/>
      </w:pPr>
      <w:r>
        <w:rPr>
          <w:sz w:val="22"/>
        </w:rPr>
        <w:t xml:space="preserve">    B. 理论自信</w:t>
      </w:r>
    </w:p>
    <w:p>
      <w:pPr>
        <w:spacing w:before="20" w:after="20"/>
      </w:pPr>
      <w:r>
        <w:rPr>
          <w:sz w:val="22"/>
        </w:rPr>
        <w:t xml:space="preserve">    C. 制度自信</w:t>
      </w:r>
    </w:p>
    <w:p>
      <w:pPr>
        <w:spacing w:before="20" w:after="20"/>
      </w:pPr>
      <w:r>
        <w:rPr>
          <w:sz w:val="22"/>
        </w:rPr>
        <w:t xml:space="preserve">    D. 文化自信</w:t>
      </w:r>
    </w:p>
    <w:p>
      <w:pPr>
        <w:spacing w:before="160"/>
      </w:pPr>
      <w:r>
        <w:rPr>
          <w:b/>
          <w:sz w:val="22"/>
        </w:rPr>
        <w:t>19. 党的十一届三中全会重新确立的思想路线是( )</w:t>
      </w:r>
    </w:p>
    <w:p>
      <w:pPr>
        <w:spacing w:before="20" w:after="20"/>
      </w:pPr>
      <w:r>
        <w:rPr>
          <w:sz w:val="22"/>
        </w:rPr>
        <w:t xml:space="preserve">    A. 群众路线</w:t>
      </w:r>
    </w:p>
    <w:p>
      <w:pPr>
        <w:spacing w:before="20" w:after="20"/>
      </w:pPr>
      <w:r>
        <w:rPr>
          <w:sz w:val="22"/>
        </w:rPr>
        <w:t xml:space="preserve">    B. 独立自主</w:t>
      </w:r>
    </w:p>
    <w:p>
      <w:pPr>
        <w:spacing w:before="20" w:after="20"/>
      </w:pPr>
      <w:r>
        <w:rPr>
          <w:sz w:val="22"/>
        </w:rPr>
        <w:t xml:space="preserve">    C. 解放思想.实事求是</w:t>
      </w:r>
    </w:p>
    <w:p>
      <w:pPr>
        <w:spacing w:before="20" w:after="20"/>
      </w:pPr>
      <w:r>
        <w:rPr>
          <w:sz w:val="22"/>
        </w:rPr>
        <w:t xml:space="preserve">    D. 艰苦奋斗</w:t>
      </w:r>
    </w:p>
    <w:p>
      <w:pPr>
        <w:spacing w:before="160"/>
      </w:pPr>
      <w:r>
        <w:rPr>
          <w:b/>
          <w:sz w:val="22"/>
        </w:rPr>
        <w:t>20. 某同学在学习后认为:“新民主主义革命与旧民主主义革命的任务相同，都是反帝反封建，因此性质也相同。”该观点( )。</w:t>
      </w:r>
    </w:p>
    <w:p>
      <w:pPr>
        <w:spacing w:before="20" w:after="20"/>
      </w:pPr>
      <w:r>
        <w:rPr>
          <w:sz w:val="22"/>
        </w:rPr>
        <w:t xml:space="preserve">    A. 正确，因为革命任务决定革命性质</w:t>
      </w:r>
    </w:p>
    <w:p>
      <w:pPr>
        <w:spacing w:before="20" w:after="20"/>
      </w:pPr>
      <w:r>
        <w:rPr>
          <w:sz w:val="22"/>
        </w:rPr>
        <w:t xml:space="preserve">    B. 错误，混淆了革命任务与革命领导权的区别</w:t>
      </w:r>
    </w:p>
    <w:p>
      <w:pPr>
        <w:spacing w:before="20" w:after="20"/>
      </w:pPr>
      <w:r>
        <w:rPr>
          <w:sz w:val="22"/>
        </w:rPr>
        <w:t xml:space="preserve">    C. 正确，因为两者都属于资产阶级民主革命</w:t>
      </w:r>
    </w:p>
    <w:p>
      <w:pPr>
        <w:spacing w:before="20" w:after="20"/>
      </w:pPr>
      <w:r>
        <w:rPr>
          <w:sz w:val="22"/>
        </w:rPr>
        <w:t xml:space="preserve">    D. 错误，因为两者的革命对象完全不同</w:t>
      </w:r>
    </w:p>
    <w:p>
      <w:pPr>
        <w:spacing w:before="160"/>
      </w:pPr>
      <w:r>
        <w:rPr>
          <w:b/>
          <w:sz w:val="22"/>
        </w:rPr>
        <w:t>21. 邓小平指出，任何外国不要指望中国做他们的( )</w:t>
      </w:r>
    </w:p>
    <w:p>
      <w:pPr>
        <w:spacing w:before="20" w:after="20"/>
      </w:pPr>
      <w:r>
        <w:rPr>
          <w:sz w:val="22"/>
        </w:rPr>
        <w:t xml:space="preserve">    A. 附庸</w:t>
      </w:r>
    </w:p>
    <w:p>
      <w:pPr>
        <w:spacing w:before="20" w:after="20"/>
      </w:pPr>
      <w:r>
        <w:rPr>
          <w:sz w:val="22"/>
        </w:rPr>
        <w:t xml:space="preserve">    B. 朋友</w:t>
      </w:r>
    </w:p>
    <w:p>
      <w:pPr>
        <w:spacing w:before="20" w:after="20"/>
      </w:pPr>
      <w:r>
        <w:rPr>
          <w:sz w:val="22"/>
        </w:rPr>
        <w:t xml:space="preserve">    C. 伙伴</w:t>
      </w:r>
    </w:p>
    <w:p>
      <w:pPr>
        <w:spacing w:before="20" w:after="20"/>
      </w:pPr>
      <w:r>
        <w:rPr>
          <w:sz w:val="22"/>
        </w:rPr>
        <w:t xml:space="preserve">    D. 对手</w:t>
      </w:r>
    </w:p>
    <w:p>
      <w:pPr>
        <w:spacing w:before="160"/>
      </w:pPr>
      <w:r>
        <w:rPr>
          <w:b/>
          <w:sz w:val="22"/>
        </w:rPr>
        <w:t>22. ( )明确把“不断谱写马克思主义中国化时代化新篇章”作为当代中国共产党人的庄严历史责任，并提出了继续推进马克思主义中国化时代化的新要求。</w:t>
      </w:r>
    </w:p>
    <w:p>
      <w:pPr>
        <w:spacing w:before="20" w:after="20"/>
      </w:pPr>
      <w:r>
        <w:rPr>
          <w:sz w:val="22"/>
        </w:rPr>
        <w:t xml:space="preserve">    A. 党的十七大</w:t>
      </w:r>
    </w:p>
    <w:p>
      <w:pPr>
        <w:spacing w:before="20" w:after="20"/>
      </w:pPr>
      <w:r>
        <w:rPr>
          <w:sz w:val="22"/>
        </w:rPr>
        <w:t xml:space="preserve">    B. 党的十八大</w:t>
      </w:r>
    </w:p>
    <w:p>
      <w:pPr>
        <w:spacing w:before="20" w:after="20"/>
      </w:pPr>
      <w:r>
        <w:rPr>
          <w:sz w:val="22"/>
        </w:rPr>
        <w:t xml:space="preserve">    C. 党的十九大</w:t>
      </w:r>
    </w:p>
    <w:p>
      <w:pPr>
        <w:spacing w:before="20" w:after="20"/>
      </w:pPr>
      <w:r>
        <w:rPr>
          <w:sz w:val="22"/>
        </w:rPr>
        <w:t xml:space="preserve">    D. 党的二十大</w:t>
      </w:r>
    </w:p>
    <w:p>
      <w:pPr>
        <w:spacing w:before="160"/>
      </w:pPr>
      <w:r>
        <w:rPr>
          <w:b/>
          <w:sz w:val="22"/>
        </w:rPr>
        <w:t>23. 科学发展观强调，建设生态文明的核心是( )</w:t>
      </w:r>
    </w:p>
    <w:p>
      <w:pPr>
        <w:spacing w:before="20" w:after="20"/>
      </w:pPr>
      <w:r>
        <w:rPr>
          <w:sz w:val="22"/>
        </w:rPr>
        <w:t xml:space="preserve">    A. 经济增长</w:t>
      </w:r>
    </w:p>
    <w:p>
      <w:pPr>
        <w:spacing w:before="20" w:after="20"/>
      </w:pPr>
      <w:r>
        <w:rPr>
          <w:sz w:val="22"/>
        </w:rPr>
        <w:t xml:space="preserve">    B. 环境保护</w:t>
      </w:r>
    </w:p>
    <w:p>
      <w:pPr>
        <w:spacing w:before="20" w:after="20"/>
      </w:pPr>
      <w:r>
        <w:rPr>
          <w:sz w:val="22"/>
        </w:rPr>
        <w:t xml:space="preserve">    C. 节约资源</w:t>
      </w:r>
    </w:p>
    <w:p>
      <w:pPr>
        <w:spacing w:before="20" w:after="20"/>
      </w:pPr>
      <w:r>
        <w:rPr>
          <w:sz w:val="22"/>
        </w:rPr>
        <w:t xml:space="preserve">    D. 人与自然和谐发展</w:t>
      </w:r>
    </w:p>
    <w:p>
      <w:pPr>
        <w:spacing w:before="160"/>
      </w:pPr>
      <w:r>
        <w:rPr>
          <w:b/>
          <w:sz w:val="22"/>
        </w:rPr>
        <w:t>24. 在党的七大上，( )代表党中央作了《关于修改党章的报告》，指出毛泽东思想是“中国化的马克思主义”。</w:t>
      </w:r>
    </w:p>
    <w:p>
      <w:pPr>
        <w:spacing w:before="20" w:after="20"/>
      </w:pPr>
      <w:r>
        <w:rPr>
          <w:sz w:val="22"/>
        </w:rPr>
        <w:t xml:space="preserve">    A. 毛泽东</w:t>
      </w:r>
    </w:p>
    <w:p>
      <w:pPr>
        <w:spacing w:before="20" w:after="20"/>
      </w:pPr>
      <w:r>
        <w:rPr>
          <w:sz w:val="22"/>
        </w:rPr>
        <w:t xml:space="preserve">    B. 刘少奇</w:t>
      </w:r>
    </w:p>
    <w:p>
      <w:pPr>
        <w:spacing w:before="20" w:after="20"/>
      </w:pPr>
      <w:r>
        <w:rPr>
          <w:sz w:val="22"/>
        </w:rPr>
        <w:t xml:space="preserve">    C. 周恩来</w:t>
      </w:r>
    </w:p>
    <w:p>
      <w:pPr>
        <w:spacing w:before="20" w:after="20"/>
      </w:pPr>
      <w:r>
        <w:rPr>
          <w:sz w:val="22"/>
        </w:rPr>
        <w:t xml:space="preserve">    D. 朱德</w:t>
      </w:r>
    </w:p>
    <w:p>
      <w:pPr>
        <w:spacing w:before="160"/>
      </w:pPr>
      <w:r>
        <w:rPr>
          <w:b/>
          <w:sz w:val="22"/>
        </w:rPr>
        <w:t>25. 我国改革从( )率先突破，逐步转向城市经济体制改革并全面铺开，确立社会主义市场经济的改革方向……</w:t>
      </w:r>
    </w:p>
    <w:p>
      <w:pPr>
        <w:spacing w:before="20" w:after="20"/>
      </w:pPr>
      <w:r>
        <w:rPr>
          <w:sz w:val="22"/>
        </w:rPr>
        <w:t xml:space="preserve">    A. 计划经济为主，市场经济为辅</w:t>
      </w:r>
    </w:p>
    <w:p>
      <w:pPr>
        <w:spacing w:before="20" w:after="20"/>
      </w:pPr>
      <w:r>
        <w:rPr>
          <w:sz w:val="22"/>
        </w:rPr>
        <w:t xml:space="preserve">    B. 计划少一点，市场多一点</w:t>
      </w:r>
    </w:p>
    <w:p>
      <w:pPr>
        <w:spacing w:before="20" w:after="20"/>
      </w:pPr>
      <w:r>
        <w:rPr>
          <w:sz w:val="22"/>
        </w:rPr>
        <w:t xml:space="preserve">    C. 包干到户</w:t>
      </w:r>
    </w:p>
    <w:p>
      <w:pPr>
        <w:spacing w:before="20" w:after="20"/>
      </w:pPr>
      <w:r>
        <w:rPr>
          <w:sz w:val="22"/>
        </w:rPr>
        <w:t xml:space="preserve">    D. 农村实行家庭联产承包责任制</w:t>
      </w:r>
    </w:p>
    <w:p>
      <w:pPr>
        <w:spacing w:before="160"/>
      </w:pPr>
      <w:r>
        <w:rPr>
          <w:b/>
          <w:sz w:val="22"/>
        </w:rPr>
        <w:t>26. 社会主义革命时期，民族资产阶级具有两面性，即剥削工人取得利润和( )</w:t>
      </w:r>
    </w:p>
    <w:p>
      <w:pPr>
        <w:spacing w:before="20" w:after="20"/>
      </w:pPr>
      <w:r>
        <w:rPr>
          <w:sz w:val="22"/>
        </w:rPr>
        <w:t xml:space="preserve">    A. 与帝国主义.封建主义有千丝万缕的联系</w:t>
      </w:r>
    </w:p>
    <w:p>
      <w:pPr>
        <w:spacing w:before="20" w:after="20"/>
      </w:pPr>
      <w:r>
        <w:rPr>
          <w:sz w:val="22"/>
        </w:rPr>
        <w:t xml:space="preserve">    B. 强烈的革命性</w:t>
      </w:r>
    </w:p>
    <w:p>
      <w:pPr>
        <w:spacing w:before="20" w:after="20"/>
      </w:pPr>
      <w:r>
        <w:rPr>
          <w:sz w:val="22"/>
        </w:rPr>
        <w:t xml:space="preserve">    C. 拥护宪法、愿意接受社会主义改造</w:t>
      </w:r>
    </w:p>
    <w:p>
      <w:pPr>
        <w:spacing w:before="20" w:after="20"/>
      </w:pPr>
      <w:r>
        <w:rPr>
          <w:sz w:val="22"/>
        </w:rPr>
        <w:t xml:space="preserve">    D. 对社会主义革命的动摇性</w:t>
      </w:r>
    </w:p>
    <w:p>
      <w:pPr>
        <w:spacing w:before="160"/>
      </w:pPr>
      <w:r>
        <w:rPr>
          <w:b/>
          <w:sz w:val="22"/>
        </w:rPr>
        <w:t>27. 马克思主义中国化时代化的最新理论成果是( )。</w:t>
      </w:r>
    </w:p>
    <w:p>
      <w:pPr>
        <w:spacing w:before="20" w:after="20"/>
      </w:pPr>
      <w:r>
        <w:rPr>
          <w:sz w:val="22"/>
        </w:rPr>
        <w:t xml:space="preserve">    A. 毛泽东思想</w:t>
      </w:r>
    </w:p>
    <w:p>
      <w:pPr>
        <w:spacing w:before="20" w:after="20"/>
      </w:pPr>
      <w:r>
        <w:rPr>
          <w:sz w:val="22"/>
        </w:rPr>
        <w:t xml:space="preserve">    B. 科学发展观</w:t>
      </w:r>
    </w:p>
    <w:p>
      <w:pPr>
        <w:spacing w:before="20" w:after="20"/>
      </w:pPr>
      <w:r>
        <w:rPr>
          <w:sz w:val="22"/>
        </w:rPr>
        <w:t xml:space="preserve">    C. 习近平新时代中国特色社会主义思想</w:t>
      </w:r>
    </w:p>
    <w:p>
      <w:pPr>
        <w:spacing w:before="20" w:after="20"/>
      </w:pPr>
      <w:r>
        <w:rPr>
          <w:sz w:val="22"/>
        </w:rPr>
        <w:t xml:space="preserve">    D. 邓小平理论</w:t>
      </w:r>
    </w:p>
    <w:p>
      <w:pPr>
        <w:spacing w:before="160"/>
      </w:pPr>
      <w:r>
        <w:rPr>
          <w:b/>
          <w:sz w:val="22"/>
        </w:rPr>
        <w:t>28. 结合党史学习教育常态化长效化的要求，青年学生理解新民主主义革命“三大法宝”的现实启示，其中，根本保证是( )。</w:t>
      </w:r>
    </w:p>
    <w:p>
      <w:pPr>
        <w:spacing w:before="20" w:after="20"/>
      </w:pPr>
      <w:r>
        <w:rPr>
          <w:sz w:val="22"/>
        </w:rPr>
        <w:t xml:space="preserve">    A. 坚持党的领导，加强党的建设</w:t>
      </w:r>
    </w:p>
    <w:p>
      <w:pPr>
        <w:spacing w:before="20" w:after="20"/>
      </w:pPr>
      <w:r>
        <w:rPr>
          <w:sz w:val="22"/>
        </w:rPr>
        <w:t xml:space="preserve">    B. 掌握武装斗争的方法</w:t>
      </w:r>
    </w:p>
    <w:p>
      <w:pPr>
        <w:spacing w:before="20" w:after="20"/>
      </w:pPr>
      <w:r>
        <w:rPr>
          <w:sz w:val="22"/>
        </w:rPr>
        <w:t xml:space="preserve">    C. 建立广泛的统一战线</w:t>
      </w:r>
    </w:p>
    <w:p>
      <w:pPr>
        <w:spacing w:before="20" w:after="20"/>
      </w:pPr>
      <w:r>
        <w:rPr>
          <w:sz w:val="22"/>
        </w:rPr>
        <w:t xml:space="preserve">    D. 独立自主，自力更生</w:t>
      </w:r>
    </w:p>
    <w:p>
      <w:pPr>
        <w:spacing w:before="160"/>
      </w:pPr>
      <w:r>
        <w:rPr>
          <w:b/>
          <w:sz w:val="22"/>
        </w:rPr>
        <w:t>29. 邓小平指出，我们建立的社会主义制度是个好制度，必须坚持，我们的经验教训有许多条，最重要的一条是要搞清楚( )。</w:t>
      </w:r>
    </w:p>
    <w:p>
      <w:pPr>
        <w:spacing w:before="20" w:after="20"/>
      </w:pPr>
      <w:r>
        <w:rPr>
          <w:sz w:val="22"/>
        </w:rPr>
        <w:t xml:space="preserve">    A. 什么是社会主义，如何建设社会主义。</w:t>
      </w:r>
    </w:p>
    <w:p>
      <w:pPr>
        <w:spacing w:before="20" w:after="20"/>
      </w:pPr>
      <w:r>
        <w:rPr>
          <w:sz w:val="22"/>
        </w:rPr>
        <w:t xml:space="preserve">    B. 要坚持党的领导</w:t>
      </w:r>
    </w:p>
    <w:p>
      <w:pPr>
        <w:spacing w:before="20" w:after="20"/>
      </w:pPr>
      <w:r>
        <w:rPr>
          <w:sz w:val="22"/>
        </w:rPr>
        <w:t xml:space="preserve">    C. 要发展生产力</w:t>
      </w:r>
    </w:p>
    <w:p>
      <w:pPr>
        <w:spacing w:before="20" w:after="20"/>
      </w:pPr>
      <w:r>
        <w:rPr>
          <w:sz w:val="22"/>
        </w:rPr>
        <w:t xml:space="preserve">    D. 要改革开放</w:t>
      </w:r>
    </w:p>
    <w:p>
      <w:pPr>
        <w:spacing w:before="160"/>
      </w:pPr>
      <w:r>
        <w:rPr>
          <w:b/>
          <w:sz w:val="22"/>
        </w:rPr>
        <w:t>30. 在“传承红色基因”教育活动中，讲解员提到:“( )会议开始确立以毛泽东为主要代表的马克思主义正确路线在党中央的领导地位，在极其危急的情况下挽救了党，挽救了红军，挽救了中国革命。”这指的是( )。</w:t>
      </w:r>
    </w:p>
    <w:p>
      <w:pPr>
        <w:spacing w:before="20" w:after="20"/>
      </w:pPr>
      <w:r>
        <w:rPr>
          <w:sz w:val="22"/>
        </w:rPr>
        <w:t xml:space="preserve">    A. 八七会议</w:t>
      </w:r>
    </w:p>
    <w:p>
      <w:pPr>
        <w:spacing w:before="20" w:after="20"/>
      </w:pPr>
      <w:r>
        <w:rPr>
          <w:sz w:val="22"/>
        </w:rPr>
        <w:t xml:space="preserve">    B. 古田会议</w:t>
      </w:r>
    </w:p>
    <w:p>
      <w:pPr>
        <w:spacing w:before="20" w:after="20"/>
      </w:pPr>
      <w:r>
        <w:rPr>
          <w:sz w:val="22"/>
        </w:rPr>
        <w:t xml:space="preserve">    C. 遵义会议</w:t>
      </w:r>
    </w:p>
    <w:p>
      <w:pPr>
        <w:spacing w:before="20" w:after="20"/>
      </w:pPr>
      <w:r>
        <w:rPr>
          <w:sz w:val="22"/>
        </w:rPr>
        <w:t xml:space="preserve">    D. 瓦窑堡会议</w:t>
      </w:r>
    </w:p>
    <w:p>
      <w:pPr>
        <w:spacing w:before="160"/>
      </w:pPr>
      <w:r>
        <w:rPr>
          <w:b/>
          <w:sz w:val="22"/>
        </w:rPr>
        <w:t>31. 某高校思政课实践教学组织学生参观“伟大开端——中国共产党创建历史陈列”展览。在“新民主主义革命”展区，解说员讲到:“( )的胜利，彻底结束了旧中国半殖民地半封建社会的历史，为实现中华民族伟大复兴创造了根本社会条件。”这指的是( )。</w:t>
      </w:r>
    </w:p>
    <w:p>
      <w:pPr>
        <w:spacing w:before="20" w:after="20"/>
      </w:pPr>
      <w:r>
        <w:rPr>
          <w:sz w:val="22"/>
        </w:rPr>
        <w:t xml:space="preserve">    A. 抗日战争的胜利</w:t>
      </w:r>
    </w:p>
    <w:p>
      <w:pPr>
        <w:spacing w:before="20" w:after="20"/>
      </w:pPr>
      <w:r>
        <w:rPr>
          <w:sz w:val="22"/>
        </w:rPr>
        <w:t xml:space="preserve">    B. 解放战争的胜利</w:t>
      </w:r>
    </w:p>
    <w:p>
      <w:pPr>
        <w:spacing w:before="20" w:after="20"/>
      </w:pPr>
      <w:r>
        <w:rPr>
          <w:sz w:val="22"/>
        </w:rPr>
        <w:t xml:space="preserve">    C. 新民主主义革命的胜利</w:t>
      </w:r>
    </w:p>
    <w:p>
      <w:pPr>
        <w:spacing w:before="20" w:after="20"/>
      </w:pPr>
      <w:r>
        <w:rPr>
          <w:sz w:val="22"/>
        </w:rPr>
        <w:t xml:space="preserve">    D. 社会主义革命的胜利</w:t>
      </w:r>
    </w:p>
    <w:p>
      <w:pPr>
        <w:spacing w:before="160"/>
      </w:pPr>
      <w:r>
        <w:rPr>
          <w:b/>
          <w:sz w:val="22"/>
        </w:rPr>
        <w:t>32. 中国共产党全部工作的出发点和落脚点是:</w:t>
      </w:r>
    </w:p>
    <w:p>
      <w:pPr>
        <w:spacing w:before="20" w:after="20"/>
      </w:pPr>
      <w:r>
        <w:rPr>
          <w:sz w:val="22"/>
        </w:rPr>
        <w:t xml:space="preserve">    A. 代表先进生产力的发展要求</w:t>
      </w:r>
    </w:p>
    <w:p>
      <w:pPr>
        <w:spacing w:before="20" w:after="20"/>
      </w:pPr>
      <w:r>
        <w:rPr>
          <w:sz w:val="22"/>
        </w:rPr>
        <w:t xml:space="preserve">    B. 代表先进文化的前进方向</w:t>
      </w:r>
    </w:p>
    <w:p>
      <w:pPr>
        <w:spacing w:before="20" w:after="20"/>
      </w:pPr>
      <w:r>
        <w:rPr>
          <w:sz w:val="22"/>
        </w:rPr>
        <w:t xml:space="preserve">    C. 代表最广大人民的根本利益</w:t>
      </w:r>
    </w:p>
    <w:p>
      <w:pPr>
        <w:spacing w:before="20" w:after="20"/>
      </w:pPr>
      <w:r>
        <w:rPr>
          <w:sz w:val="22"/>
        </w:rPr>
        <w:t xml:space="preserve">    D. 发展社会主义市场经济</w:t>
      </w:r>
    </w:p>
    <w:p>
      <w:pPr>
        <w:spacing w:before="160"/>
      </w:pPr>
      <w:r>
        <w:rPr>
          <w:b/>
          <w:sz w:val="22"/>
        </w:rPr>
        <w:t>33. 1917年俄国( )的胜利开辟了世界无产阶级社会主义革命的新时代，也给中国送来了马克思列宁主义，帮助中国的先进分子开始用无产阶级的世界观作为观察国家命运的工具，中国革命从此有了科学的指导思想。</w:t>
      </w:r>
    </w:p>
    <w:p>
      <w:pPr>
        <w:spacing w:before="20" w:after="20"/>
      </w:pPr>
      <w:r>
        <w:rPr>
          <w:sz w:val="22"/>
        </w:rPr>
        <w:t xml:space="preserve">    A. 十月革命</w:t>
      </w:r>
    </w:p>
    <w:p>
      <w:pPr>
        <w:spacing w:before="20" w:after="20"/>
      </w:pPr>
      <w:r>
        <w:rPr>
          <w:sz w:val="22"/>
        </w:rPr>
        <w:t xml:space="preserve">    B. 第二次世界大战</w:t>
      </w:r>
    </w:p>
    <w:p>
      <w:pPr>
        <w:spacing w:before="20" w:after="20"/>
      </w:pPr>
      <w:r>
        <w:rPr>
          <w:sz w:val="22"/>
        </w:rPr>
        <w:t xml:space="preserve">    C. 遵义会议</w:t>
      </w:r>
    </w:p>
    <w:p>
      <w:pPr>
        <w:spacing w:before="20" w:after="20"/>
      </w:pPr>
      <w:r>
        <w:rPr>
          <w:sz w:val="22"/>
        </w:rPr>
        <w:t xml:space="preserve">    D. 二月革命</w:t>
      </w:r>
    </w:p>
    <w:p>
      <w:pPr>
        <w:spacing w:before="160"/>
      </w:pPr>
      <w:r>
        <w:rPr>
          <w:b/>
          <w:sz w:val="22"/>
        </w:rPr>
        <w:t>34. 对外开放是( )</w:t>
      </w:r>
    </w:p>
    <w:p>
      <w:pPr>
        <w:spacing w:before="20" w:after="20"/>
      </w:pPr>
      <w:r>
        <w:rPr>
          <w:sz w:val="22"/>
        </w:rPr>
        <w:t xml:space="preserve">    A. 我国的一项基本国策</w:t>
      </w:r>
    </w:p>
    <w:p>
      <w:pPr>
        <w:spacing w:before="20" w:after="20"/>
      </w:pPr>
      <w:r>
        <w:rPr>
          <w:sz w:val="22"/>
        </w:rPr>
        <w:t xml:space="preserve">    B. 我国的一项临时政策</w:t>
      </w:r>
    </w:p>
    <w:p>
      <w:pPr>
        <w:spacing w:before="20" w:after="20"/>
      </w:pPr>
      <w:r>
        <w:rPr>
          <w:sz w:val="22"/>
        </w:rPr>
        <w:t xml:space="preserve">    C. 我国的一项政治制度</w:t>
      </w:r>
    </w:p>
    <w:p>
      <w:pPr>
        <w:spacing w:before="20" w:after="20"/>
      </w:pPr>
      <w:r>
        <w:rPr>
          <w:sz w:val="22"/>
        </w:rPr>
        <w:t xml:space="preserve">    D. 我国的一项文化政策</w:t>
      </w:r>
    </w:p>
    <w:p>
      <w:pPr>
        <w:spacing w:before="160"/>
      </w:pPr>
      <w:r>
        <w:rPr>
          <w:b/>
          <w:sz w:val="22"/>
        </w:rPr>
        <w:t>35. 1919年( )促进了马克思主义在中国的广泛传播。</w:t>
      </w:r>
    </w:p>
    <w:p>
      <w:pPr>
        <w:spacing w:before="20" w:after="20"/>
      </w:pPr>
      <w:r>
        <w:rPr>
          <w:sz w:val="22"/>
        </w:rPr>
        <w:t xml:space="preserve">    A. 鸦片战争</w:t>
      </w:r>
    </w:p>
    <w:p>
      <w:pPr>
        <w:spacing w:before="20" w:after="20"/>
      </w:pPr>
      <w:r>
        <w:rPr>
          <w:sz w:val="22"/>
        </w:rPr>
        <w:t xml:space="preserve">    B. 新文化运动</w:t>
      </w:r>
    </w:p>
    <w:p>
      <w:pPr>
        <w:spacing w:before="20" w:after="20"/>
      </w:pPr>
      <w:r>
        <w:rPr>
          <w:sz w:val="22"/>
        </w:rPr>
        <w:t xml:space="preserve">    C. 五四运动</w:t>
      </w:r>
    </w:p>
    <w:p>
      <w:pPr>
        <w:spacing w:before="20" w:after="20"/>
      </w:pPr>
      <w:r>
        <w:rPr>
          <w:sz w:val="22"/>
        </w:rPr>
        <w:t xml:space="preserve">    D. 十月革命</w:t>
      </w:r>
    </w:p>
    <w:p>
      <w:pPr>
        <w:spacing w:before="160"/>
      </w:pPr>
      <w:r>
        <w:rPr>
          <w:b/>
          <w:sz w:val="22"/>
        </w:rPr>
        <w:t>36. “三个代表”重要思想对党的建设提出的核心要求是( )</w:t>
      </w:r>
    </w:p>
    <w:p>
      <w:pPr>
        <w:spacing w:before="20" w:after="20"/>
      </w:pPr>
      <w:r>
        <w:rPr>
          <w:sz w:val="22"/>
        </w:rPr>
        <w:t xml:space="preserve">    A. 加强党的组织纪律性</w:t>
      </w:r>
    </w:p>
    <w:p>
      <w:pPr>
        <w:spacing w:before="20" w:after="20"/>
      </w:pPr>
      <w:r>
        <w:rPr>
          <w:sz w:val="22"/>
        </w:rPr>
        <w:t xml:space="preserve">    B. 始终保持党的先锋队性质</w:t>
      </w:r>
    </w:p>
    <w:p>
      <w:pPr>
        <w:spacing w:before="20" w:after="20"/>
      </w:pPr>
      <w:r>
        <w:rPr>
          <w:sz w:val="22"/>
        </w:rPr>
        <w:t xml:space="preserve">    C. 扩大党的群众基础</w:t>
      </w:r>
    </w:p>
    <w:p>
      <w:pPr>
        <w:spacing w:before="20" w:after="20"/>
      </w:pPr>
      <w:r>
        <w:rPr>
          <w:sz w:val="22"/>
        </w:rPr>
        <w:t xml:space="preserve">    D. 提高党员学历水平</w:t>
      </w:r>
    </w:p>
    <w:p>
      <w:pPr>
        <w:spacing w:before="160"/>
      </w:pPr>
      <w:r>
        <w:rPr>
          <w:b/>
          <w:sz w:val="22"/>
        </w:rPr>
        <w:t>37. 毛泽东思想和中国特色社会主义理论体系是马克思主义中国化的两大理论成果。贯穿这两大理论成果始终，并体现在两大成果各个基本观点中的世界观和方法论的基础是( )。</w:t>
      </w:r>
    </w:p>
    <w:p>
      <w:pPr>
        <w:spacing w:before="20" w:after="20"/>
      </w:pPr>
      <w:r>
        <w:rPr>
          <w:sz w:val="22"/>
        </w:rPr>
        <w:t xml:space="preserve">    A. 改革创新</w:t>
      </w:r>
    </w:p>
    <w:p>
      <w:pPr>
        <w:spacing w:before="20" w:after="20"/>
      </w:pPr>
      <w:r>
        <w:rPr>
          <w:sz w:val="22"/>
        </w:rPr>
        <w:t xml:space="preserve">    B. 独立自主</w:t>
      </w:r>
    </w:p>
    <w:p>
      <w:pPr>
        <w:spacing w:before="20" w:after="20"/>
      </w:pPr>
      <w:r>
        <w:rPr>
          <w:sz w:val="22"/>
        </w:rPr>
        <w:t xml:space="preserve">    C. 实事求是</w:t>
      </w:r>
    </w:p>
    <w:p>
      <w:pPr>
        <w:spacing w:before="20" w:after="20"/>
      </w:pPr>
      <w:r>
        <w:rPr>
          <w:sz w:val="22"/>
        </w:rPr>
        <w:t xml:space="preserve">    D. 群众路线</w:t>
      </w:r>
    </w:p>
    <w:p>
      <w:pPr>
        <w:spacing w:before="160"/>
      </w:pPr>
      <w:r>
        <w:rPr>
          <w:b/>
          <w:sz w:val="22"/>
        </w:rPr>
        <w:t>38. 1956年4月和5月，毛泽东先后在中央政治局扩大会议和最高国务会议上作《论十大关系》的报告，他指出:“最近苏联方面暴露了他们在建设社会主义过程中的一些缺点和错误，他们走过的弯路，你还想走?过去我们就是鉴于他们的经验教训，少走了一些弯路，现在当然更要引以为戒。”这表明，以毛泽东为主要代表的中国共产党人( )</w:t>
      </w:r>
    </w:p>
    <w:p>
      <w:pPr>
        <w:spacing w:before="20" w:after="20"/>
      </w:pPr>
      <w:r>
        <w:rPr>
          <w:sz w:val="22"/>
        </w:rPr>
        <w:t xml:space="preserve">    A. 实现了马克思主义同中国实际的“第二次结合”</w:t>
      </w:r>
    </w:p>
    <w:p>
      <w:pPr>
        <w:spacing w:before="20" w:after="20"/>
      </w:pPr>
      <w:r>
        <w:rPr>
          <w:sz w:val="22"/>
        </w:rPr>
        <w:t xml:space="preserve">    B. 开始探索中国自己的社会主义建设道路</w:t>
      </w:r>
    </w:p>
    <w:p>
      <w:pPr>
        <w:spacing w:before="20" w:after="20"/>
      </w:pPr>
      <w:r>
        <w:rPr>
          <w:sz w:val="22"/>
        </w:rPr>
        <w:t xml:space="preserve">    C. 开始找到自己的一条适合中国的路线</w:t>
      </w:r>
    </w:p>
    <w:p>
      <w:pPr>
        <w:spacing w:before="20" w:after="20"/>
      </w:pPr>
      <w:r>
        <w:rPr>
          <w:sz w:val="22"/>
        </w:rPr>
        <w:t xml:space="preserve">    D. 已经突破社会主义苏联模式的束缚</w:t>
      </w:r>
    </w:p>
    <w:p>
      <w:pPr>
        <w:spacing w:before="160"/>
      </w:pPr>
      <w:r>
        <w:rPr>
          <w:b/>
          <w:sz w:val="22"/>
        </w:rPr>
        <w:t>39. ( )是一个民族最根本的事业，要面向现代化，面向世界，面向未来。</w:t>
      </w:r>
    </w:p>
    <w:p>
      <w:pPr>
        <w:spacing w:before="20" w:after="20"/>
      </w:pPr>
      <w:r>
        <w:rPr>
          <w:sz w:val="22"/>
        </w:rPr>
        <w:t xml:space="preserve">    A. 教育</w:t>
      </w:r>
    </w:p>
    <w:p>
      <w:pPr>
        <w:spacing w:before="20" w:after="20"/>
      </w:pPr>
      <w:r>
        <w:rPr>
          <w:sz w:val="22"/>
        </w:rPr>
        <w:t xml:space="preserve">    B. 科技</w:t>
      </w:r>
    </w:p>
    <w:p>
      <w:pPr>
        <w:spacing w:before="20" w:after="20"/>
      </w:pPr>
      <w:r>
        <w:rPr>
          <w:sz w:val="22"/>
        </w:rPr>
        <w:t xml:space="preserve">    C. 经济</w:t>
      </w:r>
    </w:p>
    <w:p>
      <w:pPr>
        <w:spacing w:before="20" w:after="20"/>
      </w:pPr>
      <w:r>
        <w:rPr>
          <w:sz w:val="22"/>
        </w:rPr>
        <w:t xml:space="preserve">    D. 政治</w:t>
      </w:r>
    </w:p>
    <w:p>
      <w:pPr>
        <w:spacing w:before="160"/>
      </w:pPr>
      <w:r>
        <w:rPr>
          <w:b/>
          <w:sz w:val="22"/>
        </w:rPr>
        <w:t>40. 邓小平指出，我们党的十三大要阐述中国社会主义是处在一个什么阶段，就是处在( )</w:t>
      </w:r>
    </w:p>
    <w:p>
      <w:pPr>
        <w:spacing w:before="20" w:after="20"/>
      </w:pPr>
      <w:r>
        <w:rPr>
          <w:sz w:val="22"/>
        </w:rPr>
        <w:t xml:space="preserve">    A. 初级阶段</w:t>
      </w:r>
    </w:p>
    <w:p>
      <w:pPr>
        <w:spacing w:before="20" w:after="20"/>
      </w:pPr>
      <w:r>
        <w:rPr>
          <w:sz w:val="22"/>
        </w:rPr>
        <w:t xml:space="preserve">    B. 中级阶段</w:t>
      </w:r>
    </w:p>
    <w:p>
      <w:pPr>
        <w:spacing w:before="20" w:after="20"/>
      </w:pPr>
      <w:r>
        <w:rPr>
          <w:sz w:val="22"/>
        </w:rPr>
        <w:t xml:space="preserve">    C. 高级阶段</w:t>
      </w:r>
    </w:p>
    <w:p>
      <w:pPr>
        <w:spacing w:before="20" w:after="20"/>
      </w:pPr>
      <w:r>
        <w:rPr>
          <w:sz w:val="22"/>
        </w:rPr>
        <w:t xml:space="preserve">    D. 成熟阶段</w:t>
      </w:r>
    </w:p>
    <w:p>
      <w:pPr>
        <w:spacing w:before="160"/>
      </w:pPr>
      <w:r>
        <w:rPr>
          <w:b/>
          <w:sz w:val="22"/>
        </w:rPr>
        <w:t>41. 中国共产党不断推进理论创新.进行理论创造的历史，也是一部不断推进( )的历史。</w:t>
      </w:r>
    </w:p>
    <w:p>
      <w:pPr>
        <w:spacing w:before="20" w:after="20"/>
      </w:pPr>
      <w:r>
        <w:rPr>
          <w:sz w:val="22"/>
        </w:rPr>
        <w:t xml:space="preserve">    A. 经济全球化</w:t>
      </w:r>
    </w:p>
    <w:p>
      <w:pPr>
        <w:spacing w:before="20" w:after="20"/>
      </w:pPr>
      <w:r>
        <w:rPr>
          <w:sz w:val="22"/>
        </w:rPr>
        <w:t xml:space="preserve">    B. 马克思主义中国化时代化</w:t>
      </w:r>
    </w:p>
    <w:p>
      <w:pPr>
        <w:spacing w:before="20" w:after="20"/>
      </w:pPr>
      <w:r>
        <w:rPr>
          <w:sz w:val="22"/>
        </w:rPr>
        <w:t xml:space="preserve">    C. 政治多极化</w:t>
      </w:r>
    </w:p>
    <w:p>
      <w:pPr>
        <w:spacing w:before="20" w:after="20"/>
      </w:pPr>
      <w:r>
        <w:rPr>
          <w:sz w:val="22"/>
        </w:rPr>
        <w:t xml:space="preserve">    D. 科技革命</w:t>
      </w:r>
    </w:p>
    <w:p>
      <w:pPr>
        <w:spacing w:before="160"/>
      </w:pPr>
      <w:r>
        <w:rPr>
          <w:b/>
          <w:sz w:val="22"/>
        </w:rPr>
        <w:t>42. 邓小平强调，为了保障人民民主，必须加强法制，做到有法可依、有法必依、执法必严、( )</w:t>
      </w:r>
    </w:p>
    <w:p>
      <w:pPr>
        <w:spacing w:before="20" w:after="20"/>
      </w:pPr>
      <w:r>
        <w:rPr>
          <w:sz w:val="22"/>
        </w:rPr>
        <w:t xml:space="preserve">    A. 违法必究</w:t>
      </w:r>
    </w:p>
    <w:p>
      <w:pPr>
        <w:spacing w:before="20" w:after="20"/>
      </w:pPr>
      <w:r>
        <w:rPr>
          <w:sz w:val="22"/>
        </w:rPr>
        <w:t xml:space="preserve">    B. 违法不究</w:t>
      </w:r>
    </w:p>
    <w:p>
      <w:pPr>
        <w:spacing w:before="20" w:after="20"/>
      </w:pPr>
      <w:r>
        <w:rPr>
          <w:sz w:val="22"/>
        </w:rPr>
        <w:t xml:space="preserve">    C. 违法轻究</w:t>
      </w:r>
    </w:p>
    <w:p>
      <w:pPr>
        <w:spacing w:before="20" w:after="20"/>
      </w:pPr>
      <w:r>
        <w:rPr>
          <w:sz w:val="22"/>
        </w:rPr>
        <w:t xml:space="preserve">    D. 违法重究</w:t>
      </w:r>
    </w:p>
    <w:p>
      <w:pPr>
        <w:spacing w:before="160"/>
      </w:pPr>
      <w:r>
        <w:rPr>
          <w:b/>
          <w:sz w:val="22"/>
        </w:rPr>
        <w:t>43. 毛泽东“马克思主义中国化”这一命题正式提出是在( )。</w:t>
      </w:r>
    </w:p>
    <w:p>
      <w:pPr>
        <w:spacing w:before="20" w:after="20"/>
      </w:pPr>
      <w:r>
        <w:rPr>
          <w:sz w:val="22"/>
        </w:rPr>
        <w:t xml:space="preserve">    A. 1921年党的一大</w:t>
      </w:r>
    </w:p>
    <w:p>
      <w:pPr>
        <w:spacing w:before="20" w:after="20"/>
      </w:pPr>
      <w:r>
        <w:rPr>
          <w:sz w:val="22"/>
        </w:rPr>
        <w:t xml:space="preserve">    B. 1935年遵义会议</w:t>
      </w:r>
    </w:p>
    <w:p>
      <w:pPr>
        <w:spacing w:before="20" w:after="20"/>
      </w:pPr>
      <w:r>
        <w:rPr>
          <w:sz w:val="22"/>
        </w:rPr>
        <w:t xml:space="preserve">    C. 1938年党的六届六中全会</w:t>
      </w:r>
    </w:p>
    <w:p>
      <w:pPr>
        <w:spacing w:before="20" w:after="20"/>
      </w:pPr>
      <w:r>
        <w:rPr>
          <w:sz w:val="22"/>
        </w:rPr>
        <w:t xml:space="preserve">    D. 1945年党的七大</w:t>
      </w:r>
    </w:p>
    <w:p>
      <w:pPr>
        <w:spacing w:before="160"/>
      </w:pPr>
      <w:r>
        <w:rPr>
          <w:b/>
          <w:sz w:val="22"/>
        </w:rPr>
        <w:t>44. 1997年召开的党的( )正式提出“邓小平理论”这一概念，深刻阐述了邓小平理论的历史地位和指导意义，进一步论述了邓小平对这一理论的创立作出的独创性贡献。</w:t>
      </w:r>
    </w:p>
    <w:p>
      <w:pPr>
        <w:spacing w:before="20" w:after="20"/>
      </w:pPr>
      <w:r>
        <w:rPr>
          <w:sz w:val="22"/>
        </w:rPr>
        <w:t xml:space="preserve">    A. 十四大</w:t>
      </w:r>
    </w:p>
    <w:p>
      <w:pPr>
        <w:spacing w:before="20" w:after="20"/>
      </w:pPr>
      <w:r>
        <w:rPr>
          <w:sz w:val="22"/>
        </w:rPr>
        <w:t xml:space="preserve">    B. 十五大</w:t>
      </w:r>
    </w:p>
    <w:p>
      <w:pPr>
        <w:spacing w:before="20" w:after="20"/>
      </w:pPr>
      <w:r>
        <w:rPr>
          <w:sz w:val="22"/>
        </w:rPr>
        <w:t xml:space="preserve">    C. 十六大</w:t>
      </w:r>
    </w:p>
    <w:p>
      <w:pPr>
        <w:spacing w:before="20" w:after="20"/>
      </w:pPr>
      <w:r>
        <w:rPr>
          <w:sz w:val="22"/>
        </w:rPr>
        <w:t xml:space="preserve">    D. 十七大</w:t>
      </w:r>
    </w:p>
    <w:p>
      <w:pPr>
        <w:spacing w:before="160"/>
      </w:pPr>
      <w:r>
        <w:rPr>
          <w:b/>
          <w:sz w:val="22"/>
        </w:rPr>
        <w:t>45. 把习近平新时代中国特色社会主义思想确立为党必须长期坚持的指导思想并庄严地写入党章，实现了党的指导思想的与时俱进是在( )。</w:t>
      </w:r>
    </w:p>
    <w:p>
      <w:pPr>
        <w:spacing w:before="20" w:after="20"/>
      </w:pPr>
      <w:r>
        <w:rPr>
          <w:sz w:val="22"/>
        </w:rPr>
        <w:t xml:space="preserve">    A. 2012年党的十八大</w:t>
      </w:r>
    </w:p>
    <w:p>
      <w:pPr>
        <w:spacing w:before="20" w:after="20"/>
      </w:pPr>
      <w:r>
        <w:rPr>
          <w:sz w:val="22"/>
        </w:rPr>
        <w:t xml:space="preserve">    B. 2017年党的十九大</w:t>
      </w:r>
    </w:p>
    <w:p>
      <w:pPr>
        <w:spacing w:before="20" w:after="20"/>
      </w:pPr>
      <w:r>
        <w:rPr>
          <w:sz w:val="22"/>
        </w:rPr>
        <w:t xml:space="preserve">    C. 2021年党的十九届六中全会</w:t>
      </w:r>
    </w:p>
    <w:p>
      <w:pPr>
        <w:spacing w:before="20" w:after="20"/>
      </w:pPr>
      <w:r>
        <w:rPr>
          <w:sz w:val="22"/>
        </w:rPr>
        <w:t xml:space="preserve">    D. 2022年党的二十大</w:t>
      </w:r>
    </w:p>
    <w:p>
      <w:pPr>
        <w:spacing w:before="160"/>
      </w:pPr>
      <w:r>
        <w:rPr>
          <w:b/>
          <w:sz w:val="22"/>
        </w:rPr>
        <w:t>46. 毛泽东系统论述社会主义社会矛盾理论的著作是(</w:t>
      </w:r>
    </w:p>
    <w:p>
      <w:pPr>
        <w:spacing w:before="20" w:after="20"/>
      </w:pPr>
      <w:r>
        <w:rPr>
          <w:sz w:val="22"/>
        </w:rPr>
        <w:t xml:space="preserve">    A. 《关于正确处理人民内部矛盾的问题》</w:t>
      </w:r>
    </w:p>
    <w:p>
      <w:pPr>
        <w:spacing w:before="20" w:after="20"/>
      </w:pPr>
      <w:r>
        <w:rPr>
          <w:sz w:val="22"/>
        </w:rPr>
        <w:t xml:space="preserve">    B. 《新民主主义论》</w:t>
      </w:r>
    </w:p>
    <w:p>
      <w:pPr>
        <w:spacing w:before="20" w:after="20"/>
      </w:pPr>
      <w:r>
        <w:rPr>
          <w:sz w:val="22"/>
        </w:rPr>
        <w:t xml:space="preserve">    C. 《论十大关系》</w:t>
      </w:r>
    </w:p>
    <w:p>
      <w:pPr>
        <w:spacing w:before="20" w:after="20"/>
      </w:pPr>
      <w:r>
        <w:rPr>
          <w:sz w:val="22"/>
        </w:rPr>
        <w:t xml:space="preserve">    D. 《中国社会各阶级的分析》</w:t>
      </w:r>
    </w:p>
    <w:p>
      <w:pPr>
        <w:spacing w:before="160"/>
      </w:pPr>
      <w:r>
        <w:rPr>
          <w:b/>
          <w:sz w:val="22"/>
        </w:rPr>
        <w:t>47. 邓小平指出，我们现在所干的事业是一项新事业，没有现成的经验可学，我们只能在干中学，在实践中摸索，关键在于( )</w:t>
      </w:r>
    </w:p>
    <w:p>
      <w:pPr>
        <w:spacing w:before="20" w:after="20"/>
      </w:pPr>
      <w:r>
        <w:rPr>
          <w:sz w:val="22"/>
        </w:rPr>
        <w:t xml:space="preserve">    A. 不断地总结经验</w:t>
      </w:r>
    </w:p>
    <w:p>
      <w:pPr>
        <w:spacing w:before="20" w:after="20"/>
      </w:pPr>
      <w:r>
        <w:rPr>
          <w:sz w:val="22"/>
        </w:rPr>
        <w:t xml:space="preserve">    B. 不断地引进技术</w:t>
      </w:r>
    </w:p>
    <w:p>
      <w:pPr>
        <w:spacing w:before="20" w:after="20"/>
      </w:pPr>
      <w:r>
        <w:rPr>
          <w:sz w:val="22"/>
        </w:rPr>
        <w:t xml:space="preserve">    C. 不断地扩大开放</w:t>
      </w:r>
    </w:p>
    <w:p>
      <w:pPr>
        <w:spacing w:before="20" w:after="20"/>
      </w:pPr>
      <w:r>
        <w:rPr>
          <w:sz w:val="22"/>
        </w:rPr>
        <w:t xml:space="preserve">    D. 不断地深化改革</w:t>
      </w:r>
    </w:p>
    <w:p>
      <w:pPr>
        <w:spacing w:before="160"/>
      </w:pPr>
      <w:r>
        <w:rPr>
          <w:b/>
          <w:sz w:val="22"/>
        </w:rPr>
        <w:t>48. 科学发展观强调，实现社会公平正义的重要途径是( )</w:t>
      </w:r>
    </w:p>
    <w:p>
      <w:pPr>
        <w:spacing w:before="20" w:after="20"/>
      </w:pPr>
      <w:r>
        <w:rPr>
          <w:sz w:val="22"/>
        </w:rPr>
        <w:t xml:space="preserve">    A. 发展经济</w:t>
      </w:r>
    </w:p>
    <w:p>
      <w:pPr>
        <w:spacing w:before="20" w:after="20"/>
      </w:pPr>
      <w:r>
        <w:rPr>
          <w:sz w:val="22"/>
        </w:rPr>
        <w:t xml:space="preserve">    B. 完善分配制度</w:t>
      </w:r>
    </w:p>
    <w:p>
      <w:pPr>
        <w:spacing w:before="20" w:after="20"/>
      </w:pPr>
      <w:r>
        <w:rPr>
          <w:sz w:val="22"/>
        </w:rPr>
        <w:t xml:space="preserve">    C. 扩大就业</w:t>
      </w:r>
    </w:p>
    <w:p>
      <w:pPr>
        <w:spacing w:before="20" w:after="20"/>
      </w:pPr>
      <w:r>
        <w:rPr>
          <w:sz w:val="22"/>
        </w:rPr>
        <w:t xml:space="preserve">    D. 健全社会保障体系</w:t>
      </w:r>
    </w:p>
    <w:p>
      <w:pPr>
        <w:spacing w:before="160"/>
      </w:pPr>
      <w:r>
        <w:rPr>
          <w:b/>
          <w:sz w:val="22"/>
        </w:rPr>
        <w:t>49. 新民主主义文化是大众的，其根本立足点是( )</w:t>
      </w:r>
    </w:p>
    <w:p>
      <w:pPr>
        <w:spacing w:before="20" w:after="20"/>
      </w:pPr>
      <w:r>
        <w:rPr>
          <w:sz w:val="22"/>
        </w:rPr>
        <w:t xml:space="preserve">    A. 只为少数精英阶层服务</w:t>
      </w:r>
    </w:p>
    <w:p>
      <w:pPr>
        <w:spacing w:before="20" w:after="20"/>
      </w:pPr>
      <w:r>
        <w:rPr>
          <w:sz w:val="22"/>
        </w:rPr>
        <w:t xml:space="preserve">    B. 单纯服务于农民群体</w:t>
      </w:r>
    </w:p>
    <w:p>
      <w:pPr>
        <w:spacing w:before="20" w:after="20"/>
      </w:pPr>
      <w:r>
        <w:rPr>
          <w:sz w:val="22"/>
        </w:rPr>
        <w:t xml:space="preserve">    C. 为人民大众服务，属于人民的革命文化</w:t>
      </w:r>
    </w:p>
    <w:p>
      <w:pPr>
        <w:spacing w:before="20" w:after="20"/>
      </w:pPr>
      <w:r>
        <w:rPr>
          <w:sz w:val="22"/>
        </w:rPr>
        <w:t xml:space="preserve">    D. 仅服务于工人阶级</w:t>
      </w:r>
    </w:p>
    <w:p>
      <w:pPr>
        <w:spacing w:before="160"/>
      </w:pPr>
      <w:r>
        <w:rPr>
          <w:b/>
          <w:sz w:val="22"/>
        </w:rPr>
        <w:t>50. 邓小平反复强调，任何国家要发达起来，闭关自守都( )</w:t>
      </w:r>
    </w:p>
    <w:p>
      <w:pPr>
        <w:spacing w:before="20" w:after="20"/>
      </w:pPr>
      <w:r>
        <w:rPr>
          <w:sz w:val="22"/>
        </w:rPr>
        <w:t xml:space="preserve">    A. 不可能</w:t>
      </w:r>
    </w:p>
    <w:p>
      <w:pPr>
        <w:spacing w:before="20" w:after="20"/>
      </w:pPr>
      <w:r>
        <w:rPr>
          <w:sz w:val="22"/>
        </w:rPr>
        <w:t xml:space="preserve">    B. 可能</w:t>
      </w:r>
    </w:p>
    <w:p>
      <w:pPr>
        <w:spacing w:before="20" w:after="20"/>
      </w:pPr>
      <w:r>
        <w:rPr>
          <w:sz w:val="22"/>
        </w:rPr>
        <w:t xml:space="preserve">    C. 可行</w:t>
      </w:r>
    </w:p>
    <w:p>
      <w:pPr>
        <w:spacing w:before="20" w:after="20"/>
      </w:pPr>
      <w:r>
        <w:rPr>
          <w:sz w:val="22"/>
        </w:rPr>
        <w:t xml:space="preserve">    D. 必要</w:t>
      </w:r>
    </w:p>
    <w:p>
      <w:pPr>
        <w:spacing w:before="160"/>
      </w:pPr>
      <w:r>
        <w:rPr>
          <w:b/>
          <w:sz w:val="22"/>
        </w:rPr>
        <w:t>51. 政府对新建农业生产合作社.一些生产经营困难的生产合作社在生产资料、发展生产、分配等方面进行积极扶助。是农业社会主义改造的哪项原则( )</w:t>
      </w:r>
    </w:p>
    <w:p>
      <w:pPr>
        <w:spacing w:before="20" w:after="20"/>
      </w:pPr>
      <w:r>
        <w:rPr>
          <w:sz w:val="22"/>
        </w:rPr>
        <w:t xml:space="preserve">    A. 国家帮助</w:t>
      </w:r>
    </w:p>
    <w:p>
      <w:pPr>
        <w:spacing w:before="20" w:after="20"/>
      </w:pPr>
      <w:r>
        <w:rPr>
          <w:sz w:val="22"/>
        </w:rPr>
        <w:t xml:space="preserve">    B. 典型示范</w:t>
      </w:r>
    </w:p>
    <w:p>
      <w:pPr>
        <w:spacing w:before="20" w:after="20"/>
      </w:pPr>
      <w:r>
        <w:rPr>
          <w:sz w:val="22"/>
        </w:rPr>
        <w:t xml:space="preserve">    C. 和平赎买</w:t>
      </w:r>
    </w:p>
    <w:p>
      <w:pPr>
        <w:spacing w:before="20" w:after="20"/>
      </w:pPr>
      <w:r>
        <w:rPr>
          <w:sz w:val="22"/>
        </w:rPr>
        <w:t xml:space="preserve">    D. 自愿互利</w:t>
      </w:r>
    </w:p>
    <w:p>
      <w:pPr>
        <w:spacing w:before="160"/>
      </w:pPr>
      <w:r>
        <w:rPr>
          <w:b/>
          <w:sz w:val="22"/>
        </w:rPr>
        <w:t>52. 中国革命战争的实质是( )。</w:t>
      </w:r>
    </w:p>
    <w:p>
      <w:pPr>
        <w:spacing w:before="20" w:after="20"/>
      </w:pPr>
      <w:r>
        <w:rPr>
          <w:sz w:val="22"/>
        </w:rPr>
        <w:t xml:space="preserve">    A. 中国共产党领导下的土地战争</w:t>
      </w:r>
    </w:p>
    <w:p>
      <w:pPr>
        <w:spacing w:before="20" w:after="20"/>
      </w:pPr>
      <w:r>
        <w:rPr>
          <w:sz w:val="22"/>
        </w:rPr>
        <w:t xml:space="preserve">    B. 中国共产党领导下的革命战争</w:t>
      </w:r>
    </w:p>
    <w:p>
      <w:pPr>
        <w:spacing w:before="20" w:after="20"/>
      </w:pPr>
      <w:r>
        <w:rPr>
          <w:sz w:val="22"/>
        </w:rPr>
        <w:t xml:space="preserve">    C. 中国共产党领导下的农民战争</w:t>
      </w:r>
    </w:p>
    <w:p>
      <w:pPr>
        <w:spacing w:before="20" w:after="20"/>
      </w:pPr>
      <w:r>
        <w:rPr>
          <w:sz w:val="22"/>
        </w:rPr>
        <w:t xml:space="preserve">    D. 中国共产党领导下的游击战争</w:t>
      </w:r>
    </w:p>
    <w:p>
      <w:pPr>
        <w:spacing w:before="160"/>
      </w:pPr>
      <w:r>
        <w:rPr>
          <w:b/>
          <w:sz w:val="22"/>
        </w:rPr>
        <w:t>53. 农业的社会主义改造中互助组的性质是( )</w:t>
      </w:r>
    </w:p>
    <w:p>
      <w:pPr>
        <w:spacing w:before="20" w:after="20"/>
      </w:pPr>
      <w:r>
        <w:rPr>
          <w:sz w:val="22"/>
        </w:rPr>
        <w:t xml:space="preserve">    A. 社会主义萌芽性质</w:t>
      </w:r>
    </w:p>
    <w:p>
      <w:pPr>
        <w:spacing w:before="20" w:after="20"/>
      </w:pPr>
      <w:r>
        <w:rPr>
          <w:sz w:val="22"/>
        </w:rPr>
        <w:t xml:space="preserve">    B. 资本主义性质</w:t>
      </w:r>
    </w:p>
    <w:p>
      <w:pPr>
        <w:spacing w:before="20" w:after="20"/>
      </w:pPr>
      <w:r>
        <w:rPr>
          <w:sz w:val="22"/>
        </w:rPr>
        <w:t xml:space="preserve">    C. 社会主义性质</w:t>
      </w:r>
    </w:p>
    <w:p>
      <w:pPr>
        <w:spacing w:before="20" w:after="20"/>
      </w:pPr>
      <w:r>
        <w:rPr>
          <w:sz w:val="22"/>
        </w:rPr>
        <w:t xml:space="preserve">    D. 半社会主义性质</w:t>
      </w:r>
    </w:p>
    <w:p>
      <w:pPr>
        <w:spacing w:before="160"/>
      </w:pPr>
      <w:r>
        <w:rPr>
          <w:b/>
          <w:sz w:val="22"/>
        </w:rPr>
        <w:t>54. 一个民族要走在时代前列，就一刻不能没有理论思维，一刻不能没有正确思想指引。马克思主义之所以行，就在于( )</w:t>
      </w:r>
    </w:p>
    <w:p>
      <w:pPr>
        <w:spacing w:before="20" w:after="20"/>
      </w:pPr>
      <w:r>
        <w:rPr>
          <w:sz w:val="22"/>
        </w:rPr>
        <w:t xml:space="preserve">    A. 党不断推进马克思主义中国化时代化并用以指导实践</w:t>
      </w:r>
    </w:p>
    <w:p>
      <w:pPr>
        <w:spacing w:before="20" w:after="20"/>
      </w:pPr>
      <w:r>
        <w:rPr>
          <w:sz w:val="22"/>
        </w:rPr>
        <w:t xml:space="preserve">    B. 马克思主义基本原理能够同中华优秀传统文化相结合</w:t>
      </w:r>
    </w:p>
    <w:p>
      <w:pPr>
        <w:spacing w:before="20" w:after="20"/>
      </w:pPr>
      <w:r>
        <w:rPr>
          <w:sz w:val="22"/>
        </w:rPr>
        <w:t xml:space="preserve">    C. 马克思主义理论不是教条</w:t>
      </w:r>
    </w:p>
    <w:p>
      <w:pPr>
        <w:spacing w:before="20" w:after="20"/>
      </w:pPr>
      <w:r>
        <w:rPr>
          <w:sz w:val="22"/>
        </w:rPr>
        <w:t xml:space="preserve">    D. 马克思主义为人类社会发展进步指明了方向</w:t>
      </w:r>
    </w:p>
    <w:p>
      <w:pPr>
        <w:spacing w:before="160"/>
      </w:pPr>
      <w:r>
        <w:rPr>
          <w:b/>
          <w:sz w:val="22"/>
        </w:rPr>
        <w:t>55. 新民主主义革命的经济纲领中，对民族工商业采取的政策是( )。</w:t>
      </w:r>
    </w:p>
    <w:p>
      <w:pPr>
        <w:spacing w:before="20" w:after="20"/>
      </w:pPr>
      <w:r>
        <w:rPr>
          <w:sz w:val="22"/>
        </w:rPr>
        <w:t xml:space="preserve">    A. 没收</w:t>
      </w:r>
    </w:p>
    <w:p>
      <w:pPr>
        <w:spacing w:before="20" w:after="20"/>
      </w:pPr>
      <w:r>
        <w:rPr>
          <w:sz w:val="22"/>
        </w:rPr>
        <w:t xml:space="preserve">    B. 保护</w:t>
      </w:r>
    </w:p>
    <w:p>
      <w:pPr>
        <w:spacing w:before="20" w:after="20"/>
      </w:pPr>
      <w:r>
        <w:rPr>
          <w:sz w:val="22"/>
        </w:rPr>
        <w:t xml:space="preserve">    C. 限制</w:t>
      </w:r>
    </w:p>
    <w:p>
      <w:pPr>
        <w:spacing w:before="20" w:after="20"/>
      </w:pPr>
      <w:r>
        <w:rPr>
          <w:sz w:val="22"/>
        </w:rPr>
        <w:t xml:space="preserve">    D. 消灭</w:t>
      </w:r>
    </w:p>
    <w:p>
      <w:pPr>
        <w:spacing w:before="160"/>
      </w:pPr>
      <w:r>
        <w:rPr>
          <w:b/>
          <w:sz w:val="22"/>
        </w:rPr>
        <w:t>56. 1956年，随着苏共二十大的召开和波匈加件的发生，( )的弊端初步暴露出来。</w:t>
      </w:r>
    </w:p>
    <w:p>
      <w:pPr>
        <w:spacing w:before="20" w:after="20"/>
      </w:pPr>
      <w:r>
        <w:rPr>
          <w:sz w:val="22"/>
        </w:rPr>
        <w:t xml:space="preserve">    A. 社会主义</w:t>
      </w:r>
    </w:p>
    <w:p>
      <w:pPr>
        <w:spacing w:before="20" w:after="20"/>
      </w:pPr>
      <w:r>
        <w:rPr>
          <w:sz w:val="22"/>
        </w:rPr>
        <w:t xml:space="preserve">    B. 大跃进</w:t>
      </w:r>
    </w:p>
    <w:p>
      <w:pPr>
        <w:spacing w:before="20" w:after="20"/>
      </w:pPr>
      <w:r>
        <w:rPr>
          <w:sz w:val="22"/>
        </w:rPr>
        <w:t xml:space="preserve">    C. 苏联模式</w:t>
      </w:r>
    </w:p>
    <w:p>
      <w:pPr>
        <w:spacing w:before="20" w:after="20"/>
      </w:pPr>
      <w:r>
        <w:rPr>
          <w:sz w:val="22"/>
        </w:rPr>
        <w:t xml:space="preserve">    D. 人民公社化</w:t>
      </w:r>
    </w:p>
    <w:p>
      <w:pPr>
        <w:spacing w:before="160"/>
      </w:pPr>
      <w:r>
        <w:rPr>
          <w:b/>
          <w:sz w:val="22"/>
        </w:rPr>
        <w:t>57. 党的( )是国家的生命线.人民的幸福线。</w:t>
      </w:r>
    </w:p>
    <w:p>
      <w:pPr>
        <w:spacing w:before="20" w:after="20"/>
      </w:pPr>
      <w:r>
        <w:rPr>
          <w:sz w:val="22"/>
        </w:rPr>
        <w:t xml:space="preserve">    A. 基本路线</w:t>
      </w:r>
    </w:p>
    <w:p>
      <w:pPr>
        <w:spacing w:before="20" w:after="20"/>
      </w:pPr>
      <w:r>
        <w:rPr>
          <w:sz w:val="22"/>
        </w:rPr>
        <w:t xml:space="preserve">    B. 政治路线</w:t>
      </w:r>
    </w:p>
    <w:p>
      <w:pPr>
        <w:spacing w:before="20" w:after="20"/>
      </w:pPr>
      <w:r>
        <w:rPr>
          <w:sz w:val="22"/>
        </w:rPr>
        <w:t xml:space="preserve">    C. 组织路线</w:t>
      </w:r>
    </w:p>
    <w:p>
      <w:pPr>
        <w:spacing w:before="20" w:after="20"/>
      </w:pPr>
      <w:r>
        <w:rPr>
          <w:sz w:val="22"/>
        </w:rPr>
        <w:t xml:space="preserve">    D. 开放路线</w:t>
      </w:r>
    </w:p>
    <w:p>
      <w:pPr>
        <w:spacing w:before="160"/>
      </w:pPr>
      <w:r>
        <w:rPr>
          <w:b/>
          <w:sz w:val="22"/>
        </w:rPr>
        <w:t>58. 中国红色政权能够长期存在和发展的客观条件是( )</w:t>
      </w:r>
    </w:p>
    <w:p>
      <w:pPr>
        <w:spacing w:before="20" w:after="20"/>
      </w:pPr>
      <w:r>
        <w:rPr>
          <w:sz w:val="22"/>
        </w:rPr>
        <w:t xml:space="preserve">    A. 相当力量的正式红军存在</w:t>
      </w:r>
    </w:p>
    <w:p>
      <w:pPr>
        <w:spacing w:before="20" w:after="20"/>
      </w:pPr>
      <w:r>
        <w:rPr>
          <w:sz w:val="22"/>
        </w:rPr>
        <w:t xml:space="preserve">    B. 共产党组织坚强有力且领导正确</w:t>
      </w:r>
    </w:p>
    <w:p>
      <w:pPr>
        <w:spacing w:before="20" w:after="20"/>
      </w:pPr>
      <w:r>
        <w:rPr>
          <w:sz w:val="22"/>
        </w:rPr>
        <w:t xml:space="preserve">    C. 全国革命形势持续向前发展,在农村建设革命根据地</w:t>
      </w:r>
    </w:p>
    <w:p>
      <w:pPr>
        <w:spacing w:before="20" w:after="20"/>
      </w:pPr>
      <w:r>
        <w:rPr>
          <w:sz w:val="22"/>
        </w:rPr>
        <w:t xml:space="preserve">    D. 近代中国政治经济发展不平衡</w:t>
      </w:r>
    </w:p>
    <w:p>
      <w:pPr>
        <w:spacing w:before="160"/>
      </w:pPr>
      <w:r>
        <w:rPr>
          <w:b/>
          <w:sz w:val="22"/>
        </w:rPr>
        <w:t>59. 中国特色社会主义理论体系的精髓是( )。</w:t>
      </w:r>
    </w:p>
    <w:p>
      <w:pPr>
        <w:spacing w:before="20" w:after="20"/>
      </w:pPr>
      <w:r>
        <w:rPr>
          <w:sz w:val="22"/>
        </w:rPr>
        <w:t xml:space="preserve">    A. 解放生产力,发展生产力</w:t>
      </w:r>
    </w:p>
    <w:p>
      <w:pPr>
        <w:spacing w:before="20" w:after="20"/>
      </w:pPr>
      <w:r>
        <w:rPr>
          <w:sz w:val="22"/>
        </w:rPr>
        <w:t xml:space="preserve">    B. 实事求是</w:t>
      </w:r>
    </w:p>
    <w:p>
      <w:pPr>
        <w:spacing w:before="20" w:after="20"/>
      </w:pPr>
      <w:r>
        <w:rPr>
          <w:sz w:val="22"/>
        </w:rPr>
        <w:t xml:space="preserve">    C. 坚持四项基本原则</w:t>
      </w:r>
    </w:p>
    <w:p>
      <w:pPr>
        <w:spacing w:before="20" w:after="20"/>
      </w:pPr>
      <w:r>
        <w:rPr>
          <w:sz w:val="22"/>
        </w:rPr>
        <w:t xml:space="preserve">    D. “三个有利于”标准</w:t>
      </w:r>
    </w:p>
    <w:p>
      <w:pPr>
        <w:spacing w:before="160"/>
      </w:pPr>
      <w:r>
        <w:rPr>
          <w:b/>
          <w:sz w:val="22"/>
        </w:rPr>
        <w:t>60. 对农业生产关系的改造中不进行强迫，由农民自己决定是否参加合作社，坚持入社自愿，退社自由，平等互利。是农业社会主义改造的哪项原则( )</w:t>
      </w:r>
    </w:p>
    <w:p>
      <w:pPr>
        <w:spacing w:before="20" w:after="20"/>
      </w:pPr>
      <w:r>
        <w:rPr>
          <w:sz w:val="22"/>
        </w:rPr>
        <w:t xml:space="preserve">    A. 国家帮助</w:t>
      </w:r>
    </w:p>
    <w:p>
      <w:pPr>
        <w:spacing w:before="20" w:after="20"/>
      </w:pPr>
      <w:r>
        <w:rPr>
          <w:sz w:val="22"/>
        </w:rPr>
        <w:t xml:space="preserve">    B. 典型示范</w:t>
      </w:r>
    </w:p>
    <w:p>
      <w:pPr>
        <w:spacing w:before="20" w:after="20"/>
      </w:pPr>
      <w:r>
        <w:rPr>
          <w:sz w:val="22"/>
        </w:rPr>
        <w:t xml:space="preserve">    C. 和平赎买</w:t>
      </w:r>
    </w:p>
    <w:p>
      <w:pPr>
        <w:spacing w:before="20" w:after="20"/>
      </w:pPr>
      <w:r>
        <w:rPr>
          <w:sz w:val="22"/>
        </w:rPr>
        <w:t xml:space="preserve">    D. 自愿互利</w:t>
      </w:r>
    </w:p>
    <w:p>
      <w:pPr>
        <w:spacing w:before="160"/>
      </w:pPr>
      <w:r>
        <w:rPr>
          <w:b/>
          <w:sz w:val="22"/>
        </w:rPr>
        <w:t>61. 下列不属于初级农业生产合作社特点的是( )</w:t>
      </w:r>
    </w:p>
    <w:p>
      <w:pPr>
        <w:spacing w:before="20" w:after="20"/>
      </w:pPr>
      <w:r>
        <w:rPr>
          <w:sz w:val="22"/>
        </w:rPr>
        <w:t xml:space="preserve">    A. 土地入股，统一经营</w:t>
      </w:r>
    </w:p>
    <w:p>
      <w:pPr>
        <w:spacing w:before="20" w:after="20"/>
      </w:pPr>
      <w:r>
        <w:rPr>
          <w:sz w:val="22"/>
        </w:rPr>
        <w:t xml:space="preserve">    B. 生产资料归农民个人所有</w:t>
      </w:r>
    </w:p>
    <w:p>
      <w:pPr>
        <w:spacing w:before="20" w:after="20"/>
      </w:pPr>
      <w:r>
        <w:rPr>
          <w:sz w:val="22"/>
        </w:rPr>
        <w:t xml:space="preserve">    C. 按劳分配和土地入股分红相结合</w:t>
      </w:r>
    </w:p>
    <w:p>
      <w:pPr>
        <w:spacing w:before="20" w:after="20"/>
      </w:pPr>
      <w:r>
        <w:rPr>
          <w:sz w:val="22"/>
        </w:rPr>
        <w:t xml:space="preserve">    D. 半社会主义性质</w:t>
      </w:r>
    </w:p>
    <w:p>
      <w:pPr>
        <w:spacing w:before="160"/>
      </w:pPr>
      <w:r>
        <w:rPr>
          <w:b/>
          <w:sz w:val="22"/>
        </w:rPr>
        <w:t>62. 中国共产党领导的人民革命和建设实践，是毛泽东思想形成的( )(1.0) `[分]`</w:t>
      </w:r>
    </w:p>
    <w:p>
      <w:pPr>
        <w:spacing w:before="20" w:after="20"/>
      </w:pPr>
      <w:r>
        <w:rPr>
          <w:sz w:val="22"/>
        </w:rPr>
        <w:t xml:space="preserve">    A. 实践基础</w:t>
      </w:r>
    </w:p>
    <w:p>
      <w:pPr>
        <w:spacing w:before="20" w:after="20"/>
      </w:pPr>
      <w:r>
        <w:rPr>
          <w:sz w:val="22"/>
        </w:rPr>
        <w:t xml:space="preserve">    B. 阶级基础</w:t>
      </w:r>
    </w:p>
    <w:p>
      <w:pPr>
        <w:spacing w:before="20" w:after="20"/>
      </w:pPr>
      <w:r>
        <w:rPr>
          <w:sz w:val="22"/>
        </w:rPr>
        <w:t xml:space="preserve">    C. 时代背景</w:t>
      </w:r>
    </w:p>
    <w:p>
      <w:pPr>
        <w:spacing w:before="20" w:after="20"/>
      </w:pPr>
      <w:r>
        <w:rPr>
          <w:sz w:val="22"/>
        </w:rPr>
        <w:t xml:space="preserve">    D. 理论基础</w:t>
      </w:r>
    </w:p>
    <w:p>
      <w:pPr>
        <w:spacing w:before="160"/>
      </w:pPr>
      <w:r>
        <w:rPr>
          <w:b/>
          <w:sz w:val="22"/>
        </w:rPr>
        <w:t>63. 邓小平指出，说市场经济只存在于资本主义社会，只有资本主义的市场经济，这肯定是不正确的。社会主义也可以搞( )</w:t>
      </w:r>
    </w:p>
    <w:p>
      <w:pPr>
        <w:spacing w:before="20" w:after="20"/>
      </w:pPr>
      <w:r>
        <w:rPr>
          <w:sz w:val="22"/>
        </w:rPr>
        <w:t xml:space="preserve">    A. 市场经济</w:t>
      </w:r>
    </w:p>
    <w:p>
      <w:pPr>
        <w:spacing w:before="20" w:after="20"/>
      </w:pPr>
      <w:r>
        <w:rPr>
          <w:sz w:val="22"/>
        </w:rPr>
        <w:t xml:space="preserve">    B. 计划经济</w:t>
      </w:r>
    </w:p>
    <w:p>
      <w:pPr>
        <w:spacing w:before="20" w:after="20"/>
      </w:pPr>
      <w:r>
        <w:rPr>
          <w:sz w:val="22"/>
        </w:rPr>
        <w:t xml:space="preserve">    C. 自由经济</w:t>
      </w:r>
    </w:p>
    <w:p>
      <w:pPr>
        <w:spacing w:before="20" w:after="20"/>
      </w:pPr>
      <w:r>
        <w:rPr>
          <w:sz w:val="22"/>
        </w:rPr>
        <w:t xml:space="preserve">    D. 混合经济</w:t>
      </w:r>
    </w:p>
    <w:p>
      <w:pPr>
        <w:spacing w:before="160"/>
      </w:pPr>
      <w:r>
        <w:rPr>
          <w:b/>
          <w:sz w:val="22"/>
        </w:rPr>
        <w:t>64. ( )后，国家对合营企业进行清产核资、定股定息，委派人员负责企业的生产经营管理，统一调配企业的人、财、物，生产资料为国家所有。</w:t>
      </w:r>
    </w:p>
    <w:p>
      <w:pPr>
        <w:spacing w:before="20" w:after="20"/>
      </w:pPr>
      <w:r>
        <w:rPr>
          <w:sz w:val="22"/>
        </w:rPr>
        <w:t xml:space="preserve">    A. 个别企业公私合营</w:t>
      </w:r>
    </w:p>
    <w:p>
      <w:pPr>
        <w:spacing w:before="20" w:after="20"/>
      </w:pPr>
      <w:r>
        <w:rPr>
          <w:sz w:val="22"/>
        </w:rPr>
        <w:t xml:space="preserve">    B. 全行业公私合营</w:t>
      </w:r>
    </w:p>
    <w:p>
      <w:pPr>
        <w:spacing w:before="20" w:after="20"/>
      </w:pPr>
      <w:r>
        <w:rPr>
          <w:sz w:val="22"/>
        </w:rPr>
        <w:t xml:space="preserve">    C. 初级形式国家资本主义</w:t>
      </w:r>
    </w:p>
    <w:p>
      <w:pPr>
        <w:spacing w:before="20" w:after="20"/>
      </w:pPr>
      <w:r>
        <w:rPr>
          <w:sz w:val="22"/>
        </w:rPr>
        <w:t xml:space="preserve">    D. 供销合作</w:t>
      </w:r>
    </w:p>
    <w:p>
      <w:pPr>
        <w:spacing w:before="160"/>
      </w:pPr>
      <w:r>
        <w:rPr>
          <w:b/>
          <w:sz w:val="22"/>
        </w:rPr>
        <w:t>65. 回望百年革命征程，新时代传承新民主主义革命精神最核心的要求是( )</w:t>
      </w:r>
    </w:p>
    <w:p>
      <w:pPr>
        <w:spacing w:before="20" w:after="20"/>
      </w:pPr>
      <w:r>
        <w:rPr>
          <w:sz w:val="22"/>
        </w:rPr>
        <w:t xml:space="preserve">    A. 坚持党的领导</w:t>
      </w:r>
    </w:p>
    <w:p>
      <w:pPr>
        <w:spacing w:before="20" w:after="20"/>
      </w:pPr>
      <w:r>
        <w:rPr>
          <w:sz w:val="22"/>
        </w:rPr>
        <w:t xml:space="preserve">    B. 崇尚个人主义价值观</w:t>
      </w:r>
    </w:p>
    <w:p>
      <w:pPr>
        <w:spacing w:before="20" w:after="20"/>
      </w:pPr>
      <w:r>
        <w:rPr>
          <w:sz w:val="22"/>
        </w:rPr>
        <w:t xml:space="preserve">    C. 认同历史虚无主义</w:t>
      </w:r>
    </w:p>
    <w:p>
      <w:pPr>
        <w:spacing w:before="20" w:after="20"/>
      </w:pPr>
      <w:r>
        <w:rPr>
          <w:sz w:val="22"/>
        </w:rPr>
        <w:t xml:space="preserve">    D. 奉行全盘西化主张</w:t>
      </w:r>
    </w:p>
    <w:p>
      <w:pPr>
        <w:spacing w:before="160"/>
      </w:pPr>
      <w:r>
        <w:rPr>
          <w:b/>
          <w:sz w:val="22"/>
        </w:rPr>
        <w:t>66. 不加强精神文明的建设，物质文明的建设也要受破坏，( )</w:t>
      </w:r>
    </w:p>
    <w:p>
      <w:pPr>
        <w:spacing w:before="20" w:after="20"/>
      </w:pPr>
      <w:r>
        <w:rPr>
          <w:sz w:val="22"/>
        </w:rPr>
        <w:t xml:space="preserve">    A. 走弯路</w:t>
      </w:r>
    </w:p>
    <w:p>
      <w:pPr>
        <w:spacing w:before="20" w:after="20"/>
      </w:pPr>
      <w:r>
        <w:rPr>
          <w:sz w:val="22"/>
        </w:rPr>
        <w:t xml:space="preserve">    B. 停滞</w:t>
      </w:r>
    </w:p>
    <w:p>
      <w:pPr>
        <w:spacing w:before="20" w:after="20"/>
      </w:pPr>
      <w:r>
        <w:rPr>
          <w:sz w:val="22"/>
        </w:rPr>
        <w:t xml:space="preserve">    C. 倒退</w:t>
      </w:r>
    </w:p>
    <w:p>
      <w:pPr>
        <w:spacing w:before="20" w:after="20"/>
      </w:pPr>
      <w:r>
        <w:rPr>
          <w:sz w:val="22"/>
        </w:rPr>
        <w:t xml:space="preserve">    D. 失败</w:t>
      </w:r>
    </w:p>
    <w:p>
      <w:pPr>
        <w:spacing w:before="160"/>
      </w:pPr>
      <w:r>
        <w:rPr>
          <w:b/>
          <w:sz w:val="22"/>
        </w:rPr>
        <w:t>67. 毛泽东认为,推动社会主义社会向前发展的动力是( )。</w:t>
      </w:r>
    </w:p>
    <w:p>
      <w:pPr>
        <w:spacing w:before="20" w:after="20"/>
      </w:pPr>
      <w:r>
        <w:rPr>
          <w:sz w:val="22"/>
        </w:rPr>
        <w:t xml:space="preserve">    A. 国家的统一</w:t>
      </w:r>
    </w:p>
    <w:p>
      <w:pPr>
        <w:spacing w:before="20" w:after="20"/>
      </w:pPr>
      <w:r>
        <w:rPr>
          <w:sz w:val="22"/>
        </w:rPr>
        <w:t xml:space="preserve">    B. 人民的团结</w:t>
      </w:r>
    </w:p>
    <w:p>
      <w:pPr>
        <w:spacing w:before="20" w:after="20"/>
      </w:pPr>
      <w:r>
        <w:rPr>
          <w:sz w:val="22"/>
        </w:rPr>
        <w:t xml:space="preserve">    C. 道义上的一致</w:t>
      </w:r>
    </w:p>
    <w:p>
      <w:pPr>
        <w:spacing w:before="20" w:after="20"/>
      </w:pPr>
      <w:r>
        <w:rPr>
          <w:sz w:val="22"/>
        </w:rPr>
        <w:t xml:space="preserve">    D. 社会主义社会的矛盾</w:t>
      </w:r>
    </w:p>
    <w:p>
      <w:pPr>
        <w:spacing w:before="160"/>
      </w:pPr>
      <w:r>
        <w:rPr>
          <w:b/>
          <w:sz w:val="22"/>
        </w:rPr>
        <w:t>68. 毛泽东明确把官僚资本主义列为革命的对象之一的著作是( )。</w:t>
      </w:r>
    </w:p>
    <w:p>
      <w:pPr>
        <w:spacing w:before="20" w:after="20"/>
      </w:pPr>
      <w:r>
        <w:rPr>
          <w:sz w:val="22"/>
        </w:rPr>
        <w:t xml:space="preserve">    A. 《反对本本主义》</w:t>
      </w:r>
    </w:p>
    <w:p>
      <w:pPr>
        <w:spacing w:before="20" w:after="20"/>
      </w:pPr>
      <w:r>
        <w:rPr>
          <w:sz w:val="22"/>
        </w:rPr>
        <w:t xml:space="preserve">    B. 《论人民民主专政》</w:t>
      </w:r>
    </w:p>
    <w:p>
      <w:pPr>
        <w:spacing w:before="20" w:after="20"/>
      </w:pPr>
      <w:r>
        <w:rPr>
          <w:sz w:val="22"/>
        </w:rPr>
        <w:t xml:space="preserve">    C. 《改造我们的学习》</w:t>
      </w:r>
    </w:p>
    <w:p>
      <w:pPr>
        <w:spacing w:before="20" w:after="20"/>
      </w:pPr>
      <w:r>
        <w:rPr>
          <w:sz w:val="22"/>
        </w:rPr>
        <w:t xml:space="preserve">    D. 《在晋绥干部会议上的讲话》</w:t>
      </w:r>
    </w:p>
    <w:p>
      <w:pPr>
        <w:spacing w:before="160"/>
      </w:pPr>
      <w:r>
        <w:rPr>
          <w:b/>
          <w:sz w:val="22"/>
        </w:rPr>
        <w:t>69. 新民主主义革命的对象是帝国主义.封建主义和官僚资本主义。其中，官僚资本主义是( )。</w:t>
      </w:r>
    </w:p>
    <w:p>
      <w:pPr>
        <w:spacing w:before="20" w:after="20"/>
      </w:pPr>
      <w:r>
        <w:rPr>
          <w:sz w:val="22"/>
        </w:rPr>
        <w:t xml:space="preserve">    A. 中国民族资本主义的一部分</w:t>
      </w:r>
    </w:p>
    <w:p>
      <w:pPr>
        <w:spacing w:before="20" w:after="20"/>
      </w:pPr>
      <w:r>
        <w:rPr>
          <w:sz w:val="22"/>
        </w:rPr>
        <w:t xml:space="preserve">    B. 外国资本主义在华势力</w:t>
      </w:r>
    </w:p>
    <w:p>
      <w:pPr>
        <w:spacing w:before="20" w:after="20"/>
      </w:pPr>
      <w:r>
        <w:rPr>
          <w:sz w:val="22"/>
        </w:rPr>
        <w:t xml:space="preserve">    C. 买办的封建的国家垄断资本主义</w:t>
      </w:r>
    </w:p>
    <w:p>
      <w:pPr>
        <w:spacing w:before="20" w:after="20"/>
      </w:pPr>
      <w:r>
        <w:rPr>
          <w:sz w:val="22"/>
        </w:rPr>
        <w:t xml:space="preserve">    D. 小农经济的代表</w:t>
      </w:r>
    </w:p>
    <w:p>
      <w:pPr>
        <w:spacing w:before="160"/>
      </w:pPr>
      <w:r>
        <w:rPr>
          <w:b/>
          <w:sz w:val="22"/>
        </w:rPr>
        <w:t>70. 社会主义改造基本完成，我国社会经济结构发生了根本变化，社会主义经济成分已占绝对优势，社会主义公有制已成为我国社会的经济基础，标志着中国历史上长达数千年的阶级剥削制度的结束和( )的确立。</w:t>
      </w:r>
    </w:p>
    <w:p>
      <w:pPr>
        <w:spacing w:before="20" w:after="20"/>
      </w:pPr>
      <w:r>
        <w:rPr>
          <w:sz w:val="22"/>
        </w:rPr>
        <w:t xml:space="preserve">    A. 中国特色社会主义</w:t>
      </w:r>
    </w:p>
    <w:p>
      <w:pPr>
        <w:spacing w:before="20" w:after="20"/>
      </w:pPr>
      <w:r>
        <w:rPr>
          <w:sz w:val="22"/>
        </w:rPr>
        <w:t xml:space="preserve">    B. 新民主主义社会</w:t>
      </w:r>
    </w:p>
    <w:p>
      <w:pPr>
        <w:spacing w:before="20" w:after="20"/>
      </w:pPr>
      <w:r>
        <w:rPr>
          <w:sz w:val="22"/>
        </w:rPr>
        <w:t xml:space="preserve">    C. 社会主义基本制度</w:t>
      </w:r>
    </w:p>
    <w:p>
      <w:pPr>
        <w:spacing w:before="20" w:after="20"/>
      </w:pPr>
      <w:r>
        <w:rPr>
          <w:sz w:val="22"/>
        </w:rPr>
        <w:t xml:space="preserve">    D. 非公有制经济</w:t>
      </w:r>
    </w:p>
    <w:p>
      <w:pPr>
        <w:spacing w:before="160"/>
      </w:pPr>
      <w:r>
        <w:rPr>
          <w:b/>
          <w:sz w:val="22"/>
        </w:rPr>
        <w:t>71. 党的( )把建立社会主义市场经济体制作为我国经济体制改革的目标。</w:t>
      </w:r>
    </w:p>
    <w:p>
      <w:pPr>
        <w:spacing w:before="20" w:after="20"/>
      </w:pPr>
      <w:r>
        <w:rPr>
          <w:sz w:val="22"/>
        </w:rPr>
        <w:t xml:space="preserve">    A. 十二大</w:t>
      </w:r>
    </w:p>
    <w:p>
      <w:pPr>
        <w:spacing w:before="20" w:after="20"/>
      </w:pPr>
      <w:r>
        <w:rPr>
          <w:sz w:val="22"/>
        </w:rPr>
        <w:t xml:space="preserve">    B. 十三大</w:t>
      </w:r>
    </w:p>
    <w:p>
      <w:pPr>
        <w:spacing w:before="20" w:after="20"/>
      </w:pPr>
      <w:r>
        <w:rPr>
          <w:sz w:val="22"/>
        </w:rPr>
        <w:t xml:space="preserve">    C. 十四大</w:t>
      </w:r>
    </w:p>
    <w:p>
      <w:pPr>
        <w:spacing w:before="20" w:after="20"/>
      </w:pPr>
      <w:r>
        <w:rPr>
          <w:sz w:val="22"/>
        </w:rPr>
        <w:t xml:space="preserve">    D. 十五大</w:t>
      </w:r>
    </w:p>
    <w:p>
      <w:pPr>
        <w:spacing w:before="160"/>
      </w:pPr>
      <w:r>
        <w:rPr>
          <w:b/>
          <w:sz w:val="22"/>
        </w:rPr>
        <w:t>72. 我国社会主义初级阶段的起点是( )</w:t>
      </w:r>
    </w:p>
    <w:p>
      <w:pPr>
        <w:spacing w:before="20" w:after="20"/>
      </w:pPr>
      <w:r>
        <w:rPr>
          <w:sz w:val="22"/>
        </w:rPr>
        <w:t xml:space="preserve">    A. 新中国成立</w:t>
      </w:r>
    </w:p>
    <w:p>
      <w:pPr>
        <w:spacing w:before="20" w:after="20"/>
      </w:pPr>
      <w:r>
        <w:rPr>
          <w:sz w:val="22"/>
        </w:rPr>
        <w:t xml:space="preserve">    B. 社会主义改造基本完成</w:t>
      </w:r>
    </w:p>
    <w:p>
      <w:pPr>
        <w:spacing w:before="20" w:after="20"/>
      </w:pPr>
      <w:r>
        <w:rPr>
          <w:sz w:val="22"/>
        </w:rPr>
        <w:t xml:space="preserve">    C. 改革开放开始</w:t>
      </w:r>
    </w:p>
    <w:p>
      <w:pPr>
        <w:spacing w:before="20" w:after="20"/>
      </w:pPr>
      <w:r>
        <w:rPr>
          <w:sz w:val="22"/>
        </w:rPr>
        <w:t xml:space="preserve">    D. 党的十一届三中全会</w:t>
      </w:r>
    </w:p>
    <w:p>
      <w:pPr>
        <w:spacing w:before="160"/>
      </w:pPr>
      <w:r>
        <w:rPr>
          <w:b/>
          <w:sz w:val="22"/>
        </w:rPr>
        <w:t>73. 马克思主义自诞生以来就始终占据着( )和道义的制高点。</w:t>
      </w:r>
    </w:p>
    <w:p>
      <w:pPr>
        <w:spacing w:before="20" w:after="20"/>
      </w:pPr>
      <w:r>
        <w:rPr>
          <w:sz w:val="22"/>
        </w:rPr>
        <w:t xml:space="preserve">    A. 事物</w:t>
      </w:r>
    </w:p>
    <w:p>
      <w:pPr>
        <w:spacing w:before="20" w:after="20"/>
      </w:pPr>
      <w:r>
        <w:rPr>
          <w:sz w:val="22"/>
        </w:rPr>
        <w:t xml:space="preserve">    B. 真理</w:t>
      </w:r>
    </w:p>
    <w:p>
      <w:pPr>
        <w:spacing w:before="20" w:after="20"/>
      </w:pPr>
      <w:r>
        <w:rPr>
          <w:sz w:val="22"/>
        </w:rPr>
        <w:t xml:space="preserve">    C. 道德</w:t>
      </w:r>
    </w:p>
    <w:p>
      <w:pPr>
        <w:spacing w:before="20" w:after="20"/>
      </w:pPr>
      <w:r>
        <w:rPr>
          <w:sz w:val="22"/>
        </w:rPr>
        <w:t xml:space="preserve">    D. 理性</w:t>
      </w:r>
    </w:p>
    <w:p>
      <w:pPr>
        <w:spacing w:before="160"/>
      </w:pPr>
      <w:r>
        <w:rPr>
          <w:b/>
          <w:sz w:val="22"/>
        </w:rPr>
        <w:t>74. 党的十七大提出了( )的科学概念。</w:t>
      </w:r>
    </w:p>
    <w:p>
      <w:pPr>
        <w:spacing w:before="20" w:after="20"/>
      </w:pPr>
      <w:r>
        <w:rPr>
          <w:sz w:val="22"/>
        </w:rPr>
        <w:t xml:space="preserve">    A. 马克思主义中国化</w:t>
      </w:r>
    </w:p>
    <w:p>
      <w:pPr>
        <w:spacing w:before="20" w:after="20"/>
      </w:pPr>
      <w:r>
        <w:rPr>
          <w:sz w:val="22"/>
        </w:rPr>
        <w:t xml:space="preserve">    B. 中国特色社会主义理论体系</w:t>
      </w:r>
    </w:p>
    <w:p>
      <w:pPr>
        <w:spacing w:before="20" w:after="20"/>
      </w:pPr>
      <w:r>
        <w:rPr>
          <w:sz w:val="22"/>
        </w:rPr>
        <w:t xml:space="preserve">    C. 科学发展观</w:t>
      </w:r>
    </w:p>
    <w:p>
      <w:pPr>
        <w:spacing w:before="20" w:after="20"/>
      </w:pPr>
      <w:r>
        <w:rPr>
          <w:sz w:val="22"/>
        </w:rPr>
        <w:t xml:space="preserve">    D. 习近平新时代中国特色社会主义思想</w:t>
      </w:r>
    </w:p>
    <w:p>
      <w:pPr>
        <w:spacing w:before="160"/>
      </w:pPr>
      <w:r>
        <w:rPr>
          <w:b/>
          <w:sz w:val="22"/>
        </w:rPr>
        <w:t>75. 邓小平在党的哪次会议上明确提出“建设有中国特色的社会主义”?( )</w:t>
      </w:r>
    </w:p>
    <w:p>
      <w:pPr>
        <w:spacing w:before="20" w:after="20"/>
      </w:pPr>
      <w:r>
        <w:rPr>
          <w:sz w:val="22"/>
        </w:rPr>
        <w:t xml:space="preserve">    A. 党的十一届三中全会</w:t>
      </w:r>
    </w:p>
    <w:p>
      <w:pPr>
        <w:spacing w:before="20" w:after="20"/>
      </w:pPr>
      <w:r>
        <w:rPr>
          <w:sz w:val="22"/>
        </w:rPr>
        <w:t xml:space="preserve">    B. 党的十二大</w:t>
      </w:r>
    </w:p>
    <w:p>
      <w:pPr>
        <w:spacing w:before="20" w:after="20"/>
      </w:pPr>
      <w:r>
        <w:rPr>
          <w:sz w:val="22"/>
        </w:rPr>
        <w:t xml:space="preserve">    C. 党的十三大</w:t>
      </w:r>
    </w:p>
    <w:p>
      <w:pPr>
        <w:spacing w:before="20" w:after="20"/>
      </w:pPr>
      <w:r>
        <w:rPr>
          <w:sz w:val="22"/>
        </w:rPr>
        <w:t xml:space="preserve">    D. 党的十四大</w:t>
      </w:r>
    </w:p>
    <w:p>
      <w:pPr>
        <w:spacing w:before="160"/>
      </w:pPr>
      <w:r>
        <w:rPr>
          <w:b/>
          <w:sz w:val="22"/>
        </w:rPr>
        <w:t>76. “第二个结合”是指( )。</w:t>
      </w:r>
    </w:p>
    <w:p>
      <w:pPr>
        <w:spacing w:before="20" w:after="20"/>
      </w:pPr>
      <w:r>
        <w:rPr>
          <w:sz w:val="22"/>
        </w:rPr>
        <w:t xml:space="preserve">    A. 马克思主义基本原理同中国具体实际相结合</w:t>
      </w:r>
    </w:p>
    <w:p>
      <w:pPr>
        <w:spacing w:before="20" w:after="20"/>
      </w:pPr>
      <w:r>
        <w:rPr>
          <w:sz w:val="22"/>
        </w:rPr>
        <w:t xml:space="preserve">    B. 马克思主义基本原理同中华优秀传统文化相结合</w:t>
      </w:r>
    </w:p>
    <w:p>
      <w:pPr>
        <w:spacing w:before="20" w:after="20"/>
      </w:pPr>
      <w:r>
        <w:rPr>
          <w:sz w:val="22"/>
        </w:rPr>
        <w:t xml:space="preserve">    C. 马克思主义基本原理同时代特征相结合</w:t>
      </w:r>
    </w:p>
    <w:p>
      <w:pPr>
        <w:spacing w:before="20" w:after="20"/>
      </w:pPr>
      <w:r>
        <w:rPr>
          <w:sz w:val="22"/>
        </w:rPr>
        <w:t xml:space="preserve">    D. 马克思主义基本原理同中国具体实际进行“第二次结合”</w:t>
      </w:r>
    </w:p>
    <w:p>
      <w:pPr>
        <w:spacing w:before="160"/>
      </w:pPr>
      <w:r>
        <w:rPr>
          <w:b/>
          <w:sz w:val="22"/>
        </w:rPr>
        <w:t>77. 邓小平指出，中国的事情要按照中国的情况来办，要依靠( )</w:t>
      </w:r>
    </w:p>
    <w:p>
      <w:pPr>
        <w:spacing w:before="20" w:after="20"/>
      </w:pPr>
      <w:r>
        <w:rPr>
          <w:sz w:val="22"/>
        </w:rPr>
        <w:t xml:space="preserve">    A. 中国人自己的力量</w:t>
      </w:r>
    </w:p>
    <w:p>
      <w:pPr>
        <w:spacing w:before="20" w:after="20"/>
      </w:pPr>
      <w:r>
        <w:rPr>
          <w:sz w:val="22"/>
        </w:rPr>
        <w:t xml:space="preserve">    B. 国际社会的帮助</w:t>
      </w:r>
    </w:p>
    <w:p>
      <w:pPr>
        <w:spacing w:before="20" w:after="20"/>
      </w:pPr>
      <w:r>
        <w:rPr>
          <w:sz w:val="22"/>
        </w:rPr>
        <w:t xml:space="preserve">    C. 发达国家的支持</w:t>
      </w:r>
    </w:p>
    <w:p>
      <w:pPr>
        <w:spacing w:before="20" w:after="20"/>
      </w:pPr>
      <w:r>
        <w:rPr>
          <w:sz w:val="22"/>
        </w:rPr>
        <w:t xml:space="preserve">    D. 联合国的援助</w:t>
      </w:r>
    </w:p>
    <w:p>
      <w:pPr>
        <w:spacing w:before="160"/>
      </w:pPr>
      <w:r>
        <w:rPr>
          <w:b/>
          <w:sz w:val="22"/>
        </w:rPr>
        <w:t>78. 在中国人民和中华民族的伟大觉醒中，在马克思列宁主义同中国工人运动的紧密结合中，( )年中国共产党应运而生。 `[分]`</w:t>
      </w:r>
    </w:p>
    <w:p>
      <w:pPr>
        <w:spacing w:before="20" w:after="20"/>
      </w:pPr>
      <w:r>
        <w:rPr>
          <w:sz w:val="22"/>
        </w:rPr>
        <w:t xml:space="preserve">    A. 1919</w:t>
      </w:r>
    </w:p>
    <w:p>
      <w:pPr>
        <w:spacing w:before="20" w:after="20"/>
      </w:pPr>
      <w:r>
        <w:rPr>
          <w:sz w:val="22"/>
        </w:rPr>
        <w:t xml:space="preserve">    B. 1920</w:t>
      </w:r>
    </w:p>
    <w:p>
      <w:pPr>
        <w:spacing w:before="20" w:after="20"/>
      </w:pPr>
      <w:r>
        <w:rPr>
          <w:sz w:val="22"/>
        </w:rPr>
        <w:t xml:space="preserve">    C. 1921</w:t>
      </w:r>
    </w:p>
    <w:p>
      <w:pPr>
        <w:spacing w:before="20" w:after="20"/>
      </w:pPr>
      <w:r>
        <w:rPr>
          <w:sz w:val="22"/>
        </w:rPr>
        <w:t xml:space="preserve">    D. 1922</w:t>
      </w:r>
    </w:p>
    <w:p>
      <w:pPr>
        <w:spacing w:before="160"/>
      </w:pPr>
      <w:r>
        <w:rPr>
          <w:b/>
          <w:sz w:val="22"/>
        </w:rPr>
        <w:t>79. 中国共产党一经诞生，就把为中国人民谋幸福.为中华民族谋复兴确立为自己的初心使命。一百年来，中国共产党团结带领中国人民进行的一切奋斗.一切牺牲.一切创造，归结起来就是一个主题( )。</w:t>
      </w:r>
    </w:p>
    <w:p>
      <w:pPr>
        <w:spacing w:before="20" w:after="20"/>
      </w:pPr>
      <w:r>
        <w:rPr>
          <w:sz w:val="22"/>
        </w:rPr>
        <w:t xml:space="preserve">    A. 实现共同富裕</w:t>
      </w:r>
    </w:p>
    <w:p>
      <w:pPr>
        <w:spacing w:before="20" w:after="20"/>
      </w:pPr>
      <w:r>
        <w:rPr>
          <w:sz w:val="22"/>
        </w:rPr>
        <w:t xml:space="preserve">    B. 实现全面建成小康社会</w:t>
      </w:r>
    </w:p>
    <w:p>
      <w:pPr>
        <w:spacing w:before="20" w:after="20"/>
      </w:pPr>
      <w:r>
        <w:rPr>
          <w:sz w:val="22"/>
        </w:rPr>
        <w:t xml:space="preserve">    C. 实现社会主义现代化</w:t>
      </w:r>
    </w:p>
    <w:p>
      <w:pPr>
        <w:spacing w:before="20" w:after="20"/>
      </w:pPr>
      <w:r>
        <w:rPr>
          <w:sz w:val="22"/>
        </w:rPr>
        <w:t xml:space="preserve">    D. 实现中华民族伟大复兴</w:t>
      </w:r>
    </w:p>
    <w:p>
      <w:pPr>
        <w:spacing w:before="160"/>
      </w:pPr>
      <w:r>
        <w:rPr>
          <w:b/>
          <w:sz w:val="22"/>
        </w:rPr>
        <w:t>80. 中国新民主主义革命时期的统一战线包含着两个联盟。其中作为统一战线的基础的联盟是( )。</w:t>
      </w:r>
    </w:p>
    <w:p>
      <w:pPr>
        <w:spacing w:before="20" w:after="20"/>
      </w:pPr>
      <w:r>
        <w:rPr>
          <w:sz w:val="22"/>
        </w:rPr>
        <w:t xml:space="preserve">    A. 工人阶级同城市小资产阶级的联盟</w:t>
      </w:r>
    </w:p>
    <w:p>
      <w:pPr>
        <w:spacing w:before="20" w:after="20"/>
      </w:pPr>
      <w:r>
        <w:rPr>
          <w:sz w:val="22"/>
        </w:rPr>
        <w:t xml:space="preserve">    B. 工人阶级同农民阶级、广大知识分子及其他劳动者的联盟</w:t>
      </w:r>
    </w:p>
    <w:p>
      <w:pPr>
        <w:spacing w:before="20" w:after="20"/>
      </w:pPr>
      <w:r>
        <w:rPr>
          <w:sz w:val="22"/>
        </w:rPr>
        <w:t xml:space="preserve">    C. 工人阶级同农民阶级、小资产阶级和民族资产阶级的联盟</w:t>
      </w:r>
    </w:p>
    <w:p>
      <w:pPr>
        <w:spacing w:before="20" w:after="20"/>
      </w:pPr>
      <w:r>
        <w:rPr>
          <w:sz w:val="22"/>
        </w:rPr>
        <w:t xml:space="preserve">    D. 工人阶级同可以合作的非劳动人民的联盟</w:t>
      </w:r>
    </w:p>
    <w:p>
      <w:pPr>
        <w:spacing w:before="160"/>
      </w:pPr>
      <w:r>
        <w:rPr>
          <w:b/>
          <w:sz w:val="22"/>
        </w:rPr>
        <w:t>81. 《论十大关系》中讨论的首要关系是( )。</w:t>
      </w:r>
    </w:p>
    <w:p>
      <w:pPr>
        <w:spacing w:before="20" w:after="20"/>
      </w:pPr>
      <w:r>
        <w:rPr>
          <w:sz w:val="22"/>
        </w:rPr>
        <w:t xml:space="preserve">    A. 重工业和轻工业.农业的关系</w:t>
      </w:r>
    </w:p>
    <w:p>
      <w:pPr>
        <w:spacing w:before="20" w:after="20"/>
      </w:pPr>
      <w:r>
        <w:rPr>
          <w:sz w:val="22"/>
        </w:rPr>
        <w:t xml:space="preserve">    B. 沿海工业和内地工业的关系</w:t>
      </w:r>
    </w:p>
    <w:p>
      <w:pPr>
        <w:spacing w:before="20" w:after="20"/>
      </w:pPr>
      <w:r>
        <w:rPr>
          <w:sz w:val="22"/>
        </w:rPr>
        <w:t xml:space="preserve">    C. 经济建设和国防建设的关系</w:t>
      </w:r>
    </w:p>
    <w:p>
      <w:pPr>
        <w:spacing w:before="20" w:after="20"/>
      </w:pPr>
      <w:r>
        <w:rPr>
          <w:sz w:val="22"/>
        </w:rPr>
        <w:t xml:space="preserve">    D. 国家.生产单位和生产者个人的关系</w:t>
      </w:r>
    </w:p>
    <w:p>
      <w:pPr>
        <w:spacing w:before="160"/>
      </w:pPr>
      <w:r>
        <w:rPr>
          <w:b/>
          <w:sz w:val="22"/>
        </w:rPr>
        <w:t>82. 毛泽东在《新民主主义论》中提出新民主主义革命的前途是( )。</w:t>
      </w:r>
    </w:p>
    <w:p>
      <w:pPr>
        <w:spacing w:before="20" w:after="20"/>
      </w:pPr>
      <w:r>
        <w:rPr>
          <w:sz w:val="22"/>
        </w:rPr>
        <w:t xml:space="preserve">    A. 资本主义</w:t>
      </w:r>
    </w:p>
    <w:p>
      <w:pPr>
        <w:spacing w:before="20" w:after="20"/>
      </w:pPr>
      <w:r>
        <w:rPr>
          <w:sz w:val="22"/>
        </w:rPr>
        <w:t xml:space="preserve">    B. 社会主义</w:t>
      </w:r>
    </w:p>
    <w:p>
      <w:pPr>
        <w:spacing w:before="20" w:after="20"/>
      </w:pPr>
      <w:r>
        <w:rPr>
          <w:sz w:val="22"/>
        </w:rPr>
        <w:t xml:space="preserve">    C. 新民主主义</w:t>
      </w:r>
    </w:p>
    <w:p>
      <w:pPr>
        <w:spacing w:before="20" w:after="20"/>
      </w:pPr>
      <w:r>
        <w:rPr>
          <w:sz w:val="22"/>
        </w:rPr>
        <w:t xml:space="preserve">    D. 共产主义</w:t>
      </w:r>
    </w:p>
    <w:p>
      <w:pPr>
        <w:spacing w:before="160"/>
      </w:pPr>
      <w:r>
        <w:rPr>
          <w:b/>
          <w:sz w:val="22"/>
        </w:rPr>
        <w:t>83. 马克思主义中国化时代化的理论成果是一脉相承又( )的关系。</w:t>
      </w:r>
    </w:p>
    <w:p>
      <w:pPr>
        <w:spacing w:before="20" w:after="20"/>
      </w:pPr>
      <w:r>
        <w:rPr>
          <w:sz w:val="22"/>
        </w:rPr>
        <w:t xml:space="preserve">    A. 实事求是</w:t>
      </w:r>
    </w:p>
    <w:p>
      <w:pPr>
        <w:spacing w:before="20" w:after="20"/>
      </w:pPr>
      <w:r>
        <w:rPr>
          <w:sz w:val="22"/>
        </w:rPr>
        <w:t xml:space="preserve">    B. 与时俱进</w:t>
      </w:r>
    </w:p>
    <w:p>
      <w:pPr>
        <w:spacing w:before="20" w:after="20"/>
      </w:pPr>
      <w:r>
        <w:rPr>
          <w:sz w:val="22"/>
        </w:rPr>
        <w:t xml:space="preserve">    C. 独立自主</w:t>
      </w:r>
    </w:p>
    <w:p>
      <w:pPr>
        <w:spacing w:before="20" w:after="20"/>
      </w:pPr>
      <w:r>
        <w:rPr>
          <w:sz w:val="22"/>
        </w:rPr>
        <w:t xml:space="preserve">    D. 精益求精</w:t>
      </w:r>
    </w:p>
    <w:p>
      <w:pPr>
        <w:spacing w:before="160"/>
      </w:pPr>
      <w:r>
        <w:rPr>
          <w:b/>
          <w:sz w:val="22"/>
        </w:rPr>
        <w:t>84. 社会主义基本制度确立后，如何在中国这样一个经济文化比较落后的东方大国建设和巩固社会主义，是党面临的全新课题。1956年4月，毛泽东作了《论十大关系》的报告，在初步总结我国社会主义建设经验的基础上，从十个方面论述了我国社会主义建设需要重点把握的重大关系。“十大关系”所围绕的基本方针是( )</w:t>
      </w:r>
    </w:p>
    <w:p>
      <w:pPr>
        <w:spacing w:before="20" w:after="20"/>
      </w:pPr>
      <w:r>
        <w:rPr>
          <w:sz w:val="22"/>
        </w:rPr>
        <w:t xml:space="preserve">    A. 正确处理人民内部矛盾</w:t>
      </w:r>
    </w:p>
    <w:p>
      <w:pPr>
        <w:spacing w:before="20" w:after="20"/>
      </w:pPr>
      <w:r>
        <w:rPr>
          <w:sz w:val="22"/>
        </w:rPr>
        <w:t xml:space="preserve">    B. 调动一切积极因素为社会主义事业服务</w:t>
      </w:r>
    </w:p>
    <w:p>
      <w:pPr>
        <w:spacing w:before="20" w:after="20"/>
      </w:pPr>
      <w:r>
        <w:rPr>
          <w:sz w:val="22"/>
        </w:rPr>
        <w:t xml:space="preserve">    C. 既反保守又反冒进.在综合平衡中稳步前进</w:t>
      </w:r>
    </w:p>
    <w:p>
      <w:pPr>
        <w:spacing w:before="20" w:after="20"/>
      </w:pPr>
      <w:r>
        <w:rPr>
          <w:sz w:val="22"/>
        </w:rPr>
        <w:t xml:space="preserve">    D. 集中力量向科学进军</w:t>
      </w:r>
    </w:p>
    <w:p>
      <w:pPr>
        <w:spacing w:before="160"/>
      </w:pPr>
      <w:r>
        <w:rPr>
          <w:b/>
          <w:sz w:val="22"/>
        </w:rPr>
        <w:t>85. 新民主主义革命理论的核心问题是( )。</w:t>
      </w:r>
    </w:p>
    <w:p>
      <w:pPr>
        <w:spacing w:before="20" w:after="20"/>
      </w:pPr>
      <w:r>
        <w:rPr>
          <w:sz w:val="22"/>
        </w:rPr>
        <w:t xml:space="preserve">    A. 分清敌友</w:t>
      </w:r>
    </w:p>
    <w:p>
      <w:pPr>
        <w:spacing w:before="20" w:after="20"/>
      </w:pPr>
      <w:r>
        <w:rPr>
          <w:sz w:val="22"/>
        </w:rPr>
        <w:t xml:space="preserve">    B. 农民问题</w:t>
      </w:r>
    </w:p>
    <w:p>
      <w:pPr>
        <w:spacing w:before="20" w:after="20"/>
      </w:pPr>
      <w:r>
        <w:rPr>
          <w:sz w:val="22"/>
        </w:rPr>
        <w:t xml:space="preserve">    C. 无产阶级领导权</w:t>
      </w:r>
    </w:p>
    <w:p>
      <w:pPr>
        <w:spacing w:before="20" w:after="20"/>
      </w:pPr>
      <w:r>
        <w:rPr>
          <w:sz w:val="22"/>
        </w:rPr>
        <w:t xml:space="preserve">    D. 土地问题</w:t>
      </w:r>
    </w:p>
    <w:p>
      <w:pPr>
        <w:spacing w:before="160"/>
      </w:pPr>
      <w:r>
        <w:rPr>
          <w:b/>
          <w:sz w:val="22"/>
        </w:rPr>
        <w:t>86. 新民主主义社会国营经济最主要的来源是( )</w:t>
      </w:r>
    </w:p>
    <w:p>
      <w:pPr>
        <w:spacing w:before="20" w:after="20"/>
      </w:pPr>
      <w:r>
        <w:rPr>
          <w:sz w:val="22"/>
        </w:rPr>
        <w:t xml:space="preserve">    A. 没收地主土地</w:t>
      </w:r>
    </w:p>
    <w:p>
      <w:pPr>
        <w:spacing w:before="20" w:after="20"/>
      </w:pPr>
      <w:r>
        <w:rPr>
          <w:sz w:val="22"/>
        </w:rPr>
        <w:t xml:space="preserve">    B. 民间私人投资</w:t>
      </w:r>
    </w:p>
    <w:p>
      <w:pPr>
        <w:spacing w:before="20" w:after="20"/>
      </w:pPr>
      <w:r>
        <w:rPr>
          <w:sz w:val="22"/>
        </w:rPr>
        <w:t xml:space="preserve">    C. 没收官僚资本</w:t>
      </w:r>
    </w:p>
    <w:p>
      <w:pPr>
        <w:spacing w:before="20" w:after="20"/>
      </w:pPr>
      <w:r>
        <w:rPr>
          <w:sz w:val="22"/>
        </w:rPr>
        <w:t xml:space="preserve">    D. 国际援助</w:t>
      </w:r>
    </w:p>
    <w:p>
      <w:pPr>
        <w:spacing w:before="160"/>
      </w:pPr>
      <w:r>
        <w:rPr>
          <w:b/>
          <w:sz w:val="22"/>
        </w:rPr>
        <w:t>87. 《论十大关系》的发表标志着( )。</w:t>
      </w:r>
    </w:p>
    <w:p>
      <w:pPr>
        <w:spacing w:before="20" w:after="20"/>
      </w:pPr>
      <w:r>
        <w:rPr>
          <w:sz w:val="22"/>
        </w:rPr>
        <w:t xml:space="preserve">    A. 社会主义制度的确立</w:t>
      </w:r>
    </w:p>
    <w:p>
      <w:pPr>
        <w:spacing w:before="20" w:after="20"/>
      </w:pPr>
      <w:r>
        <w:rPr>
          <w:sz w:val="22"/>
        </w:rPr>
        <w:t xml:space="preserve">    B. 党探索中国社会主义建设道路的良好开端</w:t>
      </w:r>
    </w:p>
    <w:p>
      <w:pPr>
        <w:spacing w:before="20" w:after="20"/>
      </w:pPr>
      <w:r>
        <w:rPr>
          <w:sz w:val="22"/>
        </w:rPr>
        <w:t xml:space="preserve">    C. 改革开放的开始</w:t>
      </w:r>
    </w:p>
    <w:p>
      <w:pPr>
        <w:spacing w:before="20" w:after="20"/>
      </w:pPr>
      <w:r>
        <w:rPr>
          <w:sz w:val="22"/>
        </w:rPr>
        <w:t xml:space="preserve">    D. 文化大革命的发动</w:t>
      </w:r>
    </w:p>
    <w:p>
      <w:pPr>
        <w:spacing w:before="160"/>
      </w:pPr>
      <w:r>
        <w:rPr>
          <w:b/>
          <w:sz w:val="22"/>
        </w:rPr>
        <w:t>88. 毛泽东指出,解决中国一切革命问题的最基本的根据是( )。</w:t>
      </w:r>
    </w:p>
    <w:p>
      <w:pPr>
        <w:spacing w:before="20" w:after="20"/>
      </w:pPr>
      <w:r>
        <w:rPr>
          <w:sz w:val="22"/>
        </w:rPr>
        <w:t xml:space="preserve">    A. 正确分析中国社会的阶级状况</w:t>
      </w:r>
    </w:p>
    <w:p>
      <w:pPr>
        <w:spacing w:before="20" w:after="20"/>
      </w:pPr>
      <w:r>
        <w:rPr>
          <w:sz w:val="22"/>
        </w:rPr>
        <w:t xml:space="preserve">    B. 正确分析中国社会的经济结构</w:t>
      </w:r>
    </w:p>
    <w:p>
      <w:pPr>
        <w:spacing w:before="20" w:after="20"/>
      </w:pPr>
      <w:r>
        <w:rPr>
          <w:sz w:val="22"/>
        </w:rPr>
        <w:t xml:space="preserve">    C. 认清中国社会的特殊国情</w:t>
      </w:r>
    </w:p>
    <w:p>
      <w:pPr>
        <w:spacing w:before="20" w:after="20"/>
      </w:pPr>
      <w:r>
        <w:rPr>
          <w:sz w:val="22"/>
        </w:rPr>
        <w:t xml:space="preserve">    D. 认清中国社会的主要矛盾</w:t>
      </w:r>
    </w:p>
    <w:p>
      <w:pPr>
        <w:spacing w:before="160"/>
      </w:pPr>
      <w:r>
        <w:rPr>
          <w:b/>
          <w:sz w:val="22"/>
        </w:rPr>
        <w:t>89. 科学发展观强调，推进政治体制改革的根本目的是( )</w:t>
      </w:r>
    </w:p>
    <w:p>
      <w:pPr>
        <w:spacing w:before="20" w:after="20"/>
      </w:pPr>
      <w:r>
        <w:rPr>
          <w:sz w:val="22"/>
        </w:rPr>
        <w:t xml:space="preserve">    A. 加强党的领导</w:t>
      </w:r>
    </w:p>
    <w:p>
      <w:pPr>
        <w:spacing w:before="20" w:after="20"/>
      </w:pPr>
      <w:r>
        <w:rPr>
          <w:sz w:val="22"/>
        </w:rPr>
        <w:t xml:space="preserve">    B. 保证人民当家作主</w:t>
      </w:r>
    </w:p>
    <w:p>
      <w:pPr>
        <w:spacing w:before="20" w:after="20"/>
      </w:pPr>
      <w:r>
        <w:rPr>
          <w:sz w:val="22"/>
        </w:rPr>
        <w:t xml:space="preserve">    C. 完善法律体系</w:t>
      </w:r>
    </w:p>
    <w:p>
      <w:pPr>
        <w:spacing w:before="20" w:after="20"/>
      </w:pPr>
      <w:r>
        <w:rPr>
          <w:sz w:val="22"/>
        </w:rPr>
        <w:t xml:space="preserve">    D. 提高行政效率</w:t>
      </w:r>
    </w:p>
    <w:p>
      <w:pPr>
        <w:spacing w:before="160"/>
      </w:pPr>
      <w:r>
        <w:rPr>
          <w:b/>
          <w:sz w:val="22"/>
        </w:rPr>
        <w:t>90. “一国两制”的核心是( )</w:t>
      </w:r>
    </w:p>
    <w:p>
      <w:pPr>
        <w:spacing w:before="20" w:after="20"/>
      </w:pPr>
      <w:r>
        <w:rPr>
          <w:sz w:val="22"/>
        </w:rPr>
        <w:t xml:space="preserve">    A. 坚持一个中国</w:t>
      </w:r>
    </w:p>
    <w:p>
      <w:pPr>
        <w:spacing w:before="20" w:after="20"/>
      </w:pPr>
      <w:r>
        <w:rPr>
          <w:sz w:val="22"/>
        </w:rPr>
        <w:t xml:space="preserve">    B. 两制并存</w:t>
      </w:r>
    </w:p>
    <w:p>
      <w:pPr>
        <w:spacing w:before="20" w:after="20"/>
      </w:pPr>
      <w:r>
        <w:rPr>
          <w:sz w:val="22"/>
        </w:rPr>
        <w:t xml:space="preserve">    C. 高度自治</w:t>
      </w:r>
    </w:p>
    <w:p>
      <w:pPr>
        <w:spacing w:before="20" w:after="20"/>
      </w:pPr>
      <w:r>
        <w:rPr>
          <w:sz w:val="22"/>
        </w:rPr>
        <w:t xml:space="preserve">    D. 和平统一</w:t>
      </w:r>
    </w:p>
    <w:p>
      <w:pPr>
        <w:spacing w:before="160"/>
      </w:pPr>
      <w:r>
        <w:rPr>
          <w:b/>
          <w:sz w:val="22"/>
        </w:rPr>
        <w:t>91. 毛泽东在《中国革命和中国共产党》中指出，中国革命的性质是( )。</w:t>
      </w:r>
    </w:p>
    <w:p>
      <w:pPr>
        <w:spacing w:before="20" w:after="20"/>
      </w:pPr>
      <w:r>
        <w:rPr>
          <w:sz w:val="22"/>
        </w:rPr>
        <w:t xml:space="preserve">    A. 资产阶级民主革命</w:t>
      </w:r>
    </w:p>
    <w:p>
      <w:pPr>
        <w:spacing w:before="20" w:after="20"/>
      </w:pPr>
      <w:r>
        <w:rPr>
          <w:sz w:val="22"/>
        </w:rPr>
        <w:t xml:space="preserve">    B. 社会主义革命</w:t>
      </w:r>
    </w:p>
    <w:p>
      <w:pPr>
        <w:spacing w:before="20" w:after="20"/>
      </w:pPr>
      <w:r>
        <w:rPr>
          <w:sz w:val="22"/>
        </w:rPr>
        <w:t xml:space="preserve">    C. 新民主主义革命</w:t>
      </w:r>
    </w:p>
    <w:p>
      <w:pPr>
        <w:spacing w:before="20" w:after="20"/>
      </w:pPr>
      <w:r>
        <w:rPr>
          <w:sz w:val="22"/>
        </w:rPr>
        <w:t xml:space="preserve">    D. 农民革命</w:t>
      </w:r>
    </w:p>
    <w:p>
      <w:pPr>
        <w:spacing w:before="160"/>
      </w:pPr>
      <w:r>
        <w:rPr>
          <w:b/>
          <w:sz w:val="22"/>
        </w:rPr>
        <w:t>92. 毛泽东在谈到辛亥革命时指出,辛亥革命有它胜利的地方,也有它失败的地方,“辛亥革命把皇帝赶跑,这不是胜利了吗?说它失败,是说辛亥革命只把一个皇帝赶跑。”毛泽东这里所说的“只把一个皇帝赶跑”是指( )。</w:t>
      </w:r>
    </w:p>
    <w:p>
      <w:pPr>
        <w:spacing w:before="20" w:after="20"/>
      </w:pPr>
      <w:r>
        <w:rPr>
          <w:sz w:val="22"/>
        </w:rPr>
        <w:t xml:space="preserve">    A. 没有推翻帝制</w:t>
      </w:r>
    </w:p>
    <w:p>
      <w:pPr>
        <w:spacing w:before="20" w:after="20"/>
      </w:pPr>
      <w:r>
        <w:rPr>
          <w:sz w:val="22"/>
        </w:rPr>
        <w:t xml:space="preserve">    B. 反帝反封建的革命任务没有完成</w:t>
      </w:r>
    </w:p>
    <w:p>
      <w:pPr>
        <w:spacing w:before="20" w:after="20"/>
      </w:pPr>
      <w:r>
        <w:rPr>
          <w:sz w:val="22"/>
        </w:rPr>
        <w:t xml:space="preserve">    C. 孙中山没有继续革命</w:t>
      </w:r>
    </w:p>
    <w:p>
      <w:pPr>
        <w:spacing w:before="20" w:after="20"/>
      </w:pPr>
      <w:r>
        <w:rPr>
          <w:sz w:val="22"/>
        </w:rPr>
        <w:t xml:space="preserve">    D. 袁世凯窃夺了胜利果实</w:t>
      </w:r>
    </w:p>
    <w:p>
      <w:pPr>
        <w:spacing w:before="160"/>
      </w:pPr>
      <w:r>
        <w:rPr>
          <w:b/>
          <w:sz w:val="22"/>
        </w:rPr>
        <w:t>93. 中国革命必须走农村包围城市的道路，根本决定因素是( )</w:t>
      </w:r>
    </w:p>
    <w:p>
      <w:pPr>
        <w:spacing w:before="20" w:after="20"/>
      </w:pPr>
      <w:r>
        <w:rPr>
          <w:sz w:val="22"/>
        </w:rPr>
        <w:t xml:space="preserve">    A. 敌人在农村军事力量薄弱</w:t>
      </w:r>
    </w:p>
    <w:p>
      <w:pPr>
        <w:spacing w:before="20" w:after="20"/>
      </w:pPr>
      <w:r>
        <w:rPr>
          <w:sz w:val="22"/>
        </w:rPr>
        <w:t xml:space="preserve">    B. 城市起义接连失败</w:t>
      </w:r>
    </w:p>
    <w:p>
      <w:pPr>
        <w:spacing w:before="20" w:after="20"/>
      </w:pPr>
      <w:r>
        <w:rPr>
          <w:sz w:val="22"/>
        </w:rPr>
        <w:t xml:space="preserve">    C. 农民思想觉悟普遍较高</w:t>
      </w:r>
    </w:p>
    <w:p>
      <w:pPr>
        <w:spacing w:before="20" w:after="20"/>
      </w:pPr>
      <w:r>
        <w:rPr>
          <w:sz w:val="22"/>
        </w:rPr>
        <w:t xml:space="preserve">    D. 近代中国半殖民地半封建、政治经济发展极不平衡</w:t>
      </w:r>
    </w:p>
    <w:p>
      <w:pPr>
        <w:spacing w:before="160"/>
      </w:pPr>
      <w:r>
        <w:rPr>
          <w:b/>
          <w:sz w:val="22"/>
        </w:rPr>
        <w:t>94. 毛泽东认为，社会主义建设中经济建设的重点是( )。</w:t>
      </w:r>
    </w:p>
    <w:p>
      <w:pPr>
        <w:spacing w:before="20" w:after="20"/>
      </w:pPr>
      <w:r>
        <w:rPr>
          <w:sz w:val="22"/>
        </w:rPr>
        <w:t xml:space="preserve">    A. 农业</w:t>
      </w:r>
    </w:p>
    <w:p>
      <w:pPr>
        <w:spacing w:before="20" w:after="20"/>
      </w:pPr>
      <w:r>
        <w:rPr>
          <w:sz w:val="22"/>
        </w:rPr>
        <w:t xml:space="preserve">    B. 轻工业</w:t>
      </w:r>
    </w:p>
    <w:p>
      <w:pPr>
        <w:spacing w:before="20" w:after="20"/>
      </w:pPr>
      <w:r>
        <w:rPr>
          <w:sz w:val="22"/>
        </w:rPr>
        <w:t xml:space="preserve">    C. 重工业</w:t>
      </w:r>
    </w:p>
    <w:p>
      <w:pPr>
        <w:spacing w:before="20" w:after="20"/>
      </w:pPr>
      <w:r>
        <w:rPr>
          <w:sz w:val="22"/>
        </w:rPr>
        <w:t xml:space="preserve">    D. 服务业</w:t>
      </w:r>
    </w:p>
    <w:p>
      <w:pPr>
        <w:spacing w:before="160"/>
      </w:pPr>
      <w:r>
        <w:rPr>
          <w:b/>
          <w:sz w:val="22"/>
        </w:rPr>
        <w:t>95. 邓小平提出的“三步走”发展战略中，第一步的目标是( )</w:t>
      </w:r>
    </w:p>
    <w:p>
      <w:pPr>
        <w:spacing w:before="20" w:after="20"/>
      </w:pPr>
      <w:r>
        <w:rPr>
          <w:sz w:val="22"/>
        </w:rPr>
        <w:t xml:space="preserve">    A. 解决人民的温饱问题</w:t>
      </w:r>
    </w:p>
    <w:p>
      <w:pPr>
        <w:spacing w:before="20" w:after="20"/>
      </w:pPr>
      <w:r>
        <w:rPr>
          <w:sz w:val="22"/>
        </w:rPr>
        <w:t xml:space="preserve">    B. 人民生活达到小康水平</w:t>
      </w:r>
    </w:p>
    <w:p>
      <w:pPr>
        <w:spacing w:before="20" w:after="20"/>
      </w:pPr>
      <w:r>
        <w:rPr>
          <w:sz w:val="22"/>
        </w:rPr>
        <w:t xml:space="preserve">    C. 基本实现现代化</w:t>
      </w:r>
    </w:p>
    <w:p>
      <w:pPr>
        <w:spacing w:before="20" w:after="20"/>
      </w:pPr>
      <w:r>
        <w:rPr>
          <w:sz w:val="22"/>
        </w:rPr>
        <w:t xml:space="preserve">    D. 建成社会主义现代化强国</w:t>
      </w:r>
    </w:p>
    <w:p>
      <w:pPr>
        <w:spacing w:before="160"/>
      </w:pPr>
      <w:r>
        <w:rPr>
          <w:b/>
          <w:sz w:val="22"/>
        </w:rPr>
        <w:t>96. 全面建设小康社会的目标是在哪次会议上提出的?</w:t>
      </w:r>
    </w:p>
    <w:p>
      <w:pPr>
        <w:spacing w:before="20" w:after="20"/>
      </w:pPr>
      <w:r>
        <w:rPr>
          <w:sz w:val="22"/>
        </w:rPr>
        <w:t xml:space="preserve">    A. 中共十四大</w:t>
      </w:r>
    </w:p>
    <w:p>
      <w:pPr>
        <w:spacing w:before="20" w:after="20"/>
      </w:pPr>
      <w:r>
        <w:rPr>
          <w:sz w:val="22"/>
        </w:rPr>
        <w:t xml:space="preserve">    B. 中共十五大</w:t>
      </w:r>
    </w:p>
    <w:p>
      <w:pPr>
        <w:spacing w:before="20" w:after="20"/>
      </w:pPr>
      <w:r>
        <w:rPr>
          <w:sz w:val="22"/>
        </w:rPr>
        <w:t xml:space="preserve">    C. 中共十六大</w:t>
      </w:r>
    </w:p>
    <w:p>
      <w:pPr>
        <w:spacing w:before="20" w:after="20"/>
      </w:pPr>
      <w:r>
        <w:rPr>
          <w:sz w:val="22"/>
        </w:rPr>
        <w:t xml:space="preserve">    D. 中共十七大</w:t>
      </w:r>
    </w:p>
    <w:p>
      <w:pPr>
        <w:spacing w:before="160"/>
      </w:pPr>
      <w:r>
        <w:rPr>
          <w:b/>
          <w:sz w:val="22"/>
        </w:rPr>
        <w:t>97. 毛泽东认为社会主义社会基本矛盾的特点是( )</w:t>
      </w:r>
    </w:p>
    <w:p>
      <w:pPr>
        <w:spacing w:before="20" w:after="20"/>
      </w:pPr>
      <w:r>
        <w:rPr>
          <w:sz w:val="22"/>
        </w:rPr>
        <w:t xml:space="preserve">    A. 相适应</w:t>
      </w:r>
    </w:p>
    <w:p>
      <w:pPr>
        <w:spacing w:before="20" w:after="20"/>
      </w:pPr>
      <w:r>
        <w:rPr>
          <w:sz w:val="22"/>
        </w:rPr>
        <w:t xml:space="preserve">    B. 相矛盾</w:t>
      </w:r>
    </w:p>
    <w:p>
      <w:pPr>
        <w:spacing w:before="20" w:after="20"/>
      </w:pPr>
      <w:r>
        <w:rPr>
          <w:sz w:val="22"/>
        </w:rPr>
        <w:t xml:space="preserve">    C. 又相适应又相矛盾</w:t>
      </w:r>
    </w:p>
    <w:p>
      <w:pPr>
        <w:spacing w:before="20" w:after="20"/>
      </w:pPr>
      <w:r>
        <w:rPr>
          <w:sz w:val="22"/>
        </w:rPr>
        <w:t xml:space="preserve">    D. 不相适应又不相矛盾</w:t>
      </w:r>
    </w:p>
    <w:p>
      <w:pPr>
        <w:spacing w:before="160"/>
      </w:pPr>
      <w:r>
        <w:rPr>
          <w:b/>
          <w:sz w:val="22"/>
        </w:rPr>
        <w:t>98. 科学发展观要求建立的社会主义和谐社会的特征不包括( )</w:t>
      </w:r>
    </w:p>
    <w:p>
      <w:pPr>
        <w:spacing w:before="20" w:after="20"/>
      </w:pPr>
      <w:r>
        <w:rPr>
          <w:sz w:val="22"/>
        </w:rPr>
        <w:t xml:space="preserve">    A. 民主法治</w:t>
      </w:r>
    </w:p>
    <w:p>
      <w:pPr>
        <w:spacing w:before="20" w:after="20"/>
      </w:pPr>
      <w:r>
        <w:rPr>
          <w:sz w:val="22"/>
        </w:rPr>
        <w:t xml:space="preserve">    B. 公平正义</w:t>
      </w:r>
    </w:p>
    <w:p>
      <w:pPr>
        <w:spacing w:before="20" w:after="20"/>
      </w:pPr>
      <w:r>
        <w:rPr>
          <w:sz w:val="22"/>
        </w:rPr>
        <w:t xml:space="preserve">    C. 诚信友爱</w:t>
      </w:r>
    </w:p>
    <w:p>
      <w:pPr>
        <w:spacing w:before="20" w:after="20"/>
      </w:pPr>
      <w:r>
        <w:rPr>
          <w:sz w:val="22"/>
        </w:rPr>
        <w:t xml:space="preserve">    D. 绝对平均</w:t>
      </w:r>
    </w:p>
    <w:p>
      <w:pPr>
        <w:spacing w:before="160"/>
      </w:pPr>
      <w:r>
        <w:rPr>
          <w:b/>
          <w:sz w:val="22"/>
        </w:rPr>
        <w:t>99. 1978年12月召开的党的十一届三中全会，重新确立了( )的思想路线，彻底否定了 “以阶级斗争为纲”的错误理论和实践。</w:t>
      </w:r>
    </w:p>
    <w:p>
      <w:pPr>
        <w:spacing w:before="20" w:after="20"/>
      </w:pPr>
      <w:r>
        <w:rPr>
          <w:sz w:val="22"/>
        </w:rPr>
        <w:t xml:space="preserve">    A. 实事求是</w:t>
      </w:r>
    </w:p>
    <w:p>
      <w:pPr>
        <w:spacing w:before="20" w:after="20"/>
      </w:pPr>
      <w:r>
        <w:rPr>
          <w:sz w:val="22"/>
        </w:rPr>
        <w:t xml:space="preserve">    B. 群众路线</w:t>
      </w:r>
    </w:p>
    <w:p>
      <w:pPr>
        <w:spacing w:before="20" w:after="20"/>
      </w:pPr>
      <w:r>
        <w:rPr>
          <w:sz w:val="22"/>
        </w:rPr>
        <w:t xml:space="preserve">    C. 独立自主</w:t>
      </w:r>
    </w:p>
    <w:p>
      <w:pPr>
        <w:spacing w:before="20" w:after="20"/>
      </w:pPr>
      <w:r>
        <w:rPr>
          <w:sz w:val="22"/>
        </w:rPr>
        <w:t xml:space="preserve">    D. 解放思想</w:t>
      </w:r>
    </w:p>
    <w:p>
      <w:pPr>
        <w:spacing w:before="160"/>
      </w:pPr>
      <w:r>
        <w:rPr>
          <w:b/>
          <w:sz w:val="22"/>
        </w:rPr>
        <w:t>100. 中国共产党在民主革命时期对民族资产阶级的政策，总体上是( )。</w:t>
      </w:r>
    </w:p>
    <w:p>
      <w:pPr>
        <w:spacing w:before="20" w:after="20"/>
      </w:pPr>
      <w:r>
        <w:rPr>
          <w:sz w:val="22"/>
        </w:rPr>
        <w:t xml:space="preserve">    A. 既联合又斗争</w:t>
      </w:r>
    </w:p>
    <w:p>
      <w:pPr>
        <w:spacing w:before="20" w:after="20"/>
      </w:pPr>
      <w:r>
        <w:rPr>
          <w:sz w:val="22"/>
        </w:rPr>
        <w:t xml:space="preserve">    B. 只联合不斗争</w:t>
      </w:r>
    </w:p>
    <w:p>
      <w:pPr>
        <w:spacing w:before="20" w:after="20"/>
      </w:pPr>
      <w:r>
        <w:rPr>
          <w:sz w:val="22"/>
        </w:rPr>
        <w:t xml:space="preserve">    C. 只斗争不联合</w:t>
      </w:r>
    </w:p>
    <w:p>
      <w:pPr>
        <w:spacing w:before="20" w:after="20"/>
      </w:pPr>
      <w:r>
        <w:rPr>
          <w:sz w:val="22"/>
        </w:rPr>
        <w:t xml:space="preserve">    D. 彻底消灭</w:t>
      </w:r>
    </w:p>
    <w:p>
      <w:pPr>
        <w:spacing w:before="160"/>
      </w:pPr>
      <w:r>
        <w:rPr>
          <w:b/>
          <w:sz w:val="22"/>
        </w:rPr>
        <w:t>101. 党执政后的最大危险是:</w:t>
      </w:r>
    </w:p>
    <w:p>
      <w:pPr>
        <w:spacing w:before="20" w:after="20"/>
      </w:pPr>
      <w:r>
        <w:rPr>
          <w:sz w:val="22"/>
        </w:rPr>
        <w:t xml:space="preserve">    A. 脱离群众</w:t>
      </w:r>
    </w:p>
    <w:p>
      <w:pPr>
        <w:spacing w:before="20" w:after="20"/>
      </w:pPr>
      <w:r>
        <w:rPr>
          <w:sz w:val="22"/>
        </w:rPr>
        <w:t xml:space="preserve">    B. 腐败</w:t>
      </w:r>
    </w:p>
    <w:p>
      <w:pPr>
        <w:spacing w:before="20" w:after="20"/>
      </w:pPr>
      <w:r>
        <w:rPr>
          <w:sz w:val="22"/>
        </w:rPr>
        <w:t xml:space="preserve">    C. 官僚主义</w:t>
      </w:r>
    </w:p>
    <w:p>
      <w:pPr>
        <w:spacing w:before="20" w:after="20"/>
      </w:pPr>
      <w:r>
        <w:rPr>
          <w:sz w:val="22"/>
        </w:rPr>
        <w:t xml:space="preserve">    D. 形式主义</w:t>
      </w:r>
    </w:p>
    <w:p>
      <w:pPr>
        <w:spacing w:before="160"/>
      </w:pPr>
      <w:r>
        <w:rPr>
          <w:b/>
          <w:sz w:val="22"/>
        </w:rPr>
        <w:t>102. 在全面建设社会主义现代化国家的新征程上，重温毛泽东在七届二中全会上提出的“两个务必”，对于青年学生来说，核心是要( )。</w:t>
      </w:r>
    </w:p>
    <w:p>
      <w:pPr>
        <w:spacing w:before="20" w:after="20"/>
      </w:pPr>
      <w:r>
        <w:rPr>
          <w:sz w:val="22"/>
        </w:rPr>
        <w:t xml:space="preserve">    A. 保持谦虚、谨慎、不骄、不躁的作风</w:t>
      </w:r>
    </w:p>
    <w:p>
      <w:pPr>
        <w:spacing w:before="20" w:after="20"/>
      </w:pPr>
      <w:r>
        <w:rPr>
          <w:sz w:val="22"/>
        </w:rPr>
        <w:t xml:space="preserve">    B. 坚持武装斗争</w:t>
      </w:r>
    </w:p>
    <w:p>
      <w:pPr>
        <w:spacing w:before="20" w:after="20"/>
      </w:pPr>
      <w:r>
        <w:rPr>
          <w:sz w:val="22"/>
        </w:rPr>
        <w:t xml:space="preserve">    C. 迅速恢复和发展生产</w:t>
      </w:r>
    </w:p>
    <w:p>
      <w:pPr>
        <w:spacing w:before="20" w:after="20"/>
      </w:pPr>
      <w:r>
        <w:rPr>
          <w:sz w:val="22"/>
        </w:rPr>
        <w:t xml:space="preserve">    D. 将党的工作重心转移到城市</w:t>
      </w:r>
    </w:p>
    <w:p>
      <w:pPr>
        <w:spacing w:before="160"/>
      </w:pPr>
      <w:r>
        <w:rPr>
          <w:b/>
          <w:sz w:val="22"/>
        </w:rPr>
        <w:t>103. 中国特色社会主义理论体系不包括( )。</w:t>
      </w:r>
    </w:p>
    <w:p>
      <w:pPr>
        <w:spacing w:before="20" w:after="20"/>
      </w:pPr>
      <w:r>
        <w:rPr>
          <w:sz w:val="22"/>
        </w:rPr>
        <w:t xml:space="preserve">    A. 毛泽东思想</w:t>
      </w:r>
    </w:p>
    <w:p>
      <w:pPr>
        <w:spacing w:before="20" w:after="20"/>
      </w:pPr>
      <w:r>
        <w:rPr>
          <w:sz w:val="22"/>
        </w:rPr>
        <w:t xml:space="preserve">    B. 邓小平理论</w:t>
      </w:r>
    </w:p>
    <w:p>
      <w:pPr>
        <w:spacing w:before="20" w:after="20"/>
      </w:pPr>
      <w:r>
        <w:rPr>
          <w:sz w:val="22"/>
        </w:rPr>
        <w:t xml:space="preserve">    C. “三个代表”重要思想</w:t>
      </w:r>
    </w:p>
    <w:p>
      <w:pPr>
        <w:spacing w:before="20" w:after="20"/>
      </w:pPr>
      <w:r>
        <w:rPr>
          <w:sz w:val="22"/>
        </w:rPr>
        <w:t xml:space="preserve">    D. 习近平新时代中国特色社会主义思想</w:t>
      </w:r>
    </w:p>
    <w:p>
      <w:pPr>
        <w:spacing w:before="160"/>
      </w:pPr>
      <w:r>
        <w:rPr>
          <w:b/>
          <w:sz w:val="22"/>
        </w:rPr>
        <w:t>104. 毛泽东所说的中国民族资产阶级“从娘肚子里带出来的老毛病”是指( )。</w:t>
      </w:r>
    </w:p>
    <w:p>
      <w:pPr>
        <w:spacing w:before="20" w:after="20"/>
      </w:pPr>
      <w:r>
        <w:rPr>
          <w:sz w:val="22"/>
        </w:rPr>
        <w:t xml:space="preserve">    A. 软弱性</w:t>
      </w:r>
    </w:p>
    <w:p>
      <w:pPr>
        <w:spacing w:before="20" w:after="20"/>
      </w:pPr>
      <w:r>
        <w:rPr>
          <w:sz w:val="22"/>
        </w:rPr>
        <w:t xml:space="preserve">    B. 妥协性</w:t>
      </w:r>
    </w:p>
    <w:p>
      <w:pPr>
        <w:spacing w:before="20" w:after="20"/>
      </w:pPr>
      <w:r>
        <w:rPr>
          <w:sz w:val="22"/>
        </w:rPr>
        <w:t xml:space="preserve">    C. 动摇性</w:t>
      </w:r>
    </w:p>
    <w:p>
      <w:pPr>
        <w:spacing w:before="20" w:after="20"/>
      </w:pPr>
      <w:r>
        <w:rPr>
          <w:sz w:val="22"/>
        </w:rPr>
        <w:t xml:space="preserve">    D. 两面性</w:t>
      </w:r>
    </w:p>
    <w:p>
      <w:pPr>
        <w:spacing w:before="160"/>
      </w:pPr>
      <w:r>
        <w:rPr>
          <w:b/>
          <w:sz w:val="22"/>
        </w:rPr>
        <w:t>105. 科学发展观的基本要求是( )</w:t>
      </w:r>
    </w:p>
    <w:p>
      <w:pPr>
        <w:spacing w:before="20" w:after="20"/>
      </w:pPr>
      <w:r>
        <w:rPr>
          <w:sz w:val="22"/>
        </w:rPr>
        <w:t xml:space="preserve">    A. 统筹兼顾</w:t>
      </w:r>
    </w:p>
    <w:p>
      <w:pPr>
        <w:spacing w:before="20" w:after="20"/>
      </w:pPr>
      <w:r>
        <w:rPr>
          <w:sz w:val="22"/>
        </w:rPr>
        <w:t xml:space="preserve">    B. 全面协调可持续</w:t>
      </w:r>
    </w:p>
    <w:p>
      <w:pPr>
        <w:spacing w:before="20" w:after="20"/>
      </w:pPr>
      <w:r>
        <w:rPr>
          <w:sz w:val="22"/>
        </w:rPr>
        <w:t xml:space="preserve">    C. 五个统筹</w:t>
      </w:r>
    </w:p>
    <w:p>
      <w:pPr>
        <w:spacing w:before="20" w:after="20"/>
      </w:pPr>
      <w:r>
        <w:rPr>
          <w:sz w:val="22"/>
        </w:rPr>
        <w:t xml:space="preserve">    D. 三个代表</w:t>
      </w:r>
    </w:p>
    <w:p>
      <w:pPr>
        <w:spacing w:before="160"/>
      </w:pPr>
      <w:r>
        <w:rPr>
          <w:b/>
          <w:sz w:val="22"/>
        </w:rPr>
        <w:t>106. 新民主主义革命总路线的核心是( )。</w:t>
      </w:r>
    </w:p>
    <w:p>
      <w:pPr>
        <w:spacing w:before="20" w:after="20"/>
      </w:pPr>
      <w:r>
        <w:rPr>
          <w:sz w:val="22"/>
        </w:rPr>
        <w:t xml:space="preserve">    A. 无产阶级领导</w:t>
      </w:r>
    </w:p>
    <w:p>
      <w:pPr>
        <w:spacing w:before="20" w:after="20"/>
      </w:pPr>
      <w:r>
        <w:rPr>
          <w:sz w:val="22"/>
        </w:rPr>
        <w:t xml:space="preserve">    B. 人民大众参与</w:t>
      </w:r>
    </w:p>
    <w:p>
      <w:pPr>
        <w:spacing w:before="20" w:after="20"/>
      </w:pPr>
      <w:r>
        <w:rPr>
          <w:sz w:val="22"/>
        </w:rPr>
        <w:t xml:space="preserve">    C. 反对帝国主义</w:t>
      </w:r>
    </w:p>
    <w:p>
      <w:pPr>
        <w:spacing w:before="20" w:after="20"/>
      </w:pPr>
      <w:r>
        <w:rPr>
          <w:sz w:val="22"/>
        </w:rPr>
        <w:t xml:space="preserve">    D. 农村包围城市</w:t>
      </w:r>
    </w:p>
    <w:p>
      <w:pPr>
        <w:spacing w:before="160"/>
      </w:pPr>
      <w:r>
        <w:rPr>
          <w:b/>
          <w:sz w:val="22"/>
        </w:rPr>
        <w:t>107. 新民主主义社会中主要的经济成分是( )</w:t>
      </w:r>
    </w:p>
    <w:p>
      <w:pPr>
        <w:spacing w:before="20" w:after="20"/>
      </w:pPr>
      <w:r>
        <w:rPr>
          <w:sz w:val="22"/>
        </w:rPr>
        <w:t xml:space="preserve">    A. 社会主义经济、个体经济、资本主义经济</w:t>
      </w:r>
    </w:p>
    <w:p>
      <w:pPr>
        <w:spacing w:before="20" w:after="20"/>
      </w:pPr>
      <w:r>
        <w:rPr>
          <w:sz w:val="22"/>
        </w:rPr>
        <w:t xml:space="preserve">    B. 社会主义经济、个体经济</w:t>
      </w:r>
    </w:p>
    <w:p>
      <w:pPr>
        <w:spacing w:before="20" w:after="20"/>
      </w:pPr>
      <w:r>
        <w:rPr>
          <w:sz w:val="22"/>
        </w:rPr>
        <w:t xml:space="preserve">    C. 外国资本主义经济、社会主义经济</w:t>
      </w:r>
    </w:p>
    <w:p>
      <w:pPr>
        <w:spacing w:before="20" w:after="20"/>
      </w:pPr>
      <w:r>
        <w:rPr>
          <w:sz w:val="22"/>
        </w:rPr>
        <w:t xml:space="preserve">    D. 公有制经济、非公有制经济</w:t>
      </w:r>
    </w:p>
    <w:p>
      <w:pPr>
        <w:spacing w:before="160"/>
      </w:pPr>
      <w:r>
        <w:rPr>
          <w:b/>
          <w:sz w:val="22"/>
        </w:rPr>
        <w:t>108. 2017年，党的( )把习近平新时代中国特色社会主义思想确立为党必须长期坚持的指导思想并庄严地写入党章，实现了党的指导思想的与时俱进。</w:t>
      </w:r>
    </w:p>
    <w:p>
      <w:pPr>
        <w:spacing w:before="20" w:after="20"/>
      </w:pPr>
      <w:r>
        <w:rPr>
          <w:sz w:val="22"/>
        </w:rPr>
        <w:t xml:space="preserve">    A. 十七大</w:t>
      </w:r>
    </w:p>
    <w:p>
      <w:pPr>
        <w:spacing w:before="20" w:after="20"/>
      </w:pPr>
      <w:r>
        <w:rPr>
          <w:sz w:val="22"/>
        </w:rPr>
        <w:t xml:space="preserve">    B. 十八大</w:t>
      </w:r>
    </w:p>
    <w:p>
      <w:pPr>
        <w:spacing w:before="20" w:after="20"/>
      </w:pPr>
      <w:r>
        <w:rPr>
          <w:sz w:val="22"/>
        </w:rPr>
        <w:t xml:space="preserve">    C. 十九大</w:t>
      </w:r>
    </w:p>
    <w:p>
      <w:pPr>
        <w:spacing w:before="20" w:after="20"/>
      </w:pPr>
      <w:r>
        <w:rPr>
          <w:sz w:val="22"/>
        </w:rPr>
        <w:t xml:space="preserve">    D. 二十大</w:t>
      </w:r>
    </w:p>
    <w:p>
      <w:pPr>
        <w:spacing w:before="160"/>
      </w:pPr>
      <w:r>
        <w:rPr>
          <w:b/>
          <w:sz w:val="22"/>
        </w:rPr>
        <w:t>109. 毛泽东指出:“实事”就是客观存在着的一切事物，“是”就是客观事物的( )，即规律性，“求”就是我们去研究。</w:t>
      </w:r>
    </w:p>
    <w:p>
      <w:pPr>
        <w:spacing w:before="20" w:after="20"/>
      </w:pPr>
      <w:r>
        <w:rPr>
          <w:sz w:val="22"/>
        </w:rPr>
        <w:t xml:space="preserve">    A. 因果关系</w:t>
      </w:r>
    </w:p>
    <w:p>
      <w:pPr>
        <w:spacing w:before="20" w:after="20"/>
      </w:pPr>
      <w:r>
        <w:rPr>
          <w:sz w:val="22"/>
        </w:rPr>
        <w:t xml:space="preserve">    B. 外部联系</w:t>
      </w:r>
    </w:p>
    <w:p>
      <w:pPr>
        <w:spacing w:before="20" w:after="20"/>
      </w:pPr>
      <w:r>
        <w:rPr>
          <w:sz w:val="22"/>
        </w:rPr>
        <w:t xml:space="preserve">    C. 内部联系</w:t>
      </w:r>
    </w:p>
    <w:p>
      <w:pPr>
        <w:spacing w:before="20" w:after="20"/>
      </w:pPr>
      <w:r>
        <w:rPr>
          <w:sz w:val="22"/>
        </w:rPr>
        <w:t xml:space="preserve">    D. 对立统一</w:t>
      </w:r>
    </w:p>
    <w:p>
      <w:pPr>
        <w:spacing w:before="160"/>
      </w:pPr>
      <w:r>
        <w:rPr>
          <w:b/>
          <w:sz w:val="22"/>
        </w:rPr>
        <w:t>110. 习近平新时代中国特色社会主义思想实现了马克思主义中国化时代化( )。</w:t>
      </w:r>
    </w:p>
    <w:p>
      <w:pPr>
        <w:spacing w:before="20" w:after="20"/>
      </w:pPr>
      <w:r>
        <w:rPr>
          <w:sz w:val="22"/>
        </w:rPr>
        <w:t xml:space="preserve">    A. 第一次历史性飞跃</w:t>
      </w:r>
    </w:p>
    <w:p>
      <w:pPr>
        <w:spacing w:before="20" w:after="20"/>
      </w:pPr>
      <w:r>
        <w:rPr>
          <w:sz w:val="22"/>
        </w:rPr>
        <w:t xml:space="preserve">    B. 新的飞跃</w:t>
      </w:r>
    </w:p>
    <w:p>
      <w:pPr>
        <w:spacing w:before="20" w:after="20"/>
      </w:pPr>
      <w:r>
        <w:rPr>
          <w:sz w:val="22"/>
        </w:rPr>
        <w:t xml:space="preserve">    C. 初步探索</w:t>
      </w:r>
    </w:p>
    <w:p>
      <w:pPr>
        <w:spacing w:before="20" w:after="20"/>
      </w:pPr>
      <w:r>
        <w:rPr>
          <w:sz w:val="22"/>
        </w:rPr>
        <w:t xml:space="preserve">    D. 最终完成</w:t>
      </w:r>
    </w:p>
    <w:p>
      <w:pPr>
        <w:spacing w:before="160"/>
      </w:pPr>
      <w:r>
        <w:rPr>
          <w:b/>
          <w:sz w:val="22"/>
        </w:rPr>
        <w:t>111. 毛泽东提出中国革命分两步走，新民主主义革命与社会主义革命之间的关系是( )</w:t>
      </w:r>
    </w:p>
    <w:p>
      <w:pPr>
        <w:spacing w:before="20" w:after="20"/>
      </w:pPr>
      <w:r>
        <w:rPr>
          <w:sz w:val="22"/>
        </w:rPr>
        <w:t xml:space="preserve">    A. 中间横插资产阶级专政阶段</w:t>
      </w:r>
    </w:p>
    <w:p>
      <w:pPr>
        <w:spacing w:before="20" w:after="20"/>
      </w:pPr>
      <w:r>
        <w:rPr>
          <w:sz w:val="22"/>
        </w:rPr>
        <w:t xml:space="preserve">    B. 紧密衔接，不容横插独立的资产阶级专政阶段</w:t>
      </w:r>
    </w:p>
    <w:p>
      <w:pPr>
        <w:spacing w:before="20" w:after="20"/>
      </w:pPr>
      <w:r>
        <w:rPr>
          <w:sz w:val="22"/>
        </w:rPr>
        <w:t xml:space="preserve">    C. 相互割裂.依次独立</w:t>
      </w:r>
    </w:p>
    <w:p>
      <w:pPr>
        <w:spacing w:before="20" w:after="20"/>
      </w:pPr>
      <w:r>
        <w:rPr>
          <w:sz w:val="22"/>
        </w:rPr>
        <w:t xml:space="preserve">    D. 可以颠倒发展顺序</w:t>
      </w:r>
    </w:p>
    <w:p>
      <w:pPr>
        <w:spacing w:before="160"/>
      </w:pPr>
      <w:r>
        <w:rPr>
          <w:b/>
          <w:sz w:val="22"/>
        </w:rPr>
        <w:t>112. 马克思主义中国化时代化的理论成果是一脉相承又( )的关系。</w:t>
      </w:r>
    </w:p>
    <w:p>
      <w:pPr>
        <w:spacing w:before="20" w:after="20"/>
      </w:pPr>
      <w:r>
        <w:rPr>
          <w:sz w:val="22"/>
        </w:rPr>
        <w:t xml:space="preserve">    A. 相互对立</w:t>
      </w:r>
    </w:p>
    <w:p>
      <w:pPr>
        <w:spacing w:before="20" w:after="20"/>
      </w:pPr>
      <w:r>
        <w:rPr>
          <w:sz w:val="22"/>
        </w:rPr>
        <w:t xml:space="preserve">    B. 完全相同</w:t>
      </w:r>
    </w:p>
    <w:p>
      <w:pPr>
        <w:spacing w:before="20" w:after="20"/>
      </w:pPr>
      <w:r>
        <w:rPr>
          <w:sz w:val="22"/>
        </w:rPr>
        <w:t xml:space="preserve">    C. 与时俱进</w:t>
      </w:r>
    </w:p>
    <w:p>
      <w:pPr>
        <w:spacing w:before="20" w:after="20"/>
      </w:pPr>
      <w:r>
        <w:rPr>
          <w:sz w:val="22"/>
        </w:rPr>
        <w:t xml:space="preserve">    D. 彼此独立</w:t>
      </w:r>
    </w:p>
    <w:p>
      <w:pPr>
        <w:spacing w:before="160"/>
      </w:pPr>
      <w:r>
        <w:rPr>
          <w:b/>
          <w:sz w:val="22"/>
        </w:rPr>
        <w:t>113. 推进马克思主义中国化时代化是一个( )的过程。</w:t>
      </w:r>
    </w:p>
    <w:p>
      <w:pPr>
        <w:spacing w:before="20" w:after="20"/>
      </w:pPr>
      <w:r>
        <w:rPr>
          <w:sz w:val="22"/>
        </w:rPr>
        <w:t xml:space="preserve">    A. 追求真理.揭示真理.笃行真理</w:t>
      </w:r>
    </w:p>
    <w:p>
      <w:pPr>
        <w:spacing w:before="20" w:after="20"/>
      </w:pPr>
      <w:r>
        <w:rPr>
          <w:sz w:val="22"/>
        </w:rPr>
        <w:t xml:space="preserve">    B. 照搬经典.固守教条.拒绝变化</w:t>
      </w:r>
    </w:p>
    <w:p>
      <w:pPr>
        <w:spacing w:before="20" w:after="20"/>
      </w:pPr>
      <w:r>
        <w:rPr>
          <w:sz w:val="22"/>
        </w:rPr>
        <w:t xml:space="preserve">    C. 脱离实际.空谈理论.闭门造车</w:t>
      </w:r>
    </w:p>
    <w:p>
      <w:pPr>
        <w:spacing w:before="20" w:after="20"/>
      </w:pPr>
      <w:r>
        <w:rPr>
          <w:sz w:val="22"/>
        </w:rPr>
        <w:t xml:space="preserve">    D. 否定传统.全盘西化.盲目创新</w:t>
      </w:r>
    </w:p>
    <w:p>
      <w:pPr>
        <w:spacing w:before="160"/>
      </w:pPr>
      <w:r>
        <w:rPr>
          <w:b/>
          <w:sz w:val="22"/>
        </w:rPr>
        <w:t>114. ( )的宪法修正案正式将邓小平理论载入宪法。</w:t>
      </w:r>
    </w:p>
    <w:p>
      <w:pPr>
        <w:spacing w:before="20" w:after="20"/>
      </w:pPr>
      <w:r>
        <w:rPr>
          <w:sz w:val="22"/>
        </w:rPr>
        <w:t xml:space="preserve">    A. 1998年</w:t>
      </w:r>
    </w:p>
    <w:p>
      <w:pPr>
        <w:spacing w:before="20" w:after="20"/>
      </w:pPr>
      <w:r>
        <w:rPr>
          <w:sz w:val="22"/>
        </w:rPr>
        <w:t xml:space="preserve">    B. 1999年</w:t>
      </w:r>
    </w:p>
    <w:p>
      <w:pPr>
        <w:spacing w:before="20" w:after="20"/>
      </w:pPr>
      <w:r>
        <w:rPr>
          <w:sz w:val="22"/>
        </w:rPr>
        <w:t xml:space="preserve">    C. 2000年</w:t>
      </w:r>
    </w:p>
    <w:p>
      <w:pPr>
        <w:spacing w:before="20" w:after="20"/>
      </w:pPr>
      <w:r>
        <w:rPr>
          <w:sz w:val="22"/>
        </w:rPr>
        <w:t xml:space="preserve">    D. 2001年</w:t>
      </w:r>
    </w:p>
    <w:p>
      <w:pPr>
        <w:spacing w:before="160"/>
      </w:pPr>
      <w:r>
        <w:rPr>
          <w:b/>
          <w:sz w:val="22"/>
        </w:rPr>
        <w:t>115. 党的十八大以来，以习近平同志为核心的党中央明确提出要不断推进( )。</w:t>
      </w:r>
    </w:p>
    <w:p>
      <w:pPr>
        <w:spacing w:before="20" w:after="20"/>
      </w:pPr>
      <w:r>
        <w:rPr>
          <w:sz w:val="22"/>
        </w:rPr>
        <w:t xml:space="preserve">    A. 社会主义现代化</w:t>
      </w:r>
    </w:p>
    <w:p>
      <w:pPr>
        <w:spacing w:before="20" w:after="20"/>
      </w:pPr>
      <w:r>
        <w:rPr>
          <w:sz w:val="22"/>
        </w:rPr>
        <w:t xml:space="preserve">    B. 马克思主义中国化时代化</w:t>
      </w:r>
    </w:p>
    <w:p>
      <w:pPr>
        <w:spacing w:before="20" w:after="20"/>
      </w:pPr>
      <w:r>
        <w:rPr>
          <w:sz w:val="22"/>
        </w:rPr>
        <w:t xml:space="preserve">    C. “两个结合”</w:t>
      </w:r>
    </w:p>
    <w:p>
      <w:pPr>
        <w:spacing w:before="20" w:after="20"/>
      </w:pPr>
      <w:r>
        <w:rPr>
          <w:sz w:val="22"/>
        </w:rPr>
        <w:t xml:space="preserve">    D. 社会主义现代化强国</w:t>
      </w:r>
    </w:p>
    <w:p>
      <w:pPr>
        <w:spacing w:before="160"/>
      </w:pPr>
      <w:r>
        <w:rPr>
          <w:b/>
          <w:sz w:val="22"/>
        </w:rPr>
        <w:t>116. 手工业社会主义改造采取的方针与农业改造相同，均为( )</w:t>
      </w:r>
    </w:p>
    <w:p>
      <w:pPr>
        <w:spacing w:before="20" w:after="20"/>
      </w:pPr>
      <w:r>
        <w:rPr>
          <w:sz w:val="22"/>
        </w:rPr>
        <w:t xml:space="preserve">    A. 依靠贫下中农、团结中农、消灭富农</w:t>
      </w:r>
    </w:p>
    <w:p>
      <w:pPr>
        <w:spacing w:before="20" w:after="20"/>
      </w:pPr>
      <w:r>
        <w:rPr>
          <w:sz w:val="22"/>
        </w:rPr>
        <w:t xml:space="preserve">    B. 利用、限制、改造</w:t>
      </w:r>
    </w:p>
    <w:p>
      <w:pPr>
        <w:spacing w:before="20" w:after="20"/>
      </w:pPr>
      <w:r>
        <w:rPr>
          <w:sz w:val="22"/>
        </w:rPr>
        <w:t xml:space="preserve">    C. 积极领导、稳步前进</w:t>
      </w:r>
    </w:p>
    <w:p>
      <w:pPr>
        <w:spacing w:before="20" w:after="20"/>
      </w:pPr>
      <w:r>
        <w:rPr>
          <w:sz w:val="22"/>
        </w:rPr>
        <w:t xml:space="preserve">    D. 自愿互利、典型示范、国家帮助</w:t>
      </w:r>
    </w:p>
    <w:p>
      <w:pPr>
        <w:spacing w:before="160"/>
      </w:pPr>
      <w:r>
        <w:rPr>
          <w:b/>
          <w:sz w:val="22"/>
        </w:rPr>
        <w:t>117. 1927年9月至10月，毛泽东领导秋收起义的部队在江西省永新县三湾村完成( ) ，创造性地将支部建在连上，成立各级士兵委员会，实行民主制度，在政治上官兵平等。</w:t>
      </w:r>
    </w:p>
    <w:p>
      <w:pPr>
        <w:spacing w:before="20" w:after="20"/>
      </w:pPr>
      <w:r>
        <w:rPr>
          <w:sz w:val="22"/>
        </w:rPr>
        <w:t xml:space="preserve">    A. 三线建设</w:t>
      </w:r>
    </w:p>
    <w:p>
      <w:pPr>
        <w:spacing w:before="20" w:after="20"/>
      </w:pPr>
      <w:r>
        <w:rPr>
          <w:sz w:val="22"/>
        </w:rPr>
        <w:t xml:space="preserve">    B. 三大改造</w:t>
      </w:r>
    </w:p>
    <w:p>
      <w:pPr>
        <w:spacing w:before="20" w:after="20"/>
      </w:pPr>
      <w:r>
        <w:rPr>
          <w:sz w:val="22"/>
        </w:rPr>
        <w:t xml:space="preserve">    C. 遵义会议</w:t>
      </w:r>
    </w:p>
    <w:p>
      <w:pPr>
        <w:spacing w:before="20" w:after="20"/>
      </w:pPr>
      <w:r>
        <w:rPr>
          <w:sz w:val="22"/>
        </w:rPr>
        <w:t xml:space="preserve">    D. 三湾改编</w:t>
      </w:r>
    </w:p>
    <w:p>
      <w:pPr>
        <w:spacing w:before="160"/>
      </w:pPr>
      <w:r>
        <w:rPr>
          <w:b/>
          <w:sz w:val="22"/>
        </w:rPr>
        <w:t>118. 在新民主主义革命时期，中国共产党开辟的正确革命道路是( )。</w:t>
      </w:r>
    </w:p>
    <w:p>
      <w:pPr>
        <w:spacing w:before="20" w:after="20"/>
      </w:pPr>
      <w:r>
        <w:rPr>
          <w:sz w:val="22"/>
        </w:rPr>
        <w:t xml:space="preserve">    A. 城市中心论</w:t>
      </w:r>
    </w:p>
    <w:p>
      <w:pPr>
        <w:spacing w:before="20" w:after="20"/>
      </w:pPr>
      <w:r>
        <w:rPr>
          <w:sz w:val="22"/>
        </w:rPr>
        <w:t xml:space="preserve">    B. 农村包围城市.武装夺取政权</w:t>
      </w:r>
    </w:p>
    <w:p>
      <w:pPr>
        <w:spacing w:before="20" w:after="20"/>
      </w:pPr>
      <w:r>
        <w:rPr>
          <w:sz w:val="22"/>
        </w:rPr>
        <w:t xml:space="preserve">    C. 议会斗争道路</w:t>
      </w:r>
    </w:p>
    <w:p>
      <w:pPr>
        <w:spacing w:before="20" w:after="20"/>
      </w:pPr>
      <w:r>
        <w:rPr>
          <w:sz w:val="22"/>
        </w:rPr>
        <w:t xml:space="preserve">    D. 和平过渡道路</w:t>
      </w:r>
    </w:p>
    <w:p>
      <w:pPr>
        <w:spacing w:before="160"/>
      </w:pPr>
      <w:r>
        <w:rPr>
          <w:b/>
          <w:sz w:val="22"/>
        </w:rPr>
        <w:t>119. 邓小平指出，贫穷不是社会主义，社会主义要( )</w:t>
      </w:r>
    </w:p>
    <w:p>
      <w:pPr>
        <w:spacing w:before="20" w:after="20"/>
      </w:pPr>
      <w:r>
        <w:rPr>
          <w:sz w:val="22"/>
        </w:rPr>
        <w:t xml:space="preserve">    A. 消灭贫穷</w:t>
      </w:r>
    </w:p>
    <w:p>
      <w:pPr>
        <w:spacing w:before="20" w:after="20"/>
      </w:pPr>
      <w:r>
        <w:rPr>
          <w:sz w:val="22"/>
        </w:rPr>
        <w:t xml:space="preserve">    B. 容忍贫穷</w:t>
      </w:r>
    </w:p>
    <w:p>
      <w:pPr>
        <w:spacing w:before="20" w:after="20"/>
      </w:pPr>
      <w:r>
        <w:rPr>
          <w:sz w:val="22"/>
        </w:rPr>
        <w:t xml:space="preserve">    C. 发展贫穷</w:t>
      </w:r>
    </w:p>
    <w:p>
      <w:pPr>
        <w:spacing w:before="20" w:after="20"/>
      </w:pPr>
      <w:r>
        <w:rPr>
          <w:sz w:val="22"/>
        </w:rPr>
        <w:t xml:space="preserve">    D. 消除贫困</w:t>
      </w:r>
    </w:p>
    <w:p>
      <w:pPr>
        <w:spacing w:before="160"/>
      </w:pPr>
      <w:r>
        <w:rPr>
          <w:b/>
          <w:sz w:val="22"/>
        </w:rPr>
        <w:t>120. 由个体经济向社会主义集体经济过渡的形式是( )</w:t>
      </w:r>
    </w:p>
    <w:p>
      <w:pPr>
        <w:spacing w:before="20" w:after="20"/>
      </w:pPr>
      <w:r>
        <w:rPr>
          <w:sz w:val="22"/>
        </w:rPr>
        <w:t xml:space="preserve">    A. 社会主义性质的国营经济</w:t>
      </w:r>
    </w:p>
    <w:p>
      <w:pPr>
        <w:spacing w:before="20" w:after="20"/>
      </w:pPr>
      <w:r>
        <w:rPr>
          <w:sz w:val="22"/>
        </w:rPr>
        <w:t xml:space="preserve">    B. 半社会主义性质的合作社经济</w:t>
      </w:r>
    </w:p>
    <w:p>
      <w:pPr>
        <w:spacing w:before="20" w:after="20"/>
      </w:pPr>
      <w:r>
        <w:rPr>
          <w:sz w:val="22"/>
        </w:rPr>
        <w:t xml:space="preserve">    C. 国家资本主义经济</w:t>
      </w:r>
    </w:p>
    <w:p>
      <w:pPr>
        <w:spacing w:before="20" w:after="20"/>
      </w:pPr>
      <w:r>
        <w:rPr>
          <w:sz w:val="22"/>
        </w:rPr>
        <w:t xml:space="preserve">    D. 资本主义经济</w:t>
      </w:r>
    </w:p>
    <w:p>
      <w:pPr>
        <w:spacing w:before="160"/>
      </w:pPr>
      <w:r>
        <w:rPr>
          <w:b/>
          <w:sz w:val="22"/>
        </w:rPr>
        <w:t>121. 马克思主义的创始人是( )</w:t>
      </w:r>
    </w:p>
    <w:p>
      <w:pPr>
        <w:spacing w:before="20" w:after="20"/>
      </w:pPr>
      <w:r>
        <w:rPr>
          <w:sz w:val="22"/>
        </w:rPr>
        <w:t xml:space="preserve">    A. 马克思和亚当斯密</w:t>
      </w:r>
    </w:p>
    <w:p>
      <w:pPr>
        <w:spacing w:before="20" w:after="20"/>
      </w:pPr>
      <w:r>
        <w:rPr>
          <w:sz w:val="22"/>
        </w:rPr>
        <w:t xml:space="preserve">    B. 马克思和大卫李嘉图</w:t>
      </w:r>
    </w:p>
    <w:p>
      <w:pPr>
        <w:spacing w:before="20" w:after="20"/>
      </w:pPr>
      <w:r>
        <w:rPr>
          <w:sz w:val="22"/>
        </w:rPr>
        <w:t xml:space="preserve">    C. 马克思和恩格斯</w:t>
      </w:r>
    </w:p>
    <w:p>
      <w:pPr>
        <w:spacing w:before="20" w:after="20"/>
      </w:pPr>
      <w:r>
        <w:rPr>
          <w:sz w:val="22"/>
        </w:rPr>
        <w:t xml:space="preserve">    D. 马克思和费尔巴哈</w:t>
      </w:r>
    </w:p>
    <w:p>
      <w:pPr>
        <w:spacing w:before="160"/>
      </w:pPr>
      <w:r>
        <w:rPr>
          <w:b/>
          <w:sz w:val="22"/>
        </w:rPr>
        <w:t>122. 邓小平指出，领导制度.组织制度问题更带有( )</w:t>
      </w:r>
    </w:p>
    <w:p>
      <w:pPr>
        <w:spacing w:before="20" w:after="20"/>
      </w:pPr>
      <w:r>
        <w:rPr>
          <w:sz w:val="22"/>
        </w:rPr>
        <w:t xml:space="preserve">    A. 根本性.全局性.稳定性和长期性</w:t>
      </w:r>
    </w:p>
    <w:p>
      <w:pPr>
        <w:spacing w:before="20" w:after="20"/>
      </w:pPr>
      <w:r>
        <w:rPr>
          <w:sz w:val="22"/>
        </w:rPr>
        <w:t xml:space="preserve">    B. 决定性.关键性.战略性和方向性</w:t>
      </w:r>
    </w:p>
    <w:p>
      <w:pPr>
        <w:spacing w:before="20" w:after="20"/>
      </w:pPr>
      <w:r>
        <w:rPr>
          <w:sz w:val="22"/>
        </w:rPr>
        <w:t xml:space="preserve">    C. 基础性.系统性.整体性和协同性</w:t>
      </w:r>
    </w:p>
    <w:p>
      <w:pPr>
        <w:spacing w:before="20" w:after="20"/>
      </w:pPr>
      <w:r>
        <w:rPr>
          <w:sz w:val="22"/>
        </w:rPr>
        <w:t xml:space="preserve">    D. 根本性.战略性.全局性和长远性</w:t>
      </w:r>
    </w:p>
    <w:p>
      <w:pPr>
        <w:spacing w:before="160"/>
      </w:pPr>
      <w:r>
        <w:rPr>
          <w:b/>
          <w:sz w:val="22"/>
        </w:rPr>
        <w:t>123. 在社会主义革命和建设时期，毛泽东思想指导中国人民实现了( )的伟大飞跃。</w:t>
      </w:r>
    </w:p>
    <w:p>
      <w:pPr>
        <w:spacing w:before="20" w:after="20"/>
      </w:pPr>
      <w:r>
        <w:rPr>
          <w:sz w:val="22"/>
        </w:rPr>
        <w:t xml:space="preserve">    A. 从封建专制到人民民主</w:t>
      </w:r>
    </w:p>
    <w:p>
      <w:pPr>
        <w:spacing w:before="20" w:after="20"/>
      </w:pPr>
      <w:r>
        <w:rPr>
          <w:sz w:val="22"/>
        </w:rPr>
        <w:t xml:space="preserve">    B. 从站起来到富起来</w:t>
      </w:r>
    </w:p>
    <w:p>
      <w:pPr>
        <w:spacing w:before="20" w:after="20"/>
      </w:pPr>
      <w:r>
        <w:rPr>
          <w:sz w:val="22"/>
        </w:rPr>
        <w:t xml:space="preserve">    C. 从富起来到强起来</w:t>
      </w:r>
    </w:p>
    <w:p>
      <w:pPr>
        <w:spacing w:before="20" w:after="20"/>
      </w:pPr>
      <w:r>
        <w:rPr>
          <w:sz w:val="22"/>
        </w:rPr>
        <w:t xml:space="preserve">    D. 从温饱不足到全面小康</w:t>
      </w:r>
    </w:p>
    <w:p>
      <w:pPr>
        <w:spacing w:before="160"/>
      </w:pPr>
      <w:r>
        <w:rPr>
          <w:b/>
          <w:sz w:val="22"/>
        </w:rPr>
        <w:t>124. 在对农业进行社会主义改造的过程中，党采取的方针是( )</w:t>
      </w:r>
    </w:p>
    <w:p>
      <w:pPr>
        <w:spacing w:before="20" w:after="20"/>
      </w:pPr>
      <w:r>
        <w:rPr>
          <w:sz w:val="22"/>
        </w:rPr>
        <w:t xml:space="preserve">    A. 积极领导、稳步前进</w:t>
      </w:r>
    </w:p>
    <w:p>
      <w:pPr>
        <w:spacing w:before="20" w:after="20"/>
      </w:pPr>
      <w:r>
        <w:rPr>
          <w:sz w:val="22"/>
        </w:rPr>
        <w:t xml:space="preserve">    B. 依靠贫农、团结中农、消灭富农</w:t>
      </w:r>
    </w:p>
    <w:p>
      <w:pPr>
        <w:spacing w:before="20" w:after="20"/>
      </w:pPr>
      <w:r>
        <w:rPr>
          <w:sz w:val="22"/>
        </w:rPr>
        <w:t xml:space="preserve">    C. 自愿互利、典型示范、国家帮助</w:t>
      </w:r>
    </w:p>
    <w:p>
      <w:pPr>
        <w:spacing w:before="20" w:after="20"/>
      </w:pPr>
      <w:r>
        <w:rPr>
          <w:sz w:val="22"/>
        </w:rPr>
        <w:t xml:space="preserve">    D. 先工业化后改造</w:t>
      </w:r>
    </w:p>
    <w:p>
      <w:pPr>
        <w:spacing w:before="160"/>
      </w:pPr>
      <w:r>
        <w:rPr>
          <w:b/>
          <w:sz w:val="22"/>
        </w:rPr>
        <w:t>125. ( )的召开，实现了新中国成立以来党的历史上具有深远意义的伟大转折，开启了改革开放和社会主义现代化建设历史新时期。</w:t>
      </w:r>
    </w:p>
    <w:p>
      <w:pPr>
        <w:spacing w:before="20" w:after="20"/>
      </w:pPr>
      <w:r>
        <w:rPr>
          <w:sz w:val="22"/>
        </w:rPr>
        <w:t xml:space="preserve">    A. 中共十一届三中全会</w:t>
      </w:r>
    </w:p>
    <w:p>
      <w:pPr>
        <w:spacing w:before="20" w:after="20"/>
      </w:pPr>
      <w:r>
        <w:rPr>
          <w:sz w:val="22"/>
        </w:rPr>
        <w:t xml:space="preserve">    B. 中共十二大</w:t>
      </w:r>
    </w:p>
    <w:p>
      <w:pPr>
        <w:spacing w:before="20" w:after="20"/>
      </w:pPr>
      <w:r>
        <w:rPr>
          <w:sz w:val="22"/>
        </w:rPr>
        <w:t xml:space="preserve">    C. 中共十三大</w:t>
      </w:r>
    </w:p>
    <w:p>
      <w:pPr>
        <w:spacing w:before="20" w:after="20"/>
      </w:pPr>
      <w:r>
        <w:rPr>
          <w:sz w:val="22"/>
        </w:rPr>
        <w:t xml:space="preserve">    D. 中共十一届六中全会</w:t>
      </w:r>
    </w:p>
    <w:p>
      <w:pPr>
        <w:spacing w:before="160"/>
      </w:pPr>
      <w:r>
        <w:rPr>
          <w:b/>
          <w:sz w:val="22"/>
        </w:rPr>
        <w:t>126. 马克思主义中国化时代化的出发点和落脚点是( )。</w:t>
      </w:r>
    </w:p>
    <w:p>
      <w:pPr>
        <w:spacing w:before="20" w:after="20"/>
      </w:pPr>
      <w:r>
        <w:rPr>
          <w:sz w:val="22"/>
        </w:rPr>
        <w:t xml:space="preserve">    A. 发展马克思主义理论</w:t>
      </w:r>
    </w:p>
    <w:p>
      <w:pPr>
        <w:spacing w:before="20" w:after="20"/>
      </w:pPr>
      <w:r>
        <w:rPr>
          <w:sz w:val="22"/>
        </w:rPr>
        <w:t xml:space="preserve">    B. 解决中国的实际问题</w:t>
      </w:r>
    </w:p>
    <w:p>
      <w:pPr>
        <w:spacing w:before="20" w:after="20"/>
      </w:pPr>
      <w:r>
        <w:rPr>
          <w:sz w:val="22"/>
        </w:rPr>
        <w:t xml:space="preserve">    C. 批判错误思潮</w:t>
      </w:r>
    </w:p>
    <w:p>
      <w:pPr>
        <w:spacing w:before="20" w:after="20"/>
      </w:pPr>
      <w:r>
        <w:rPr>
          <w:sz w:val="22"/>
        </w:rPr>
        <w:t xml:space="preserve">    D. 与国际接轨</w:t>
      </w:r>
    </w:p>
    <w:p>
      <w:pPr>
        <w:spacing w:before="160"/>
      </w:pPr>
      <w:r>
        <w:rPr>
          <w:b/>
          <w:sz w:val="22"/>
        </w:rPr>
        <w:t>127. 邓小平指出，必须使民主制度化.法律化，使这种制度和法律不因领导人的改变而改变，不因( )</w:t>
      </w:r>
    </w:p>
    <w:p>
      <w:pPr>
        <w:spacing w:before="20" w:after="20"/>
      </w:pPr>
      <w:r>
        <w:rPr>
          <w:sz w:val="22"/>
        </w:rPr>
        <w:t xml:space="preserve">    A. 领导人的看法和注意力的改变而改变</w:t>
      </w:r>
    </w:p>
    <w:p>
      <w:pPr>
        <w:spacing w:before="20" w:after="20"/>
      </w:pPr>
      <w:r>
        <w:rPr>
          <w:sz w:val="22"/>
        </w:rPr>
        <w:t xml:space="preserve">    B. 领导人的职位改变而改变</w:t>
      </w:r>
    </w:p>
    <w:p>
      <w:pPr>
        <w:spacing w:before="20" w:after="20"/>
      </w:pPr>
      <w:r>
        <w:rPr>
          <w:sz w:val="22"/>
        </w:rPr>
        <w:t xml:space="preserve">    C. 领导人的年龄改变而改变</w:t>
      </w:r>
    </w:p>
    <w:p>
      <w:pPr>
        <w:spacing w:before="20" w:after="20"/>
      </w:pPr>
      <w:r>
        <w:rPr>
          <w:sz w:val="22"/>
        </w:rPr>
        <w:t xml:space="preserve">    D. 领导人的健康改变而改变</w:t>
      </w:r>
    </w:p>
    <w:p>
      <w:pPr>
        <w:spacing w:before="160"/>
      </w:pPr>
      <w:r>
        <w:rPr>
          <w:b/>
          <w:sz w:val="22"/>
        </w:rPr>
        <w:t>128. 革命统一战线中最核心.最根本的问题是( )</w:t>
      </w:r>
    </w:p>
    <w:p>
      <w:pPr>
        <w:spacing w:before="20" w:after="20"/>
      </w:pPr>
      <w:r>
        <w:rPr>
          <w:sz w:val="22"/>
        </w:rPr>
        <w:t xml:space="preserve">    A. 团结哪些社会阶层</w:t>
      </w:r>
    </w:p>
    <w:p>
      <w:pPr>
        <w:spacing w:before="20" w:after="20"/>
      </w:pPr>
      <w:r>
        <w:rPr>
          <w:sz w:val="22"/>
        </w:rPr>
        <w:t xml:space="preserve">    B. 领导权归属问题</w:t>
      </w:r>
    </w:p>
    <w:p>
      <w:pPr>
        <w:spacing w:before="20" w:after="20"/>
      </w:pPr>
      <w:r>
        <w:rPr>
          <w:sz w:val="22"/>
        </w:rPr>
        <w:t xml:space="preserve">    C. 斗争策略选择</w:t>
      </w:r>
    </w:p>
    <w:p>
      <w:pPr>
        <w:spacing w:before="20" w:after="20"/>
      </w:pPr>
      <w:r>
        <w:rPr>
          <w:sz w:val="22"/>
        </w:rPr>
        <w:t xml:space="preserve">    D. 组织形式搭建</w:t>
      </w:r>
    </w:p>
    <w:p>
      <w:pPr>
        <w:spacing w:before="160"/>
      </w:pPr>
      <w:r>
        <w:rPr>
          <w:b/>
          <w:sz w:val="22"/>
        </w:rPr>
        <w:t>129. 科学发展观强调，社会建设的重点是( )</w:t>
      </w:r>
    </w:p>
    <w:p>
      <w:pPr>
        <w:spacing w:before="20" w:after="20"/>
      </w:pPr>
      <w:r>
        <w:rPr>
          <w:sz w:val="22"/>
        </w:rPr>
        <w:t xml:space="preserve">    A. 教育</w:t>
      </w:r>
    </w:p>
    <w:p>
      <w:pPr>
        <w:spacing w:before="20" w:after="20"/>
      </w:pPr>
      <w:r>
        <w:rPr>
          <w:sz w:val="22"/>
        </w:rPr>
        <w:t xml:space="preserve">    B. 就业</w:t>
      </w:r>
    </w:p>
    <w:p>
      <w:pPr>
        <w:spacing w:before="20" w:after="20"/>
      </w:pPr>
      <w:r>
        <w:rPr>
          <w:sz w:val="22"/>
        </w:rPr>
        <w:t xml:space="preserve">    C. 收入分配</w:t>
      </w:r>
    </w:p>
    <w:p>
      <w:pPr>
        <w:spacing w:before="20" w:after="20"/>
      </w:pPr>
      <w:r>
        <w:rPr>
          <w:sz w:val="22"/>
        </w:rPr>
        <w:t xml:space="preserve">    D. 保障和改善民生</w:t>
      </w:r>
    </w:p>
    <w:p>
      <w:pPr>
        <w:spacing w:before="160"/>
      </w:pPr>
      <w:r>
        <w:rPr>
          <w:b/>
          <w:sz w:val="22"/>
        </w:rPr>
        <w:t>130. 在新时代，我们学习新民主主义革命理论，对于深刻理解“中国共产党为什么能”具有重要意义。以下最能体现这一理论价值的是( )。</w:t>
      </w:r>
    </w:p>
    <w:p>
      <w:pPr>
        <w:spacing w:before="20" w:after="20"/>
      </w:pPr>
      <w:r>
        <w:rPr>
          <w:sz w:val="22"/>
        </w:rPr>
        <w:t xml:space="preserve">    A. 它揭示了近代中国社会发展的规律，为中国革命指明了方向</w:t>
      </w:r>
    </w:p>
    <w:p>
      <w:pPr>
        <w:spacing w:before="20" w:after="20"/>
      </w:pPr>
      <w:r>
        <w:rPr>
          <w:sz w:val="22"/>
        </w:rPr>
        <w:t xml:space="preserve">    B. 它提供了解决所有革命问题的现成答案</w:t>
      </w:r>
    </w:p>
    <w:p>
      <w:pPr>
        <w:spacing w:before="20" w:after="20"/>
      </w:pPr>
      <w:r>
        <w:rPr>
          <w:sz w:val="22"/>
        </w:rPr>
        <w:t xml:space="preserve">    C. 它证明了资本主义道路在中国行不通</w:t>
      </w:r>
    </w:p>
    <w:p>
      <w:pPr>
        <w:spacing w:before="20" w:after="20"/>
      </w:pPr>
      <w:r>
        <w:rPr>
          <w:sz w:val="22"/>
        </w:rPr>
        <w:t xml:space="preserve">    D. 它确立了社会主义基本制度</w:t>
      </w:r>
    </w:p>
    <w:p>
      <w:pPr>
        <w:spacing w:before="160"/>
      </w:pPr>
      <w:r>
        <w:rPr>
          <w:b/>
          <w:sz w:val="22"/>
        </w:rPr>
        <w:t>131. 历史证明，中国新民主主义革命必须由无产阶级领导，根本原因是( )</w:t>
      </w:r>
    </w:p>
    <w:p>
      <w:pPr>
        <w:spacing w:before="20" w:after="20"/>
      </w:pPr>
      <w:r>
        <w:rPr>
          <w:sz w:val="22"/>
        </w:rPr>
        <w:t xml:space="preserve">    A. 无产阶级人数最多</w:t>
      </w:r>
    </w:p>
    <w:p>
      <w:pPr>
        <w:spacing w:before="20" w:after="20"/>
      </w:pPr>
      <w:r>
        <w:rPr>
          <w:sz w:val="22"/>
        </w:rPr>
        <w:t xml:space="preserve">    B. 无产阶级有先进理论指导、革命性坚定</w:t>
      </w:r>
    </w:p>
    <w:p>
      <w:pPr>
        <w:spacing w:before="20" w:after="20"/>
      </w:pPr>
      <w:r>
        <w:rPr>
          <w:sz w:val="22"/>
        </w:rPr>
        <w:t xml:space="preserve">    C. 无产阶级地域分布更广</w:t>
      </w:r>
    </w:p>
    <w:p>
      <w:pPr>
        <w:spacing w:before="20" w:after="20"/>
      </w:pPr>
      <w:r>
        <w:rPr>
          <w:sz w:val="22"/>
        </w:rPr>
        <w:t xml:space="preserve">    D. 无产阶级诞生时间最早</w:t>
      </w:r>
    </w:p>
    <w:p>
      <w:pPr>
        <w:spacing w:before="160"/>
      </w:pPr>
      <w:r>
        <w:rPr>
          <w:b/>
          <w:sz w:val="22"/>
        </w:rPr>
        <w:t>132. 中国民族资产阶级在社会主义改造时期仍然有两面性，其表现为( )</w:t>
      </w:r>
    </w:p>
    <w:p>
      <w:pPr>
        <w:spacing w:before="20" w:after="20"/>
      </w:pPr>
      <w:r>
        <w:rPr>
          <w:sz w:val="22"/>
        </w:rPr>
        <w:t xml:space="preserve">    A. 革命性和妥协性</w:t>
      </w:r>
    </w:p>
    <w:p>
      <w:pPr>
        <w:spacing w:before="20" w:after="20"/>
      </w:pPr>
      <w:r>
        <w:rPr>
          <w:sz w:val="22"/>
        </w:rPr>
        <w:t xml:space="preserve">    B. 主动性和被动性</w:t>
      </w:r>
    </w:p>
    <w:p>
      <w:pPr>
        <w:spacing w:before="20" w:after="20"/>
      </w:pPr>
      <w:r>
        <w:rPr>
          <w:sz w:val="22"/>
        </w:rPr>
        <w:t xml:space="preserve">    C. 剥削的一面和接受改造一面</w:t>
      </w:r>
    </w:p>
    <w:p>
      <w:pPr>
        <w:spacing w:before="20" w:after="20"/>
      </w:pPr>
      <w:r>
        <w:rPr>
          <w:sz w:val="22"/>
        </w:rPr>
        <w:t xml:space="preserve">    D. 进步性和顽固性</w:t>
      </w:r>
    </w:p>
    <w:p>
      <w:pPr>
        <w:spacing w:before="160"/>
      </w:pPr>
      <w:r>
        <w:rPr>
          <w:b/>
          <w:sz w:val="22"/>
        </w:rPr>
        <w:t>133. 中国特色社会主义理论体系的开篇之作是( )。</w:t>
      </w:r>
    </w:p>
    <w:p>
      <w:pPr>
        <w:spacing w:before="20" w:after="20"/>
      </w:pPr>
      <w:r>
        <w:rPr>
          <w:sz w:val="22"/>
        </w:rPr>
        <w:t xml:space="preserve">    A. 毛泽东思想</w:t>
      </w:r>
    </w:p>
    <w:p>
      <w:pPr>
        <w:spacing w:before="20" w:after="20"/>
      </w:pPr>
      <w:r>
        <w:rPr>
          <w:sz w:val="22"/>
        </w:rPr>
        <w:t xml:space="preserve">    B. 邓小平理论</w:t>
      </w:r>
    </w:p>
    <w:p>
      <w:pPr>
        <w:spacing w:before="20" w:after="20"/>
      </w:pPr>
      <w:r>
        <w:rPr>
          <w:sz w:val="22"/>
        </w:rPr>
        <w:t xml:space="preserve">    C. “三个代表”重要思想</w:t>
      </w:r>
    </w:p>
    <w:p>
      <w:pPr>
        <w:spacing w:before="20" w:after="20"/>
      </w:pPr>
      <w:r>
        <w:rPr>
          <w:sz w:val="22"/>
        </w:rPr>
        <w:t xml:space="preserve">    D. 科学发展观</w:t>
      </w:r>
    </w:p>
    <w:p>
      <w:pPr>
        <w:spacing w:before="160"/>
      </w:pPr>
      <w:r>
        <w:rPr>
          <w:b/>
          <w:sz w:val="22"/>
        </w:rPr>
        <w:t>134. 一切从实际出发是实事求是思想路线的前提和基础,当前中国最大的实际就是( )。</w:t>
      </w:r>
    </w:p>
    <w:p>
      <w:pPr>
        <w:spacing w:before="20" w:after="20"/>
      </w:pPr>
      <w:r>
        <w:rPr>
          <w:sz w:val="22"/>
        </w:rPr>
        <w:t xml:space="preserve">    A. 目前正处于并将长期处于社会主义初级阶段</w:t>
      </w:r>
    </w:p>
    <w:p>
      <w:pPr>
        <w:spacing w:before="20" w:after="20"/>
      </w:pPr>
      <w:r>
        <w:rPr>
          <w:sz w:val="22"/>
        </w:rPr>
        <w:t xml:space="preserve">    B. 人口多.底子薄</w:t>
      </w:r>
    </w:p>
    <w:p>
      <w:pPr>
        <w:spacing w:before="20" w:after="20"/>
      </w:pPr>
      <w:r>
        <w:rPr>
          <w:sz w:val="22"/>
        </w:rPr>
        <w:t xml:space="preserve">    C. 生产力不发达</w:t>
      </w:r>
    </w:p>
    <w:p>
      <w:pPr>
        <w:spacing w:before="20" w:after="20"/>
      </w:pPr>
      <w:r>
        <w:rPr>
          <w:sz w:val="22"/>
        </w:rPr>
        <w:t xml:space="preserve">    D. 上层建筑不完善</w:t>
      </w:r>
    </w:p>
    <w:p>
      <w:pPr>
        <w:spacing w:before="160"/>
      </w:pPr>
      <w:r>
        <w:rPr>
          <w:b/>
          <w:sz w:val="22"/>
        </w:rPr>
        <w:t>135. 新民主主义革命是新式的特殊资产阶级民主革命，其“新式”的关键在于( )</w:t>
      </w:r>
    </w:p>
    <w:p>
      <w:pPr>
        <w:spacing w:before="20" w:after="20"/>
      </w:pPr>
      <w:r>
        <w:rPr>
          <w:sz w:val="22"/>
        </w:rPr>
        <w:t xml:space="preserve">    A. 彻底反帝反封建</w:t>
      </w:r>
    </w:p>
    <w:p>
      <w:pPr>
        <w:spacing w:before="20" w:after="20"/>
      </w:pPr>
      <w:r>
        <w:rPr>
          <w:sz w:val="22"/>
        </w:rPr>
        <w:t xml:space="preserve">    B. 无产阶级掌握领导权</w:t>
      </w:r>
    </w:p>
    <w:p>
      <w:pPr>
        <w:spacing w:before="20" w:after="20"/>
      </w:pPr>
      <w:r>
        <w:rPr>
          <w:sz w:val="22"/>
        </w:rPr>
        <w:t xml:space="preserve">    C. 依靠农民力量</w:t>
      </w:r>
    </w:p>
    <w:p>
      <w:pPr>
        <w:spacing w:before="20" w:after="20"/>
      </w:pPr>
      <w:r>
        <w:rPr>
          <w:sz w:val="22"/>
        </w:rPr>
        <w:t xml:space="preserve">    D. 发生在新时代</w:t>
      </w:r>
    </w:p>
    <w:p>
      <w:pPr>
        <w:spacing w:before="160"/>
      </w:pPr>
      <w:r>
        <w:rPr>
          <w:b/>
          <w:sz w:val="22"/>
        </w:rPr>
        <w:t>136. 下列各项中，不属于新民主主义革命胜利伟大历史意义的是( )</w:t>
      </w:r>
    </w:p>
    <w:p>
      <w:pPr>
        <w:spacing w:before="20" w:after="20"/>
      </w:pPr>
      <w:r>
        <w:rPr>
          <w:sz w:val="22"/>
        </w:rPr>
        <w:t xml:space="preserve">    A. 结束近代百年屈辱历史，实现民族独立</w:t>
      </w:r>
    </w:p>
    <w:p>
      <w:pPr>
        <w:spacing w:before="20" w:after="20"/>
      </w:pPr>
      <w:r>
        <w:rPr>
          <w:sz w:val="22"/>
        </w:rPr>
        <w:t xml:space="preserve">    B. 开辟马克思主义中国化发展道路</w:t>
      </w:r>
    </w:p>
    <w:p>
      <w:pPr>
        <w:spacing w:before="20" w:after="20"/>
      </w:pPr>
      <w:r>
        <w:rPr>
          <w:sz w:val="22"/>
        </w:rPr>
        <w:t xml:space="preserve">    C. 直接完成社会主义现代化建设</w:t>
      </w:r>
    </w:p>
    <w:p>
      <w:pPr>
        <w:spacing w:before="20" w:after="20"/>
      </w:pPr>
      <w:r>
        <w:rPr>
          <w:sz w:val="22"/>
        </w:rPr>
        <w:t xml:space="preserve">    D. 鼓舞世界被压迫民族解放运动</w:t>
      </w:r>
    </w:p>
    <w:p>
      <w:pPr>
        <w:spacing w:before="160"/>
      </w:pPr>
      <w:r>
        <w:rPr>
          <w:b/>
          <w:sz w:val="22"/>
        </w:rPr>
        <w:t>137. 1938年，( )在党的六届六中全会上作了《论新阶段》的报告，强调:“没有抽象的马克思主义，只有具体的马克思主义……”</w:t>
      </w:r>
    </w:p>
    <w:p>
      <w:pPr>
        <w:spacing w:before="20" w:after="20"/>
      </w:pPr>
      <w:r>
        <w:rPr>
          <w:sz w:val="22"/>
        </w:rPr>
        <w:t xml:space="preserve">    A. 毛泽东</w:t>
      </w:r>
    </w:p>
    <w:p>
      <w:pPr>
        <w:spacing w:before="20" w:after="20"/>
      </w:pPr>
      <w:r>
        <w:rPr>
          <w:sz w:val="22"/>
        </w:rPr>
        <w:t xml:space="preserve">    B. 任弼时</w:t>
      </w:r>
    </w:p>
    <w:p>
      <w:pPr>
        <w:spacing w:before="20" w:after="20"/>
      </w:pPr>
      <w:r>
        <w:rPr>
          <w:sz w:val="22"/>
        </w:rPr>
        <w:t xml:space="preserve">    C. 刘少奇</w:t>
      </w:r>
    </w:p>
    <w:p>
      <w:pPr>
        <w:spacing w:before="20" w:after="20"/>
      </w:pPr>
      <w:r>
        <w:rPr>
          <w:sz w:val="22"/>
        </w:rPr>
        <w:t xml:space="preserve">    D. 周恩来</w:t>
      </w:r>
    </w:p>
    <w:p>
      <w:pPr>
        <w:spacing w:before="160"/>
      </w:pPr>
      <w:r>
        <w:rPr>
          <w:b/>
          <w:sz w:val="22"/>
        </w:rPr>
        <w:t>138. 邓小平指出，应当把发展问题提到全人类的高度来认识，要从这个高度去观察问题和解决问题。这里的“发展问题”是指( )</w:t>
      </w:r>
    </w:p>
    <w:p>
      <w:pPr>
        <w:spacing w:before="20" w:after="20"/>
      </w:pPr>
      <w:r>
        <w:rPr>
          <w:sz w:val="22"/>
        </w:rPr>
        <w:t xml:space="preserve">    A. 南北问题</w:t>
      </w:r>
    </w:p>
    <w:p>
      <w:pPr>
        <w:spacing w:before="20" w:after="20"/>
      </w:pPr>
      <w:r>
        <w:rPr>
          <w:sz w:val="22"/>
        </w:rPr>
        <w:t xml:space="preserve">    B. 东西问题</w:t>
      </w:r>
    </w:p>
    <w:p>
      <w:pPr>
        <w:spacing w:before="20" w:after="20"/>
      </w:pPr>
      <w:r>
        <w:rPr>
          <w:sz w:val="22"/>
        </w:rPr>
        <w:t xml:space="preserve">    C. 南南问题</w:t>
      </w:r>
    </w:p>
    <w:p>
      <w:pPr>
        <w:spacing w:before="20" w:after="20"/>
      </w:pPr>
      <w:r>
        <w:rPr>
          <w:sz w:val="22"/>
        </w:rPr>
        <w:t xml:space="preserve">    D. 北北问题</w:t>
      </w:r>
    </w:p>
    <w:p>
      <w:pPr>
        <w:spacing w:before="160"/>
      </w:pPr>
      <w:r>
        <w:rPr>
          <w:b/>
          <w:sz w:val="22"/>
        </w:rPr>
        <w:t>139. 1954年9月第一届全国人民代表大会召开，会议通过了( ) ，表明我国由一个新民主主义国家转变为社会主义国家。</w:t>
      </w:r>
    </w:p>
    <w:p>
      <w:pPr>
        <w:spacing w:before="20" w:after="20"/>
      </w:pPr>
      <w:r>
        <w:rPr>
          <w:sz w:val="22"/>
        </w:rPr>
        <w:t xml:space="preserve">    A. 《中华人民共和国宪法》</w:t>
      </w:r>
    </w:p>
    <w:p>
      <w:pPr>
        <w:spacing w:before="20" w:after="20"/>
      </w:pPr>
      <w:r>
        <w:rPr>
          <w:sz w:val="22"/>
        </w:rPr>
        <w:t xml:space="preserve">    B. 《中华人民共和国民法典》</w:t>
      </w:r>
    </w:p>
    <w:p>
      <w:pPr>
        <w:spacing w:before="20" w:after="20"/>
      </w:pPr>
      <w:r>
        <w:rPr>
          <w:sz w:val="22"/>
        </w:rPr>
        <w:t xml:space="preserve">    C. 《中华人民共和国婚姻法》</w:t>
      </w:r>
    </w:p>
    <w:p>
      <w:pPr>
        <w:spacing w:before="20" w:after="20"/>
      </w:pPr>
      <w:r>
        <w:rPr>
          <w:sz w:val="22"/>
        </w:rPr>
        <w:t xml:space="preserve">    D. 《中华人民共和国合同法》</w:t>
      </w:r>
    </w:p>
    <w:p>
      <w:pPr>
        <w:spacing w:before="160"/>
      </w:pPr>
      <w:r>
        <w:rPr>
          <w:b/>
          <w:sz w:val="22"/>
        </w:rPr>
        <w:t>140. 青年学生要增进对中国特色社会主义的“四个自信”，其中不包括( )。</w:t>
      </w:r>
    </w:p>
    <w:p>
      <w:pPr>
        <w:spacing w:before="20" w:after="20"/>
      </w:pPr>
      <w:r>
        <w:rPr>
          <w:sz w:val="22"/>
        </w:rPr>
        <w:t xml:space="preserve">    A. 道路自信</w:t>
      </w:r>
    </w:p>
    <w:p>
      <w:pPr>
        <w:spacing w:before="20" w:after="20"/>
      </w:pPr>
      <w:r>
        <w:rPr>
          <w:sz w:val="22"/>
        </w:rPr>
        <w:t xml:space="preserve">    B. 理论自信</w:t>
      </w:r>
    </w:p>
    <w:p>
      <w:pPr>
        <w:spacing w:before="20" w:after="20"/>
      </w:pPr>
      <w:r>
        <w:rPr>
          <w:sz w:val="22"/>
        </w:rPr>
        <w:t xml:space="preserve">    C. 制度自信</w:t>
      </w:r>
    </w:p>
    <w:p>
      <w:pPr>
        <w:spacing w:before="20" w:after="20"/>
      </w:pPr>
      <w:r>
        <w:rPr>
          <w:sz w:val="22"/>
        </w:rPr>
        <w:t xml:space="preserve">    D. 历史自信</w:t>
      </w:r>
    </w:p>
    <w:p>
      <w:pPr>
        <w:spacing w:before="160"/>
      </w:pPr>
      <w:r>
        <w:rPr>
          <w:b/>
          <w:sz w:val="22"/>
        </w:rPr>
        <w:t>141. 马克思主义中国化时代化的根本任务是( )。</w:t>
      </w:r>
    </w:p>
    <w:p>
      <w:pPr>
        <w:spacing w:before="20" w:after="20"/>
      </w:pPr>
      <w:r>
        <w:rPr>
          <w:sz w:val="22"/>
        </w:rPr>
        <w:t xml:space="preserve">    A. 翻译马克思主义经典著作</w:t>
      </w:r>
    </w:p>
    <w:p>
      <w:pPr>
        <w:spacing w:before="20" w:after="20"/>
      </w:pPr>
      <w:r>
        <w:rPr>
          <w:sz w:val="22"/>
        </w:rPr>
        <w:t xml:space="preserve">    B. 解决中国革命.建设.改革中的实际问题</w:t>
      </w:r>
    </w:p>
    <w:p>
      <w:pPr>
        <w:spacing w:before="20" w:after="20"/>
      </w:pPr>
      <w:r>
        <w:rPr>
          <w:sz w:val="22"/>
        </w:rPr>
        <w:t xml:space="preserve">    C. 研究马克思主义理论体系</w:t>
      </w:r>
    </w:p>
    <w:p>
      <w:pPr>
        <w:spacing w:before="20" w:after="20"/>
      </w:pPr>
      <w:r>
        <w:rPr>
          <w:sz w:val="22"/>
        </w:rPr>
        <w:t xml:space="preserve">    D. 介绍国外马克思主义研究成果</w:t>
      </w:r>
    </w:p>
    <w:p>
      <w:pPr>
        <w:spacing w:before="160"/>
      </w:pPr>
      <w:r>
        <w:rPr>
          <w:b/>
          <w:sz w:val="22"/>
        </w:rPr>
        <w:t>142. 当前，世界百年未有之大变局加速演进。回顾新民主主义革命时期党应对风险挑战的历史，给我们的重要启示是( )。</w:t>
      </w:r>
    </w:p>
    <w:p>
      <w:pPr>
        <w:spacing w:before="20" w:after="20"/>
      </w:pPr>
      <w:r>
        <w:rPr>
          <w:sz w:val="22"/>
        </w:rPr>
        <w:t xml:space="preserve">    A. 必须坚持敢于斗争、善于斗争</w:t>
      </w:r>
    </w:p>
    <w:p>
      <w:pPr>
        <w:spacing w:before="20" w:after="20"/>
      </w:pPr>
      <w:r>
        <w:rPr>
          <w:sz w:val="22"/>
        </w:rPr>
        <w:t xml:space="preserve">    B. 必须坚持“城市中心论”</w:t>
      </w:r>
    </w:p>
    <w:p>
      <w:pPr>
        <w:spacing w:before="20" w:after="20"/>
      </w:pPr>
      <w:r>
        <w:rPr>
          <w:sz w:val="22"/>
        </w:rPr>
        <w:t xml:space="preserve">    C. 必须依靠外部力量</w:t>
      </w:r>
    </w:p>
    <w:p>
      <w:pPr>
        <w:spacing w:before="20" w:after="20"/>
      </w:pPr>
      <w:r>
        <w:rPr>
          <w:sz w:val="22"/>
        </w:rPr>
        <w:t xml:space="preserve">    D. 必须放弃统一战线策略</w:t>
      </w:r>
    </w:p>
    <w:p>
      <w:pPr>
        <w:spacing w:before="160"/>
      </w:pPr>
      <w:r>
        <w:rPr>
          <w:b/>
          <w:sz w:val="22"/>
        </w:rPr>
        <w:t>143. 毛泽东在《新民主主义论》中提出，新民主主义文化的指导思想是( )。</w:t>
      </w:r>
    </w:p>
    <w:p>
      <w:pPr>
        <w:spacing w:before="20" w:after="20"/>
      </w:pPr>
      <w:r>
        <w:rPr>
          <w:sz w:val="22"/>
        </w:rPr>
        <w:t xml:space="preserve">    A. 马克思主义</w:t>
      </w:r>
    </w:p>
    <w:p>
      <w:pPr>
        <w:spacing w:before="20" w:after="20"/>
      </w:pPr>
      <w:r>
        <w:rPr>
          <w:sz w:val="22"/>
        </w:rPr>
        <w:t xml:space="preserve">    B. 三民主义</w:t>
      </w:r>
    </w:p>
    <w:p>
      <w:pPr>
        <w:spacing w:before="20" w:after="20"/>
      </w:pPr>
      <w:r>
        <w:rPr>
          <w:sz w:val="22"/>
        </w:rPr>
        <w:t xml:space="preserve">    C. 资本主义文化</w:t>
      </w:r>
    </w:p>
    <w:p>
      <w:pPr>
        <w:spacing w:before="20" w:after="20"/>
      </w:pPr>
      <w:r>
        <w:rPr>
          <w:sz w:val="22"/>
        </w:rPr>
        <w:t xml:space="preserve">    D. 封建主义文化</w:t>
      </w:r>
    </w:p>
    <w:p>
      <w:pPr>
        <w:spacing w:before="160"/>
      </w:pPr>
      <w:r>
        <w:rPr>
          <w:b/>
          <w:sz w:val="22"/>
        </w:rPr>
        <w:t>144. 毛泽东在《新民主主义论》中提出，新民主主义文化是“民族的科学的大众的文化”。其中，“民族的”强调( )。</w:t>
      </w:r>
    </w:p>
    <w:p>
      <w:pPr>
        <w:spacing w:before="20" w:after="20"/>
      </w:pPr>
      <w:r>
        <w:rPr>
          <w:sz w:val="22"/>
        </w:rPr>
        <w:t xml:space="preserve">    A. 反对封建迷信</w:t>
      </w:r>
    </w:p>
    <w:p>
      <w:pPr>
        <w:spacing w:before="20" w:after="20"/>
      </w:pPr>
      <w:r>
        <w:rPr>
          <w:sz w:val="22"/>
        </w:rPr>
        <w:t xml:space="preserve">    B. 为工农大众服务</w:t>
      </w:r>
    </w:p>
    <w:p>
      <w:pPr>
        <w:spacing w:before="20" w:after="20"/>
      </w:pPr>
      <w:r>
        <w:rPr>
          <w:sz w:val="22"/>
        </w:rPr>
        <w:t xml:space="preserve">    C. 具有中国特性</w:t>
      </w:r>
    </w:p>
    <w:p>
      <w:pPr>
        <w:spacing w:before="20" w:after="20"/>
      </w:pPr>
      <w:r>
        <w:rPr>
          <w:sz w:val="22"/>
        </w:rPr>
        <w:t xml:space="preserve">    D. 吸收外来文化</w:t>
      </w:r>
    </w:p>
    <w:p>
      <w:pPr>
        <w:spacing w:before="160"/>
      </w:pPr>
      <w:r>
        <w:rPr>
          <w:b/>
          <w:sz w:val="22"/>
        </w:rPr>
        <w:t>145. 下列不属于社会主义基本制度确立后社会阶级关系的变化的是( )</w:t>
      </w:r>
    </w:p>
    <w:p>
      <w:pPr>
        <w:spacing w:before="20" w:after="20"/>
      </w:pPr>
      <w:r>
        <w:rPr>
          <w:sz w:val="22"/>
        </w:rPr>
        <w:t xml:space="preserve">    A. 工人阶级已经成为国家的领导阶级</w:t>
      </w:r>
    </w:p>
    <w:p>
      <w:pPr>
        <w:spacing w:before="20" w:after="20"/>
      </w:pPr>
      <w:r>
        <w:rPr>
          <w:sz w:val="22"/>
        </w:rPr>
        <w:t xml:space="preserve">    B. 知识界已经成为一支为社会主义服务的队伍</w:t>
      </w:r>
    </w:p>
    <w:p>
      <w:pPr>
        <w:spacing w:before="20" w:after="20"/>
      </w:pPr>
      <w:r>
        <w:rPr>
          <w:sz w:val="22"/>
        </w:rPr>
        <w:t xml:space="preserve">    C. 亿万农民和其他个体劳动者已经变成社会主义的集体劳动者</w:t>
      </w:r>
    </w:p>
    <w:p>
      <w:pPr>
        <w:spacing w:before="20" w:after="20"/>
      </w:pPr>
      <w:r>
        <w:rPr>
          <w:sz w:val="22"/>
        </w:rPr>
        <w:t xml:space="preserve">    D. 剥削阶级仍然存在</w:t>
      </w:r>
    </w:p>
    <w:p>
      <w:pPr>
        <w:spacing w:before="160"/>
      </w:pPr>
      <w:r>
        <w:rPr>
          <w:b/>
          <w:sz w:val="22"/>
        </w:rPr>
        <w:t>146. 毛泽东在《论联合政府》中指出:紧紧地和中国人民站在一起，( ) ，就是这个军队唯一的宗旨</w:t>
      </w:r>
    </w:p>
    <w:p>
      <w:pPr>
        <w:spacing w:before="20" w:after="20"/>
      </w:pPr>
      <w:r>
        <w:rPr>
          <w:sz w:val="22"/>
        </w:rPr>
        <w:t xml:space="preserve">    A. 全心全意地为中国人民服务</w:t>
      </w:r>
    </w:p>
    <w:p>
      <w:pPr>
        <w:spacing w:before="20" w:after="20"/>
      </w:pPr>
      <w:r>
        <w:rPr>
          <w:sz w:val="22"/>
        </w:rPr>
        <w:t xml:space="preserve">    B. 作风优良</w:t>
      </w:r>
    </w:p>
    <w:p>
      <w:pPr>
        <w:spacing w:before="20" w:after="20"/>
      </w:pPr>
      <w:r>
        <w:rPr>
          <w:sz w:val="22"/>
        </w:rPr>
        <w:t xml:space="preserve">    C. 统一战线</w:t>
      </w:r>
    </w:p>
    <w:p>
      <w:pPr>
        <w:spacing w:before="20" w:after="20"/>
      </w:pPr>
      <w:r>
        <w:rPr>
          <w:sz w:val="22"/>
        </w:rPr>
        <w:t xml:space="preserve">    D. 建设世界一流军队</w:t>
      </w:r>
    </w:p>
    <w:p>
      <w:pPr>
        <w:spacing w:before="160"/>
      </w:pPr>
      <w:r>
        <w:rPr>
          <w:b/>
          <w:sz w:val="22"/>
        </w:rPr>
        <w:t>147. 邓小平强调，要聚精会神地抓( )</w:t>
      </w:r>
    </w:p>
    <w:p>
      <w:pPr>
        <w:spacing w:before="20" w:after="20"/>
      </w:pPr>
      <w:r>
        <w:rPr>
          <w:sz w:val="22"/>
        </w:rPr>
        <w:t xml:space="preserve">    A. 党的建设</w:t>
      </w:r>
    </w:p>
    <w:p>
      <w:pPr>
        <w:spacing w:before="20" w:after="20"/>
      </w:pPr>
      <w:r>
        <w:rPr>
          <w:sz w:val="22"/>
        </w:rPr>
        <w:t xml:space="preserve">    B. 经济建设</w:t>
      </w:r>
    </w:p>
    <w:p>
      <w:pPr>
        <w:spacing w:before="20" w:after="20"/>
      </w:pPr>
      <w:r>
        <w:rPr>
          <w:sz w:val="22"/>
        </w:rPr>
        <w:t xml:space="preserve">    C. 文化建设</w:t>
      </w:r>
    </w:p>
    <w:p>
      <w:pPr>
        <w:spacing w:before="20" w:after="20"/>
      </w:pPr>
      <w:r>
        <w:rPr>
          <w:sz w:val="22"/>
        </w:rPr>
        <w:t xml:space="preserve">    D. 国防建设</w:t>
      </w:r>
    </w:p>
    <w:p>
      <w:pPr>
        <w:spacing w:before="160"/>
      </w:pPr>
      <w:r>
        <w:rPr>
          <w:b/>
          <w:sz w:val="22"/>
        </w:rPr>
        <w:t>148. 毛泽东指出:“只有认清中国社会的性质,才能认清中国革命的对象.中国革命的任务.中国革命的动力.中国革命的性质.中国革命的前途和转变。所以,认清中国社会的性质,就是说,认清中国的国情,乃是认清一切革命问题的基本的根据。”近代中国最基本的国情是( )。</w:t>
      </w:r>
    </w:p>
    <w:p>
      <w:pPr>
        <w:spacing w:before="20" w:after="20"/>
      </w:pPr>
      <w:r>
        <w:rPr>
          <w:sz w:val="22"/>
        </w:rPr>
        <w:t xml:space="preserve">    A. 中国是一个农民占人口多数的国家</w:t>
      </w:r>
    </w:p>
    <w:p>
      <w:pPr>
        <w:spacing w:before="20" w:after="20"/>
      </w:pPr>
      <w:r>
        <w:rPr>
          <w:sz w:val="22"/>
        </w:rPr>
        <w:t xml:space="preserve">    B. 中国是一个半殖民地半封建的社会</w:t>
      </w:r>
    </w:p>
    <w:p>
      <w:pPr>
        <w:spacing w:before="20" w:after="20"/>
      </w:pPr>
      <w:r>
        <w:rPr>
          <w:sz w:val="22"/>
        </w:rPr>
        <w:t xml:space="preserve">    C. 中国政治经济发展不平衡</w:t>
      </w:r>
    </w:p>
    <w:p>
      <w:pPr>
        <w:spacing w:before="20" w:after="20"/>
      </w:pPr>
      <w:r>
        <w:rPr>
          <w:sz w:val="22"/>
        </w:rPr>
        <w:t xml:space="preserve">    D. 中国的自给自足的自然经济</w:t>
      </w:r>
    </w:p>
    <w:p>
      <w:pPr>
        <w:spacing w:before="160"/>
      </w:pPr>
      <w:r>
        <w:rPr>
          <w:b/>
          <w:sz w:val="22"/>
        </w:rPr>
        <w:t>149. 邓小平指出，中国面临的实际问题就是用什么方式才能解决香港问题，用什么方式才能解决台湾问题。只能有两种方式，一种是和平方式，一种是( )</w:t>
      </w:r>
    </w:p>
    <w:p>
      <w:pPr>
        <w:spacing w:before="20" w:after="20"/>
      </w:pPr>
      <w:r>
        <w:rPr>
          <w:sz w:val="22"/>
        </w:rPr>
        <w:t xml:space="preserve">    A. 非和平方式</w:t>
      </w:r>
    </w:p>
    <w:p>
      <w:pPr>
        <w:spacing w:before="20" w:after="20"/>
      </w:pPr>
      <w:r>
        <w:rPr>
          <w:sz w:val="22"/>
        </w:rPr>
        <w:t xml:space="preserve">    B. 战争方式</w:t>
      </w:r>
    </w:p>
    <w:p>
      <w:pPr>
        <w:spacing w:before="20" w:after="20"/>
      </w:pPr>
      <w:r>
        <w:rPr>
          <w:sz w:val="22"/>
        </w:rPr>
        <w:t xml:space="preserve">    C. 谈判方式</w:t>
      </w:r>
    </w:p>
    <w:p>
      <w:pPr>
        <w:spacing w:before="20" w:after="20"/>
      </w:pPr>
      <w:r>
        <w:rPr>
          <w:sz w:val="22"/>
        </w:rPr>
        <w:t xml:space="preserve">    D. 妥协方式</w:t>
      </w:r>
    </w:p>
    <w:p>
      <w:pPr>
        <w:spacing w:before="160"/>
      </w:pPr>
      <w:r>
        <w:rPr>
          <w:b/>
          <w:sz w:val="22"/>
        </w:rPr>
        <w:t>150. 1957年，毛泽东在《关于正确处理人民内部矛盾的问题》中指出，在我国，工人阶级与民族资产阶级的矛盾属于人民内部的矛盾。如果处理不当，会变成( )</w:t>
      </w:r>
    </w:p>
    <w:p>
      <w:pPr>
        <w:spacing w:before="20" w:after="20"/>
      </w:pPr>
      <w:r>
        <w:rPr>
          <w:sz w:val="22"/>
        </w:rPr>
        <w:t xml:space="preserve">    A. 对抗性的敌我矛盾</w:t>
      </w:r>
    </w:p>
    <w:p>
      <w:pPr>
        <w:spacing w:before="20" w:after="20"/>
      </w:pPr>
      <w:r>
        <w:rPr>
          <w:sz w:val="22"/>
        </w:rPr>
        <w:t xml:space="preserve">    B. 非对抗性的敌我矛盾</w:t>
      </w:r>
    </w:p>
    <w:p>
      <w:pPr>
        <w:spacing w:before="20" w:after="20"/>
      </w:pPr>
      <w:r>
        <w:rPr>
          <w:sz w:val="22"/>
        </w:rPr>
        <w:t xml:space="preserve">    C. 对抗性的人民内部矛盾</w:t>
      </w:r>
    </w:p>
    <w:p>
      <w:pPr>
        <w:spacing w:before="20" w:after="20"/>
      </w:pPr>
      <w:r>
        <w:rPr>
          <w:sz w:val="22"/>
        </w:rPr>
        <w:t xml:space="preserve">    D. 非对抗性的人民内部矛盾</w:t>
      </w:r>
    </w:p>
    <w:p>
      <w:pPr>
        <w:spacing w:before="160"/>
      </w:pPr>
      <w:r>
        <w:rPr>
          <w:b/>
          <w:sz w:val="22"/>
        </w:rPr>
        <w:t>151. 列宁认为，过渡时期的根本任务是把剥削阶级的生产资料转化为( )</w:t>
      </w:r>
    </w:p>
    <w:p>
      <w:pPr>
        <w:spacing w:before="20" w:after="20"/>
      </w:pPr>
      <w:r>
        <w:rPr>
          <w:sz w:val="22"/>
        </w:rPr>
        <w:t xml:space="preserve">    A. 公有财产</w:t>
      </w:r>
    </w:p>
    <w:p>
      <w:pPr>
        <w:spacing w:before="20" w:after="20"/>
      </w:pPr>
      <w:r>
        <w:rPr>
          <w:sz w:val="22"/>
        </w:rPr>
        <w:t xml:space="preserve">    B. 个人财产</w:t>
      </w:r>
    </w:p>
    <w:p>
      <w:pPr>
        <w:spacing w:before="20" w:after="20"/>
      </w:pPr>
      <w:r>
        <w:rPr>
          <w:sz w:val="22"/>
        </w:rPr>
        <w:t xml:space="preserve">    C. 外国资本</w:t>
      </w:r>
    </w:p>
    <w:p>
      <w:pPr>
        <w:spacing w:before="20" w:after="20"/>
      </w:pPr>
      <w:r>
        <w:rPr>
          <w:sz w:val="22"/>
        </w:rPr>
        <w:t xml:space="preserve">    D. 民营资本</w:t>
      </w:r>
    </w:p>
    <w:p>
      <w:pPr>
        <w:spacing w:before="160"/>
      </w:pPr>
      <w:r>
        <w:rPr>
          <w:b/>
          <w:sz w:val="22"/>
        </w:rPr>
        <w:t>152. 党在过渡时期总路线的主要内容被概括为“一化三改”。其中“三改”是对个体农业、手工业和( )的社会主义改造。</w:t>
      </w:r>
    </w:p>
    <w:p>
      <w:pPr>
        <w:spacing w:before="20" w:after="20"/>
      </w:pPr>
      <w:r>
        <w:rPr>
          <w:sz w:val="22"/>
        </w:rPr>
        <w:t xml:space="preserve">    A. 社会主义市场经济</w:t>
      </w:r>
    </w:p>
    <w:p>
      <w:pPr>
        <w:spacing w:before="20" w:after="20"/>
      </w:pPr>
      <w:r>
        <w:rPr>
          <w:sz w:val="22"/>
        </w:rPr>
        <w:t xml:space="preserve">    B. 社会主义工商业</w:t>
      </w:r>
    </w:p>
    <w:p>
      <w:pPr>
        <w:spacing w:before="20" w:after="20"/>
      </w:pPr>
      <w:r>
        <w:rPr>
          <w:sz w:val="22"/>
        </w:rPr>
        <w:t xml:space="preserve">    C. 资本主义工商业</w:t>
      </w:r>
    </w:p>
    <w:p>
      <w:pPr>
        <w:spacing w:before="20" w:after="20"/>
      </w:pPr>
      <w:r>
        <w:rPr>
          <w:sz w:val="22"/>
        </w:rPr>
        <w:t xml:space="preserve">    D. 公有制经济</w:t>
      </w:r>
    </w:p>
    <w:p>
      <w:pPr>
        <w:spacing w:before="160"/>
      </w:pPr>
      <w:r>
        <w:rPr>
          <w:b/>
          <w:sz w:val="22"/>
        </w:rPr>
        <w:t>153. 科学发展观的根本方法是( )</w:t>
      </w:r>
    </w:p>
    <w:p>
      <w:pPr>
        <w:spacing w:before="20" w:after="20"/>
      </w:pPr>
      <w:r>
        <w:rPr>
          <w:sz w:val="22"/>
        </w:rPr>
        <w:t xml:space="preserve">    A. 以人为本</w:t>
      </w:r>
    </w:p>
    <w:p>
      <w:pPr>
        <w:spacing w:before="20" w:after="20"/>
      </w:pPr>
      <w:r>
        <w:rPr>
          <w:sz w:val="22"/>
        </w:rPr>
        <w:t xml:space="preserve">    B. 发展</w:t>
      </w:r>
    </w:p>
    <w:p>
      <w:pPr>
        <w:spacing w:before="20" w:after="20"/>
      </w:pPr>
      <w:r>
        <w:rPr>
          <w:sz w:val="22"/>
        </w:rPr>
        <w:t xml:space="preserve">    C. 统筹兼顾</w:t>
      </w:r>
    </w:p>
    <w:p>
      <w:pPr>
        <w:spacing w:before="20" w:after="20"/>
      </w:pPr>
      <w:r>
        <w:rPr>
          <w:sz w:val="22"/>
        </w:rPr>
        <w:t xml:space="preserve">    D. 全面协调</w:t>
      </w:r>
    </w:p>
    <w:p>
      <w:pPr>
        <w:spacing w:before="160"/>
      </w:pPr>
      <w:r>
        <w:rPr>
          <w:b/>
          <w:sz w:val="22"/>
        </w:rPr>
        <w:t>154. 新民主主义社会是属于( ) 的，是逐步过渡到社会主义社会的过渡性质的社会。</w:t>
      </w:r>
    </w:p>
    <w:p>
      <w:pPr>
        <w:spacing w:before="20" w:after="20"/>
      </w:pPr>
      <w:r>
        <w:rPr>
          <w:sz w:val="22"/>
        </w:rPr>
        <w:t xml:space="preserve">    A. 社会主义体系</w:t>
      </w:r>
    </w:p>
    <w:p>
      <w:pPr>
        <w:spacing w:before="20" w:after="20"/>
      </w:pPr>
      <w:r>
        <w:rPr>
          <w:sz w:val="22"/>
        </w:rPr>
        <w:t xml:space="preserve">    B. 资本主义体系</w:t>
      </w:r>
    </w:p>
    <w:p>
      <w:pPr>
        <w:spacing w:before="20" w:after="20"/>
      </w:pPr>
      <w:r>
        <w:rPr>
          <w:sz w:val="22"/>
        </w:rPr>
        <w:t xml:space="preserve">    C. 中国特色社会主义体系</w:t>
      </w:r>
    </w:p>
    <w:p>
      <w:pPr>
        <w:spacing w:before="20" w:after="20"/>
      </w:pPr>
      <w:r>
        <w:rPr>
          <w:sz w:val="22"/>
        </w:rPr>
        <w:t xml:space="preserve">    D. 封建主义体系</w:t>
      </w:r>
    </w:p>
    <w:p>
      <w:pPr>
        <w:spacing w:before="160"/>
      </w:pPr>
      <w:r>
        <w:rPr>
          <w:b/>
          <w:sz w:val="22"/>
        </w:rPr>
        <w:t>155. 新民主主义革命时期，中国共产党领导的革命根据地，实行的经济政策是( )。</w:t>
      </w:r>
    </w:p>
    <w:p>
      <w:pPr>
        <w:spacing w:before="20" w:after="20"/>
      </w:pPr>
      <w:r>
        <w:rPr>
          <w:sz w:val="22"/>
        </w:rPr>
        <w:t xml:space="preserve">    A. 发展国营经济、保护民族工商业，允许富农经济存在</w:t>
      </w:r>
    </w:p>
    <w:p>
      <w:pPr>
        <w:spacing w:before="20" w:after="20"/>
      </w:pPr>
      <w:r>
        <w:rPr>
          <w:sz w:val="22"/>
        </w:rPr>
        <w:t xml:space="preserve">    B. 消灭资本主义经济、发展社会主义经济</w:t>
      </w:r>
    </w:p>
    <w:p>
      <w:pPr>
        <w:spacing w:before="20" w:after="20"/>
      </w:pPr>
      <w:r>
        <w:rPr>
          <w:sz w:val="22"/>
        </w:rPr>
        <w:t xml:space="preserve">    C. 全面实行计划经济</w:t>
      </w:r>
    </w:p>
    <w:p>
      <w:pPr>
        <w:spacing w:before="20" w:after="20"/>
      </w:pPr>
      <w:r>
        <w:rPr>
          <w:sz w:val="22"/>
        </w:rPr>
        <w:t xml:space="preserve">    D. 优先发展重工业</w:t>
      </w:r>
    </w:p>
    <w:p>
      <w:pPr>
        <w:spacing w:before="160"/>
      </w:pPr>
      <w:r>
        <w:rPr>
          <w:b/>
          <w:sz w:val="22"/>
        </w:rPr>
        <w:t>156. 学习本课程的根本方法是( )。</w:t>
      </w:r>
    </w:p>
    <w:p>
      <w:pPr>
        <w:spacing w:before="20" w:after="20"/>
      </w:pPr>
      <w:r>
        <w:rPr>
          <w:sz w:val="22"/>
        </w:rPr>
        <w:t xml:space="preserve">    A. 死记硬背</w:t>
      </w:r>
    </w:p>
    <w:p>
      <w:pPr>
        <w:spacing w:before="20" w:after="20"/>
      </w:pPr>
      <w:r>
        <w:rPr>
          <w:sz w:val="22"/>
        </w:rPr>
        <w:t xml:space="preserve">    B. 理论联系实际</w:t>
      </w:r>
    </w:p>
    <w:p>
      <w:pPr>
        <w:spacing w:before="20" w:after="20"/>
      </w:pPr>
      <w:r>
        <w:rPr>
          <w:sz w:val="22"/>
        </w:rPr>
        <w:t xml:space="preserve">    C. 闭门读书</w:t>
      </w:r>
    </w:p>
    <w:p>
      <w:pPr>
        <w:spacing w:before="20" w:after="20"/>
      </w:pPr>
      <w:r>
        <w:rPr>
          <w:sz w:val="22"/>
        </w:rPr>
        <w:t xml:space="preserve">    D. 机械记忆</w:t>
      </w:r>
    </w:p>
    <w:p>
      <w:pPr>
        <w:spacing w:before="160"/>
      </w:pPr>
      <w:r>
        <w:rPr>
          <w:b/>
          <w:sz w:val="22"/>
        </w:rPr>
        <w:t>157. 1982年邓小平在党的十二大开幕词中明确提出:走自己的道路，( )。</w:t>
      </w:r>
    </w:p>
    <w:p>
      <w:pPr>
        <w:spacing w:before="20" w:after="20"/>
      </w:pPr>
      <w:r>
        <w:rPr>
          <w:sz w:val="22"/>
        </w:rPr>
        <w:t xml:space="preserve">    A. 建设社会主义市场经济</w:t>
      </w:r>
    </w:p>
    <w:p>
      <w:pPr>
        <w:spacing w:before="20" w:after="20"/>
      </w:pPr>
      <w:r>
        <w:rPr>
          <w:sz w:val="22"/>
        </w:rPr>
        <w:t xml:space="preserve">    B. 建设有中国特色的社会主 义</w:t>
      </w:r>
    </w:p>
    <w:p>
      <w:pPr>
        <w:spacing w:before="20" w:after="20"/>
      </w:pPr>
      <w:r>
        <w:rPr>
          <w:sz w:val="22"/>
        </w:rPr>
        <w:t xml:space="preserve">    C. 实现马克思主义中国化时代化</w:t>
      </w:r>
    </w:p>
    <w:p>
      <w:pPr>
        <w:spacing w:before="20" w:after="20"/>
      </w:pPr>
      <w:r>
        <w:rPr>
          <w:sz w:val="22"/>
        </w:rPr>
        <w:t xml:space="preserve">    D. 建设社会主义初级阶段</w:t>
      </w:r>
    </w:p>
    <w:p>
      <w:pPr>
        <w:spacing w:before="160"/>
      </w:pPr>
      <w:r>
        <w:rPr>
          <w:b/>
          <w:sz w:val="22"/>
        </w:rPr>
        <w:t>158. “三个代表”重要思想创造性地回答了:</w:t>
      </w:r>
    </w:p>
    <w:p>
      <w:pPr>
        <w:spacing w:before="20" w:after="20"/>
      </w:pPr>
      <w:r>
        <w:rPr>
          <w:sz w:val="22"/>
        </w:rPr>
        <w:t xml:space="preserve">    A. 什么是社会主义，怎样建设社会主义</w:t>
      </w:r>
    </w:p>
    <w:p>
      <w:pPr>
        <w:spacing w:before="20" w:after="20"/>
      </w:pPr>
      <w:r>
        <w:rPr>
          <w:sz w:val="22"/>
        </w:rPr>
        <w:t xml:space="preserve">    B. 建设什么样的党，怎样建设党</w:t>
      </w:r>
    </w:p>
    <w:p>
      <w:pPr>
        <w:spacing w:before="20" w:after="20"/>
      </w:pPr>
      <w:r>
        <w:rPr>
          <w:sz w:val="22"/>
        </w:rPr>
        <w:t xml:space="preserve">    C. 实现什么样的发展，怎样发展</w:t>
      </w:r>
    </w:p>
    <w:p>
      <w:pPr>
        <w:spacing w:before="20" w:after="20"/>
      </w:pPr>
      <w:r>
        <w:rPr>
          <w:sz w:val="22"/>
        </w:rPr>
        <w:t xml:space="preserve">    D. 新时代坚持和发展什么样的中国特色社会主义，怎样坚持和发展什么样的中国特色社会主义</w:t>
      </w:r>
    </w:p>
    <w:p>
      <w:pPr>
        <w:spacing w:before="160"/>
      </w:pPr>
      <w:r>
        <w:rPr>
          <w:b/>
          <w:sz w:val="22"/>
        </w:rPr>
        <w:t>159. 毛泽东在下列哪部著作中孕育了毛泽东思想活的灵魂的实事求是.群众路线.独立自主的基本因子?( )</w:t>
      </w:r>
    </w:p>
    <w:p>
      <w:pPr>
        <w:spacing w:before="20" w:after="20"/>
      </w:pPr>
      <w:r>
        <w:rPr>
          <w:sz w:val="22"/>
        </w:rPr>
        <w:t xml:space="preserve">    A. 《中国社会各阶级的分析》</w:t>
      </w:r>
    </w:p>
    <w:p>
      <w:pPr>
        <w:spacing w:before="20" w:after="20"/>
      </w:pPr>
      <w:r>
        <w:rPr>
          <w:sz w:val="22"/>
        </w:rPr>
        <w:t xml:space="preserve">    B. 《关于正确处理人民内部矛盾的问题》</w:t>
      </w:r>
    </w:p>
    <w:p>
      <w:pPr>
        <w:spacing w:before="20" w:after="20"/>
      </w:pPr>
      <w:r>
        <w:rPr>
          <w:sz w:val="22"/>
        </w:rPr>
        <w:t xml:space="preserve">    C. 《论人民民主专政》</w:t>
      </w:r>
    </w:p>
    <w:p>
      <w:pPr>
        <w:spacing w:before="20" w:after="20"/>
      </w:pPr>
      <w:r>
        <w:rPr>
          <w:sz w:val="22"/>
        </w:rPr>
        <w:t xml:space="preserve">    D. 《反对本本主义》</w:t>
      </w:r>
    </w:p>
    <w:p>
      <w:pPr>
        <w:spacing w:before="160"/>
      </w:pPr>
      <w:r>
        <w:rPr>
          <w:b/>
          <w:sz w:val="22"/>
        </w:rPr>
        <w:t>160. 邓小平提出，我们一手抓改革开放，一手抓惩治腐败，这两件事结合起来，对照起来，就可以使我们的政策更加明朗，更能( )</w:t>
      </w:r>
    </w:p>
    <w:p>
      <w:pPr>
        <w:spacing w:before="20" w:after="20"/>
      </w:pPr>
      <w:r>
        <w:rPr>
          <w:sz w:val="22"/>
        </w:rPr>
        <w:t xml:space="preserve">    A. 获得人心</w:t>
      </w:r>
    </w:p>
    <w:p>
      <w:pPr>
        <w:spacing w:before="20" w:after="20"/>
      </w:pPr>
      <w:r>
        <w:rPr>
          <w:sz w:val="22"/>
        </w:rPr>
        <w:t xml:space="preserve">    B. 获得支持</w:t>
      </w:r>
    </w:p>
    <w:p>
      <w:pPr>
        <w:spacing w:before="20" w:after="20"/>
      </w:pPr>
      <w:r>
        <w:rPr>
          <w:sz w:val="22"/>
        </w:rPr>
        <w:t xml:space="preserve">    C. 获得信任</w:t>
      </w:r>
    </w:p>
    <w:p>
      <w:pPr>
        <w:spacing w:before="20" w:after="20"/>
      </w:pPr>
      <w:r>
        <w:rPr>
          <w:sz w:val="22"/>
        </w:rPr>
        <w:t xml:space="preserve">    D. 获得拥护</w:t>
      </w:r>
    </w:p>
    <w:p>
      <w:pPr>
        <w:spacing w:before="160"/>
      </w:pPr>
      <w:r>
        <w:rPr>
          <w:b/>
          <w:sz w:val="22"/>
        </w:rPr>
        <w:t>161. ( )给中国送来了马克思列宁主义，给苦苦探寻救亡图存出路的中国人民指明了前进方向.提供了全新选择。</w:t>
      </w:r>
    </w:p>
    <w:p>
      <w:pPr>
        <w:spacing w:before="20" w:after="20"/>
      </w:pPr>
      <w:r>
        <w:rPr>
          <w:sz w:val="22"/>
        </w:rPr>
        <w:t xml:space="preserve">    A. 鸦片战争</w:t>
      </w:r>
    </w:p>
    <w:p>
      <w:pPr>
        <w:spacing w:before="20" w:after="20"/>
      </w:pPr>
      <w:r>
        <w:rPr>
          <w:sz w:val="22"/>
        </w:rPr>
        <w:t xml:space="preserve">    B. 新文化运动</w:t>
      </w:r>
    </w:p>
    <w:p>
      <w:pPr>
        <w:spacing w:before="20" w:after="20"/>
      </w:pPr>
      <w:r>
        <w:rPr>
          <w:sz w:val="22"/>
        </w:rPr>
        <w:t xml:space="preserve">    C. 五四运动</w:t>
      </w:r>
    </w:p>
    <w:p>
      <w:pPr>
        <w:spacing w:before="20" w:after="20"/>
      </w:pPr>
      <w:r>
        <w:rPr>
          <w:sz w:val="22"/>
        </w:rPr>
        <w:t xml:space="preserve">    D. 十月革命</w:t>
      </w:r>
    </w:p>
    <w:p>
      <w:pPr>
        <w:spacing w:before="160"/>
      </w:pPr>
      <w:r>
        <w:rPr>
          <w:b/>
          <w:sz w:val="22"/>
        </w:rPr>
        <w:t>162. 科学发展观强调，实现全面协调可持续发展的关键是( )</w:t>
      </w:r>
    </w:p>
    <w:p>
      <w:pPr>
        <w:spacing w:before="20" w:after="20"/>
      </w:pPr>
      <w:r>
        <w:rPr>
          <w:sz w:val="22"/>
        </w:rPr>
        <w:t xml:space="preserve">    A. 统筹兼顾</w:t>
      </w:r>
    </w:p>
    <w:p>
      <w:pPr>
        <w:spacing w:before="20" w:after="20"/>
      </w:pPr>
      <w:r>
        <w:rPr>
          <w:sz w:val="22"/>
        </w:rPr>
        <w:t xml:space="preserve">    B. 以人为本</w:t>
      </w:r>
    </w:p>
    <w:p>
      <w:pPr>
        <w:spacing w:before="20" w:after="20"/>
      </w:pPr>
      <w:r>
        <w:rPr>
          <w:sz w:val="22"/>
        </w:rPr>
        <w:t xml:space="preserve">    C. 改革开放</w:t>
      </w:r>
    </w:p>
    <w:p>
      <w:pPr>
        <w:spacing w:before="20" w:after="20"/>
      </w:pPr>
      <w:r>
        <w:rPr>
          <w:sz w:val="22"/>
        </w:rPr>
        <w:t xml:space="preserve">    D. 科技创新</w:t>
      </w:r>
    </w:p>
    <w:p>
      <w:pPr>
        <w:spacing w:before="160"/>
      </w:pPr>
      <w:r>
        <w:rPr>
          <w:b/>
          <w:sz w:val="22"/>
        </w:rPr>
        <w:t>163. 中国共产党在革命中战胜敌人的三个主要法宝是( )。</w:t>
      </w:r>
    </w:p>
    <w:p>
      <w:pPr>
        <w:spacing w:before="20" w:after="20"/>
      </w:pPr>
      <w:r>
        <w:rPr>
          <w:sz w:val="22"/>
        </w:rPr>
        <w:t xml:space="preserve">    A. 实事求是、群众路线、独立自主</w:t>
      </w:r>
    </w:p>
    <w:p>
      <w:pPr>
        <w:spacing w:before="20" w:after="20"/>
      </w:pPr>
      <w:r>
        <w:rPr>
          <w:sz w:val="22"/>
        </w:rPr>
        <w:t xml:space="preserve">    B. 统一战线、武装斗争、党的建设</w:t>
      </w:r>
    </w:p>
    <w:p>
      <w:pPr>
        <w:spacing w:before="20" w:after="20"/>
      </w:pPr>
      <w:r>
        <w:rPr>
          <w:sz w:val="22"/>
        </w:rPr>
        <w:t xml:space="preserve">    C. 土地革命、武装斗争、根据地建设</w:t>
      </w:r>
    </w:p>
    <w:p>
      <w:pPr>
        <w:spacing w:before="20" w:after="20"/>
      </w:pPr>
      <w:r>
        <w:rPr>
          <w:sz w:val="22"/>
        </w:rPr>
        <w:t xml:space="preserve">    D. 理论联系实际、密切联系群众、批评与自我批评</w:t>
      </w:r>
    </w:p>
    <w:p>
      <w:pPr>
        <w:spacing w:before="160"/>
      </w:pPr>
      <w:r>
        <w:rPr>
          <w:b/>
          <w:sz w:val="22"/>
        </w:rPr>
        <w:t>164. 1992年，邓小平在南方谈话中明确指出，计划经济和市场经济( )</w:t>
      </w:r>
    </w:p>
    <w:p>
      <w:pPr>
        <w:spacing w:before="20" w:after="20"/>
      </w:pPr>
      <w:r>
        <w:rPr>
          <w:sz w:val="22"/>
        </w:rPr>
        <w:t xml:space="preserve">    A. 都是经济手段</w:t>
      </w:r>
    </w:p>
    <w:p>
      <w:pPr>
        <w:spacing w:before="20" w:after="20"/>
      </w:pPr>
      <w:r>
        <w:rPr>
          <w:sz w:val="22"/>
        </w:rPr>
        <w:t xml:space="preserve">    B. 都是社会主义的基本特征</w:t>
      </w:r>
    </w:p>
    <w:p>
      <w:pPr>
        <w:spacing w:before="20" w:after="20"/>
      </w:pPr>
      <w:r>
        <w:rPr>
          <w:sz w:val="22"/>
        </w:rPr>
        <w:t xml:space="preserve">    C. 都是资本主义的基本特征</w:t>
      </w:r>
    </w:p>
    <w:p>
      <w:pPr>
        <w:spacing w:before="20" w:after="20"/>
      </w:pPr>
      <w:r>
        <w:rPr>
          <w:sz w:val="22"/>
        </w:rPr>
        <w:t xml:space="preserve">    D. 都是划分社会制度的标志</w:t>
      </w:r>
    </w:p>
    <w:p>
      <w:pPr>
        <w:spacing w:before="160"/>
      </w:pPr>
      <w:r>
        <w:rPr>
          <w:b/>
          <w:sz w:val="22"/>
        </w:rPr>
        <w:t>165. 科学发展观强调，推动城乡发展一体化的根本途径是( )</w:t>
      </w:r>
    </w:p>
    <w:p>
      <w:pPr>
        <w:spacing w:before="20" w:after="20"/>
      </w:pPr>
      <w:r>
        <w:rPr>
          <w:sz w:val="22"/>
        </w:rPr>
        <w:t xml:space="preserve">    A. 工业反哺农业</w:t>
      </w:r>
    </w:p>
    <w:p>
      <w:pPr>
        <w:spacing w:before="20" w:after="20"/>
      </w:pPr>
      <w:r>
        <w:rPr>
          <w:sz w:val="22"/>
        </w:rPr>
        <w:t xml:space="preserve">    B. 城市支持农村</w:t>
      </w:r>
    </w:p>
    <w:p>
      <w:pPr>
        <w:spacing w:before="20" w:after="20"/>
      </w:pPr>
      <w:r>
        <w:rPr>
          <w:sz w:val="22"/>
        </w:rPr>
        <w:t xml:space="preserve">    C. 建立以工促农、以城带乡长效机制</w:t>
      </w:r>
    </w:p>
    <w:p>
      <w:pPr>
        <w:spacing w:before="20" w:after="20"/>
      </w:pPr>
      <w:r>
        <w:rPr>
          <w:sz w:val="22"/>
        </w:rPr>
        <w:t xml:space="preserve">    D. 取消城乡二元结构</w:t>
      </w:r>
    </w:p>
    <w:p>
      <w:pPr>
        <w:spacing w:before="160"/>
      </w:pPr>
      <w:r>
        <w:rPr>
          <w:b/>
          <w:sz w:val="22"/>
        </w:rPr>
        <w:t>166. 实现我们的发展战略，要实事求是地把握好( )</w:t>
      </w:r>
    </w:p>
    <w:p>
      <w:pPr>
        <w:spacing w:before="20" w:after="20"/>
      </w:pPr>
      <w:r>
        <w:rPr>
          <w:sz w:val="22"/>
        </w:rPr>
        <w:t xml:space="preserve">    A. 速度问题</w:t>
      </w:r>
    </w:p>
    <w:p>
      <w:pPr>
        <w:spacing w:before="20" w:after="20"/>
      </w:pPr>
      <w:r>
        <w:rPr>
          <w:sz w:val="22"/>
        </w:rPr>
        <w:t xml:space="preserve">    B. 质量问题</w:t>
      </w:r>
    </w:p>
    <w:p>
      <w:pPr>
        <w:spacing w:before="20" w:after="20"/>
      </w:pPr>
      <w:r>
        <w:rPr>
          <w:sz w:val="22"/>
        </w:rPr>
        <w:t xml:space="preserve">    C. 效益问题</w:t>
      </w:r>
    </w:p>
    <w:p>
      <w:pPr>
        <w:spacing w:before="20" w:after="20"/>
      </w:pPr>
      <w:r>
        <w:rPr>
          <w:sz w:val="22"/>
        </w:rPr>
        <w:t xml:space="preserve">    D. 结构问题</w:t>
      </w:r>
    </w:p>
    <w:p>
      <w:pPr>
        <w:spacing w:before="160"/>
      </w:pPr>
      <w:r>
        <w:rPr>
          <w:b/>
          <w:sz w:val="22"/>
        </w:rPr>
        <w:t>167. “三个代表”重要思想在邓小平理论的基础上，进一步回答了:</w:t>
      </w:r>
    </w:p>
    <w:p>
      <w:pPr>
        <w:spacing w:before="20" w:after="20"/>
      </w:pPr>
      <w:r>
        <w:rPr>
          <w:sz w:val="22"/>
        </w:rPr>
        <w:t xml:space="preserve">    A. 什么是社会主义，怎样建设社会主义的问题</w:t>
      </w:r>
    </w:p>
    <w:p>
      <w:pPr>
        <w:spacing w:before="20" w:after="20"/>
      </w:pPr>
      <w:r>
        <w:rPr>
          <w:sz w:val="22"/>
        </w:rPr>
        <w:t xml:space="preserve">    B. 建设什么样的党，怎样建设党的问题</w:t>
      </w:r>
    </w:p>
    <w:p>
      <w:pPr>
        <w:spacing w:before="20" w:after="20"/>
      </w:pPr>
      <w:r>
        <w:rPr>
          <w:sz w:val="22"/>
        </w:rPr>
        <w:t xml:space="preserve">    C. 实现什么样的发展，怎样发展的问题</w:t>
      </w:r>
    </w:p>
    <w:p>
      <w:pPr>
        <w:spacing w:before="20" w:after="20"/>
      </w:pPr>
      <w:r>
        <w:rPr>
          <w:sz w:val="22"/>
        </w:rPr>
        <w:t xml:space="preserve">    D. 新时代坚持和发展什么样的中国特色社会主义，怎样坚持和发展中国特色社会主义的问题</w:t>
      </w:r>
    </w:p>
    <w:p>
      <w:pPr>
        <w:spacing w:before="160"/>
      </w:pPr>
      <w:r>
        <w:rPr>
          <w:b/>
          <w:sz w:val="22"/>
        </w:rPr>
        <w:t>168. 党的十八大以来，以习近平为主要代表的中国共产党人，创立了( )，这是全党全国人民为实现中华民族伟大复兴而奋斗的行动指南。</w:t>
      </w:r>
    </w:p>
    <w:p>
      <w:pPr>
        <w:spacing w:before="20" w:after="20"/>
      </w:pPr>
      <w:r>
        <w:rPr>
          <w:sz w:val="22"/>
        </w:rPr>
        <w:t xml:space="preserve">    A. 中国特色社会主义思想</w:t>
      </w:r>
    </w:p>
    <w:p>
      <w:pPr>
        <w:spacing w:before="20" w:after="20"/>
      </w:pPr>
      <w:r>
        <w:rPr>
          <w:sz w:val="22"/>
        </w:rPr>
        <w:t xml:space="preserve">    B. 习近平新时代中国特色社会主义思想</w:t>
      </w:r>
    </w:p>
    <w:p>
      <w:pPr>
        <w:spacing w:before="20" w:after="20"/>
      </w:pPr>
      <w:r>
        <w:rPr>
          <w:sz w:val="22"/>
        </w:rPr>
        <w:t xml:space="preserve">    C. 人类命运共同体”的思想</w:t>
      </w:r>
    </w:p>
    <w:p>
      <w:pPr>
        <w:spacing w:before="20" w:after="20"/>
      </w:pPr>
      <w:r>
        <w:rPr>
          <w:sz w:val="22"/>
        </w:rPr>
        <w:t xml:space="preserve">    D. 中国特色社会主义理论体系</w:t>
      </w:r>
    </w:p>
    <w:p>
      <w:pPr>
        <w:spacing w:before="160"/>
      </w:pPr>
      <w:r>
        <w:rPr>
          <w:b/>
          <w:sz w:val="22"/>
        </w:rPr>
        <w:t>169. 邓小平提出“科学技术是第一生产力”的论断，强调的是( )</w:t>
      </w:r>
    </w:p>
    <w:p>
      <w:pPr>
        <w:spacing w:before="20" w:after="20"/>
      </w:pPr>
      <w:r>
        <w:rPr>
          <w:sz w:val="22"/>
        </w:rPr>
        <w:t xml:space="preserve">    A. 科技对经济发展的决定性作用</w:t>
      </w:r>
    </w:p>
    <w:p>
      <w:pPr>
        <w:spacing w:before="20" w:after="20"/>
      </w:pPr>
      <w:r>
        <w:rPr>
          <w:sz w:val="22"/>
        </w:rPr>
        <w:t xml:space="preserve">    B. 科技对政治的影响</w:t>
      </w:r>
    </w:p>
    <w:p>
      <w:pPr>
        <w:spacing w:before="20" w:after="20"/>
      </w:pPr>
      <w:r>
        <w:rPr>
          <w:sz w:val="22"/>
        </w:rPr>
        <w:t xml:space="preserve">    C. 科技对文化的作用</w:t>
      </w:r>
    </w:p>
    <w:p>
      <w:pPr>
        <w:spacing w:before="20" w:after="20"/>
      </w:pPr>
      <w:r>
        <w:rPr>
          <w:sz w:val="22"/>
        </w:rPr>
        <w:t xml:space="preserve">    D. 科技对国防的意义</w:t>
      </w:r>
    </w:p>
    <w:p>
      <w:pPr>
        <w:spacing w:before="160"/>
      </w:pPr>
      <w:r>
        <w:rPr>
          <w:b/>
          <w:sz w:val="22"/>
        </w:rPr>
        <w:t>170. “一国两制”最早是针对( )问题提出的。</w:t>
      </w:r>
    </w:p>
    <w:p>
      <w:pPr>
        <w:spacing w:before="20" w:after="20"/>
      </w:pPr>
      <w:r>
        <w:rPr>
          <w:sz w:val="22"/>
        </w:rPr>
        <w:t xml:space="preserve">    A. 台湾</w:t>
      </w:r>
    </w:p>
    <w:p>
      <w:pPr>
        <w:spacing w:before="20" w:after="20"/>
      </w:pPr>
      <w:r>
        <w:rPr>
          <w:sz w:val="22"/>
        </w:rPr>
        <w:t xml:space="preserve">    B. 香港</w:t>
      </w:r>
    </w:p>
    <w:p>
      <w:pPr>
        <w:spacing w:before="20" w:after="20"/>
      </w:pPr>
      <w:r>
        <w:rPr>
          <w:sz w:val="22"/>
        </w:rPr>
        <w:t xml:space="preserve">    C. 澳门</w:t>
      </w:r>
    </w:p>
    <w:p>
      <w:pPr>
        <w:spacing w:before="20" w:after="20"/>
      </w:pPr>
      <w:r>
        <w:rPr>
          <w:sz w:val="22"/>
        </w:rPr>
        <w:t xml:space="preserve">    D. 发展</w:t>
      </w:r>
    </w:p>
    <w:p>
      <w:pPr>
        <w:spacing w:before="160"/>
      </w:pPr>
      <w:r>
        <w:rPr>
          <w:b/>
          <w:sz w:val="22"/>
        </w:rPr>
        <w:t>171. 不属于《论十大关系》讨论范畴的是( )</w:t>
      </w:r>
    </w:p>
    <w:p>
      <w:pPr>
        <w:spacing w:before="20" w:after="20"/>
      </w:pPr>
      <w:r>
        <w:rPr>
          <w:sz w:val="22"/>
        </w:rPr>
        <w:t xml:space="preserve">    A. 社会主义市场经济和计划经济的关系</w:t>
      </w:r>
    </w:p>
    <w:p>
      <w:pPr>
        <w:spacing w:before="20" w:after="20"/>
      </w:pPr>
      <w:r>
        <w:rPr>
          <w:sz w:val="22"/>
        </w:rPr>
        <w:t xml:space="preserve">    B. 重工业和轻工业、农业的关系</w:t>
      </w:r>
    </w:p>
    <w:p>
      <w:pPr>
        <w:spacing w:before="20" w:after="20"/>
      </w:pPr>
      <w:r>
        <w:rPr>
          <w:sz w:val="22"/>
        </w:rPr>
        <w:t xml:space="preserve">    C. 国家、生产单位和生产者个人的关系</w:t>
      </w:r>
    </w:p>
    <w:p>
      <w:pPr>
        <w:spacing w:before="20" w:after="20"/>
      </w:pPr>
      <w:r>
        <w:rPr>
          <w:sz w:val="22"/>
        </w:rPr>
        <w:t xml:space="preserve">    D. 革命和反革命的关系</w:t>
      </w:r>
    </w:p>
    <w:p>
      <w:pPr>
        <w:spacing w:before="160"/>
      </w:pPr>
      <w:r>
        <w:rPr>
          <w:b/>
          <w:sz w:val="22"/>
        </w:rPr>
        <w:t>172. 邓小平指出，现在世界上真正大的问题，带全球性的战略问题是( )</w:t>
      </w:r>
    </w:p>
    <w:p>
      <w:pPr>
        <w:spacing w:before="20" w:after="20"/>
      </w:pPr>
      <w:r>
        <w:rPr>
          <w:sz w:val="22"/>
        </w:rPr>
        <w:t xml:space="preserve">    A. 和平问题和战争问题</w:t>
      </w:r>
    </w:p>
    <w:p>
      <w:pPr>
        <w:spacing w:before="20" w:after="20"/>
      </w:pPr>
      <w:r>
        <w:rPr>
          <w:sz w:val="22"/>
        </w:rPr>
        <w:t xml:space="preserve">    B. 和平问题和发展问题</w:t>
      </w:r>
    </w:p>
    <w:p>
      <w:pPr>
        <w:spacing w:before="20" w:after="20"/>
      </w:pPr>
      <w:r>
        <w:rPr>
          <w:sz w:val="22"/>
        </w:rPr>
        <w:t xml:space="preserve">    C. 发展问题和环境问题</w:t>
      </w:r>
    </w:p>
    <w:p>
      <w:pPr>
        <w:spacing w:before="20" w:after="20"/>
      </w:pPr>
      <w:r>
        <w:rPr>
          <w:sz w:val="22"/>
        </w:rPr>
        <w:t xml:space="preserve">    D. 战争问题和贫困问题</w:t>
      </w:r>
    </w:p>
    <w:p>
      <w:pPr>
        <w:spacing w:before="160"/>
      </w:pPr>
      <w:r>
        <w:rPr>
          <w:b/>
          <w:sz w:val="22"/>
        </w:rPr>
        <w:t>173. 马克思主义中国化历史过程产生了两大理论成果——毛泽东思想和中国特色社会主义理论体系。这两大理论成果之间是一脉相承又与时俱进的关系,有着共同的“根”。这个“根”是指两大理论成果具有共同的( )。</w:t>
      </w:r>
    </w:p>
    <w:p>
      <w:pPr>
        <w:spacing w:before="20" w:after="20"/>
      </w:pPr>
      <w:r>
        <w:rPr>
          <w:sz w:val="22"/>
        </w:rPr>
        <w:t xml:space="preserve">    A. 时代背景</w:t>
      </w:r>
    </w:p>
    <w:p>
      <w:pPr>
        <w:spacing w:before="20" w:after="20"/>
      </w:pPr>
      <w:r>
        <w:rPr>
          <w:sz w:val="22"/>
        </w:rPr>
        <w:t xml:space="preserve">    B. 历史任务</w:t>
      </w:r>
    </w:p>
    <w:p>
      <w:pPr>
        <w:spacing w:before="20" w:after="20"/>
      </w:pPr>
      <w:r>
        <w:rPr>
          <w:sz w:val="22"/>
        </w:rPr>
        <w:t xml:space="preserve">    C. 具体内容</w:t>
      </w:r>
    </w:p>
    <w:p>
      <w:pPr>
        <w:spacing w:before="20" w:after="20"/>
      </w:pPr>
      <w:r>
        <w:rPr>
          <w:sz w:val="22"/>
        </w:rPr>
        <w:t xml:space="preserve">    D. 理论基础</w:t>
      </w:r>
    </w:p>
    <w:p>
      <w:pPr>
        <w:spacing w:before="160"/>
      </w:pPr>
      <w:r>
        <w:rPr>
          <w:b/>
          <w:sz w:val="22"/>
        </w:rPr>
        <w:t>174. 邓小平指出，我们要在大幅度提高社会生产力的同时，改革和完善社会主义的经济制度和政治制度，发展高度的社会主义民主和完备的社会主义法制。我们要在建设高度物质文明的同时，建设( )</w:t>
      </w:r>
    </w:p>
    <w:p>
      <w:pPr>
        <w:spacing w:before="20" w:after="20"/>
      </w:pPr>
      <w:r>
        <w:rPr>
          <w:sz w:val="22"/>
        </w:rPr>
        <w:t xml:space="preserve">    A. 高度的社会主义精神文明</w:t>
      </w:r>
    </w:p>
    <w:p>
      <w:pPr>
        <w:spacing w:before="20" w:after="20"/>
      </w:pPr>
      <w:r>
        <w:rPr>
          <w:sz w:val="22"/>
        </w:rPr>
        <w:t xml:space="preserve">    B. 高度的政治文明</w:t>
      </w:r>
    </w:p>
    <w:p>
      <w:pPr>
        <w:spacing w:before="20" w:after="20"/>
      </w:pPr>
      <w:r>
        <w:rPr>
          <w:sz w:val="22"/>
        </w:rPr>
        <w:t xml:space="preserve">    C. 高度的社会文明</w:t>
      </w:r>
    </w:p>
    <w:p>
      <w:pPr>
        <w:spacing w:before="20" w:after="20"/>
      </w:pPr>
      <w:r>
        <w:rPr>
          <w:sz w:val="22"/>
        </w:rPr>
        <w:t xml:space="preserve">    D. 高度的生态文明</w:t>
      </w:r>
    </w:p>
    <w:p>
      <w:pPr>
        <w:spacing w:before="160"/>
      </w:pPr>
      <w:r>
        <w:rPr>
          <w:b/>
          <w:sz w:val="22"/>
        </w:rPr>
        <w:t>175. 科学发展观强调，社会主义民主政治的本质和核心是( )</w:t>
      </w:r>
    </w:p>
    <w:p>
      <w:pPr>
        <w:spacing w:before="20" w:after="20"/>
      </w:pPr>
      <w:r>
        <w:rPr>
          <w:sz w:val="22"/>
        </w:rPr>
        <w:t xml:space="preserve">    A. 党的领导</w:t>
      </w:r>
    </w:p>
    <w:p>
      <w:pPr>
        <w:spacing w:before="20" w:after="20"/>
      </w:pPr>
      <w:r>
        <w:rPr>
          <w:sz w:val="22"/>
        </w:rPr>
        <w:t xml:space="preserve">    B. 人民当家作主</w:t>
      </w:r>
    </w:p>
    <w:p>
      <w:pPr>
        <w:spacing w:before="20" w:after="20"/>
      </w:pPr>
      <w:r>
        <w:rPr>
          <w:sz w:val="22"/>
        </w:rPr>
        <w:t xml:space="preserve">    C. 依法治国</w:t>
      </w:r>
    </w:p>
    <w:p>
      <w:pPr>
        <w:spacing w:before="20" w:after="20"/>
      </w:pPr>
      <w:r>
        <w:rPr>
          <w:sz w:val="22"/>
        </w:rPr>
        <w:t xml:space="preserve">    D. 政治体制改革</w:t>
      </w:r>
    </w:p>
    <w:p>
      <w:pPr>
        <w:spacing w:before="160"/>
      </w:pPr>
      <w:r>
        <w:rPr>
          <w:b/>
          <w:sz w:val="22"/>
        </w:rPr>
        <w:t>176. 邓小平指出，怎么解决台湾问题.香港问题和澳门问题，我看只有实行( )</w:t>
      </w:r>
    </w:p>
    <w:p>
      <w:pPr>
        <w:spacing w:before="20" w:after="20"/>
      </w:pPr>
      <w:r>
        <w:rPr>
          <w:sz w:val="22"/>
        </w:rPr>
        <w:t xml:space="preserve">    A. “一个国家，两种制度”</w:t>
      </w:r>
    </w:p>
    <w:p>
      <w:pPr>
        <w:spacing w:before="20" w:after="20"/>
      </w:pPr>
      <w:r>
        <w:rPr>
          <w:sz w:val="22"/>
        </w:rPr>
        <w:t xml:space="preserve">    B. “一个国家，一种制度”</w:t>
      </w:r>
    </w:p>
    <w:p>
      <w:pPr>
        <w:spacing w:before="20" w:after="20"/>
      </w:pPr>
      <w:r>
        <w:rPr>
          <w:sz w:val="22"/>
        </w:rPr>
        <w:t xml:space="preserve">    C. “联邦制”</w:t>
      </w:r>
    </w:p>
    <w:p>
      <w:pPr>
        <w:spacing w:before="20" w:after="20"/>
      </w:pPr>
      <w:r>
        <w:rPr>
          <w:sz w:val="22"/>
        </w:rPr>
        <w:t xml:space="preserve">    D. “邦联制”</w:t>
      </w:r>
    </w:p>
    <w:p>
      <w:pPr>
        <w:spacing w:before="160"/>
      </w:pPr>
      <w:r>
        <w:rPr>
          <w:b/>
          <w:sz w:val="22"/>
        </w:rPr>
        <w:t>177. 新民主主义革命时期，中国共产党领导的统一战线中，最基本的联盟是( )。</w:t>
      </w:r>
    </w:p>
    <w:p>
      <w:pPr>
        <w:spacing w:before="20" w:after="20"/>
      </w:pPr>
      <w:r>
        <w:rPr>
          <w:sz w:val="22"/>
        </w:rPr>
        <w:t xml:space="preserve">    A. 工人阶级同农民阶级的联盟</w:t>
      </w:r>
    </w:p>
    <w:p>
      <w:pPr>
        <w:spacing w:before="20" w:after="20"/>
      </w:pPr>
      <w:r>
        <w:rPr>
          <w:sz w:val="22"/>
        </w:rPr>
        <w:t xml:space="preserve">    B. 工人阶级同城市小资产阶级的联盟</w:t>
      </w:r>
    </w:p>
    <w:p>
      <w:pPr>
        <w:spacing w:before="20" w:after="20"/>
      </w:pPr>
      <w:r>
        <w:rPr>
          <w:sz w:val="22"/>
        </w:rPr>
        <w:t xml:space="preserve">    C. 工人阶级同民族资产阶级的联盟</w:t>
      </w:r>
    </w:p>
    <w:p>
      <w:pPr>
        <w:spacing w:before="20" w:after="20"/>
      </w:pPr>
      <w:r>
        <w:rPr>
          <w:sz w:val="22"/>
        </w:rPr>
        <w:t xml:space="preserve">    D. 工人阶级同知识分子的联盟</w:t>
      </w:r>
    </w:p>
    <w:p>
      <w:pPr>
        <w:spacing w:before="160"/>
      </w:pPr>
      <w:r>
        <w:rPr>
          <w:b/>
          <w:sz w:val="22"/>
        </w:rPr>
        <w:t>178. 新民主主义革命理论在毛泽东思想体系中的定位是( )</w:t>
      </w:r>
    </w:p>
    <w:p>
      <w:pPr>
        <w:spacing w:before="20" w:after="20"/>
      </w:pPr>
      <w:r>
        <w:rPr>
          <w:sz w:val="22"/>
        </w:rPr>
        <w:t xml:space="preserve">    A. 开端与核心组成部分</w:t>
      </w:r>
    </w:p>
    <w:p>
      <w:pPr>
        <w:spacing w:before="20" w:after="20"/>
      </w:pPr>
      <w:r>
        <w:rPr>
          <w:sz w:val="22"/>
        </w:rPr>
        <w:t xml:space="preserve">    B. 后期补充性理论成果</w:t>
      </w:r>
    </w:p>
    <w:p>
      <w:pPr>
        <w:spacing w:before="20" w:after="20"/>
      </w:pPr>
      <w:r>
        <w:rPr>
          <w:sz w:val="22"/>
        </w:rPr>
        <w:t xml:space="preserve">    C. 次要辅助性内容</w:t>
      </w:r>
    </w:p>
    <w:p>
      <w:pPr>
        <w:spacing w:before="20" w:after="20"/>
      </w:pPr>
      <w:r>
        <w:rPr>
          <w:sz w:val="22"/>
        </w:rPr>
        <w:t xml:space="preserve">    D. 独立于毛思想之外的理论</w:t>
      </w:r>
    </w:p>
    <w:p>
      <w:pPr>
        <w:spacing w:before="160"/>
      </w:pPr>
      <w:r>
        <w:rPr>
          <w:b/>
          <w:sz w:val="22"/>
        </w:rPr>
        <w:t>179. 下列属于毛泽东思想形成发展的实践基础的是( )</w:t>
      </w:r>
    </w:p>
    <w:p>
      <w:pPr>
        <w:spacing w:before="20" w:after="20"/>
      </w:pPr>
      <w:r>
        <w:rPr>
          <w:sz w:val="22"/>
        </w:rPr>
        <w:t xml:space="preserve">    A. 近代中国的特殊国情和国际环境</w:t>
      </w:r>
    </w:p>
    <w:p>
      <w:pPr>
        <w:spacing w:before="20" w:after="20"/>
      </w:pPr>
      <w:r>
        <w:rPr>
          <w:sz w:val="22"/>
        </w:rPr>
        <w:t xml:space="preserve">    B. 湖湘文化对毛泽东的熏陶</w:t>
      </w:r>
    </w:p>
    <w:p>
      <w:pPr>
        <w:spacing w:before="20" w:after="20"/>
      </w:pPr>
      <w:r>
        <w:rPr>
          <w:sz w:val="22"/>
        </w:rPr>
        <w:t xml:space="preserve">    C. 中华优秀传统文化</w:t>
      </w:r>
    </w:p>
    <w:p>
      <w:pPr>
        <w:spacing w:before="20" w:after="20"/>
      </w:pPr>
      <w:r>
        <w:rPr>
          <w:sz w:val="22"/>
        </w:rPr>
        <w:t xml:space="preserve">    D. 中国共产党领导人民进行革命和建设的成功实践</w:t>
      </w:r>
    </w:p>
    <w:p>
      <w:pPr>
        <w:spacing w:before="160"/>
      </w:pPr>
      <w:r>
        <w:rPr>
          <w:b/>
          <w:sz w:val="22"/>
        </w:rPr>
        <w:t>180. 既可以自发地走向资本主义，也可以被引导走向社会主义，其本身并不代表一种独立的发展方向。指的是哪种经济成分( )</w:t>
      </w:r>
    </w:p>
    <w:p>
      <w:pPr>
        <w:spacing w:before="20" w:after="20"/>
      </w:pPr>
      <w:r>
        <w:rPr>
          <w:sz w:val="22"/>
        </w:rPr>
        <w:t xml:space="preserve">    A. 社会主义性质的国营经济</w:t>
      </w:r>
    </w:p>
    <w:p>
      <w:pPr>
        <w:spacing w:before="20" w:after="20"/>
      </w:pPr>
      <w:r>
        <w:rPr>
          <w:sz w:val="22"/>
        </w:rPr>
        <w:t xml:space="preserve">    B. 农民和手工业者的个体经济</w:t>
      </w:r>
    </w:p>
    <w:p>
      <w:pPr>
        <w:spacing w:before="20" w:after="20"/>
      </w:pPr>
      <w:r>
        <w:rPr>
          <w:sz w:val="22"/>
        </w:rPr>
        <w:t xml:space="preserve">    C. 私人资本主义经济</w:t>
      </w:r>
    </w:p>
    <w:p>
      <w:pPr>
        <w:spacing w:before="20" w:after="20"/>
      </w:pPr>
      <w:r>
        <w:rPr>
          <w:sz w:val="22"/>
        </w:rPr>
        <w:t xml:space="preserve">    D. 国家资本主义经济</w:t>
      </w:r>
    </w:p>
    <w:p>
      <w:pPr>
        <w:spacing w:before="160"/>
      </w:pPr>
      <w:r>
        <w:rPr>
          <w:b/>
          <w:sz w:val="22"/>
        </w:rPr>
        <w:t>181. 邓小平指出，搞四个现代化一定要有两手，只有一手是不行的。所谓两手，即( )</w:t>
      </w:r>
    </w:p>
    <w:p>
      <w:pPr>
        <w:spacing w:before="20" w:after="20"/>
      </w:pPr>
      <w:r>
        <w:rPr>
          <w:sz w:val="22"/>
        </w:rPr>
        <w:t xml:space="preserve">    A. 一手抓建设，一手抓法制</w:t>
      </w:r>
    </w:p>
    <w:p>
      <w:pPr>
        <w:spacing w:before="20" w:after="20"/>
      </w:pPr>
      <w:r>
        <w:rPr>
          <w:sz w:val="22"/>
        </w:rPr>
        <w:t xml:space="preserve">    B. 一手抓物质文明，一手抓精神文明</w:t>
      </w:r>
    </w:p>
    <w:p>
      <w:pPr>
        <w:spacing w:before="20" w:after="20"/>
      </w:pPr>
      <w:r>
        <w:rPr>
          <w:sz w:val="22"/>
        </w:rPr>
        <w:t xml:space="preserve">    C. 一手抓改革开放，一手抓惩治腐败</w:t>
      </w:r>
    </w:p>
    <w:p>
      <w:pPr>
        <w:spacing w:before="20" w:after="20"/>
      </w:pPr>
      <w:r>
        <w:rPr>
          <w:sz w:val="22"/>
        </w:rPr>
        <w:t xml:space="preserve">    D. 一手抓经济，一手抓政治</w:t>
      </w:r>
    </w:p>
    <w:p>
      <w:pPr>
        <w:spacing w:before="160"/>
      </w:pPr>
      <w:r>
        <w:rPr>
          <w:b/>
          <w:sz w:val="22"/>
        </w:rPr>
        <w:t>182. 新民主主义革命时期党的建设中，始终摆在首位的是( )</w:t>
      </w:r>
    </w:p>
    <w:p>
      <w:pPr>
        <w:spacing w:before="20" w:after="20"/>
      </w:pPr>
      <w:r>
        <w:rPr>
          <w:sz w:val="22"/>
        </w:rPr>
        <w:t xml:space="preserve">    A. 思想建设</w:t>
      </w:r>
    </w:p>
    <w:p>
      <w:pPr>
        <w:spacing w:before="20" w:after="20"/>
      </w:pPr>
      <w:r>
        <w:rPr>
          <w:sz w:val="22"/>
        </w:rPr>
        <w:t xml:space="preserve">    B. 政治建设</w:t>
      </w:r>
    </w:p>
    <w:p>
      <w:pPr>
        <w:spacing w:before="20" w:after="20"/>
      </w:pPr>
      <w:r>
        <w:rPr>
          <w:sz w:val="22"/>
        </w:rPr>
        <w:t xml:space="preserve">    C. 组织建设</w:t>
      </w:r>
    </w:p>
    <w:p>
      <w:pPr>
        <w:spacing w:before="20" w:after="20"/>
      </w:pPr>
      <w:r>
        <w:rPr>
          <w:sz w:val="22"/>
        </w:rPr>
        <w:t xml:space="preserve">    D. 作风建设</w:t>
      </w:r>
    </w:p>
    <w:p>
      <w:pPr>
        <w:spacing w:before="160"/>
      </w:pPr>
      <w:r>
        <w:rPr>
          <w:b/>
          <w:sz w:val="22"/>
        </w:rPr>
        <w:t>183. 我们党所以能够取得这样的胜利，根本原因是在十四年的伟大实践中，坚持把( )同中国具体实际相结合，逐步形成和发展了建设有中国特色社会主义的理论。</w:t>
      </w:r>
    </w:p>
    <w:p>
      <w:pPr>
        <w:spacing w:before="20" w:after="20"/>
      </w:pPr>
      <w:r>
        <w:rPr>
          <w:sz w:val="22"/>
        </w:rPr>
        <w:t xml:space="preserve">    A. 马克思列宁主义</w:t>
      </w:r>
    </w:p>
    <w:p>
      <w:pPr>
        <w:spacing w:before="20" w:after="20"/>
      </w:pPr>
      <w:r>
        <w:rPr>
          <w:sz w:val="22"/>
        </w:rPr>
        <w:t xml:space="preserve">    B. 毛泽东思想</w:t>
      </w:r>
    </w:p>
    <w:p>
      <w:pPr>
        <w:spacing w:before="20" w:after="20"/>
      </w:pPr>
      <w:r>
        <w:rPr>
          <w:sz w:val="22"/>
        </w:rPr>
        <w:t xml:space="preserve">    C. 马克思主义基本原理</w:t>
      </w:r>
    </w:p>
    <w:p>
      <w:pPr>
        <w:spacing w:before="20" w:after="20"/>
      </w:pPr>
      <w:r>
        <w:rPr>
          <w:sz w:val="22"/>
        </w:rPr>
        <w:t xml:space="preserve">    D. 科学社会主义</w:t>
      </w:r>
    </w:p>
    <w:p>
      <w:pPr>
        <w:spacing w:before="160"/>
      </w:pPr>
      <w:r>
        <w:rPr>
          <w:b/>
          <w:sz w:val="22"/>
        </w:rPr>
        <w:t>184. 中国革命建立最广泛的统一战线不仅是必要的,而且是可能的,这种可能是由( )。</w:t>
      </w:r>
    </w:p>
    <w:p>
      <w:pPr>
        <w:spacing w:before="20" w:after="20"/>
      </w:pPr>
      <w:r>
        <w:rPr>
          <w:sz w:val="22"/>
        </w:rPr>
        <w:t xml:space="preserve">    A. 中国半殖民地半封建社会的阶级状况决定的</w:t>
      </w:r>
    </w:p>
    <w:p>
      <w:pPr>
        <w:spacing w:before="20" w:after="20"/>
      </w:pPr>
      <w:r>
        <w:rPr>
          <w:sz w:val="22"/>
        </w:rPr>
        <w:t xml:space="preserve">    B. 半殖民地半封建的中国社会的交织在一起的诸多矛盾决定的</w:t>
      </w:r>
    </w:p>
    <w:p>
      <w:pPr>
        <w:spacing w:before="20" w:after="20"/>
      </w:pPr>
      <w:r>
        <w:rPr>
          <w:sz w:val="22"/>
        </w:rPr>
        <w:t xml:space="preserve">    C. 中国革命的长期性.残酷性及其发展的不平衡性所决定的</w:t>
      </w:r>
    </w:p>
    <w:p>
      <w:pPr>
        <w:spacing w:before="20" w:after="20"/>
      </w:pPr>
      <w:r>
        <w:rPr>
          <w:sz w:val="22"/>
        </w:rPr>
        <w:t xml:space="preserve">    D. 战争与革命的时代主题决定的</w:t>
      </w:r>
    </w:p>
    <w:p>
      <w:pPr>
        <w:spacing w:before="160"/>
      </w:pPr>
      <w:r>
        <w:rPr>
          <w:b/>
          <w:sz w:val="22"/>
        </w:rPr>
        <w:t>185. 将毛泽东思想确立为指导思想并写入党章是在哪次会议中( )</w:t>
      </w:r>
    </w:p>
    <w:p>
      <w:pPr>
        <w:spacing w:before="20" w:after="20"/>
      </w:pPr>
      <w:r>
        <w:rPr>
          <w:sz w:val="22"/>
        </w:rPr>
        <w:t xml:space="preserve">    A. 党的七大</w:t>
      </w:r>
    </w:p>
    <w:p>
      <w:pPr>
        <w:spacing w:before="20" w:after="20"/>
      </w:pPr>
      <w:r>
        <w:rPr>
          <w:sz w:val="22"/>
        </w:rPr>
        <w:t xml:space="preserve">    B. 党的八大</w:t>
      </w:r>
    </w:p>
    <w:p>
      <w:pPr>
        <w:spacing w:before="20" w:after="20"/>
      </w:pPr>
      <w:r>
        <w:rPr>
          <w:sz w:val="22"/>
        </w:rPr>
        <w:t xml:space="preserve">    C. 党的一大</w:t>
      </w:r>
    </w:p>
    <w:p>
      <w:pPr>
        <w:spacing w:before="20" w:after="20"/>
      </w:pPr>
      <w:r>
        <w:rPr>
          <w:sz w:val="22"/>
        </w:rPr>
        <w:t xml:space="preserve">    D. 党的十九大</w:t>
      </w:r>
    </w:p>
    <w:p>
      <w:pPr>
        <w:spacing w:before="160"/>
      </w:pPr>
      <w:r>
        <w:rPr>
          <w:b/>
          <w:sz w:val="22"/>
        </w:rPr>
        <w:t>186. 毛泽东在《论人民民主专政》中提出，人民民主专政的职能是( )。</w:t>
      </w:r>
    </w:p>
    <w:p>
      <w:pPr>
        <w:spacing w:before="20" w:after="20"/>
      </w:pPr>
      <w:r>
        <w:rPr>
          <w:sz w:val="22"/>
        </w:rPr>
        <w:t xml:space="preserve">    A. 对人民民主，对敌人专政</w:t>
      </w:r>
    </w:p>
    <w:p>
      <w:pPr>
        <w:spacing w:before="20" w:after="20"/>
      </w:pPr>
      <w:r>
        <w:rPr>
          <w:sz w:val="22"/>
        </w:rPr>
        <w:t xml:space="preserve">    B. 对资产阶级民主，对无产阶级专政</w:t>
      </w:r>
    </w:p>
    <w:p>
      <w:pPr>
        <w:spacing w:before="20" w:after="20"/>
      </w:pPr>
      <w:r>
        <w:rPr>
          <w:sz w:val="22"/>
        </w:rPr>
        <w:t xml:space="preserve">    C. 对农民民主，对地主专政</w:t>
      </w:r>
    </w:p>
    <w:p>
      <w:pPr>
        <w:spacing w:before="20" w:after="20"/>
      </w:pPr>
      <w:r>
        <w:rPr>
          <w:sz w:val="22"/>
        </w:rPr>
        <w:t xml:space="preserve">    D. 对工人阶级民主，对资本家专政</w:t>
      </w:r>
    </w:p>
    <w:p>
      <w:pPr>
        <w:spacing w:before="160"/>
      </w:pPr>
      <w:r>
        <w:rPr>
          <w:b/>
          <w:sz w:val="22"/>
        </w:rPr>
        <w:t>187. 党的( )把对外开放作为基本国策。</w:t>
      </w:r>
    </w:p>
    <w:p>
      <w:pPr>
        <w:spacing w:before="20" w:after="20"/>
      </w:pPr>
      <w:r>
        <w:rPr>
          <w:sz w:val="22"/>
        </w:rPr>
        <w:t xml:space="preserve">    A. 十二届三中全会</w:t>
      </w:r>
    </w:p>
    <w:p>
      <w:pPr>
        <w:spacing w:before="20" w:after="20"/>
      </w:pPr>
      <w:r>
        <w:rPr>
          <w:sz w:val="22"/>
        </w:rPr>
        <w:t xml:space="preserve">    B. 十三大</w:t>
      </w:r>
    </w:p>
    <w:p>
      <w:pPr>
        <w:spacing w:before="20" w:after="20"/>
      </w:pPr>
      <w:r>
        <w:rPr>
          <w:sz w:val="22"/>
        </w:rPr>
        <w:t xml:space="preserve">    C. 十四大</w:t>
      </w:r>
    </w:p>
    <w:p>
      <w:pPr>
        <w:spacing w:before="20" w:after="20"/>
      </w:pPr>
      <w:r>
        <w:rPr>
          <w:sz w:val="22"/>
        </w:rPr>
        <w:t xml:space="preserve">    D. 十五大</w:t>
      </w:r>
    </w:p>
    <w:p>
      <w:pPr>
        <w:spacing w:before="160"/>
      </w:pPr>
      <w:r>
        <w:rPr>
          <w:b/>
          <w:sz w:val="22"/>
        </w:rPr>
        <w:t>188. 我国经济体制改革的目标是建立( )</w:t>
      </w:r>
    </w:p>
    <w:p>
      <w:pPr>
        <w:spacing w:before="20" w:after="20"/>
      </w:pPr>
      <w:r>
        <w:rPr>
          <w:sz w:val="22"/>
        </w:rPr>
        <w:t xml:space="preserve">    A. 社会主义市场经济体制</w:t>
      </w:r>
    </w:p>
    <w:p>
      <w:pPr>
        <w:spacing w:before="20" w:after="20"/>
      </w:pPr>
      <w:r>
        <w:rPr>
          <w:sz w:val="22"/>
        </w:rPr>
        <w:t xml:space="preserve">    B. 计划经济体制</w:t>
      </w:r>
    </w:p>
    <w:p>
      <w:pPr>
        <w:spacing w:before="20" w:after="20"/>
      </w:pPr>
      <w:r>
        <w:rPr>
          <w:sz w:val="22"/>
        </w:rPr>
        <w:t xml:space="preserve">    C. 混合经济体制</w:t>
      </w:r>
    </w:p>
    <w:p>
      <w:pPr>
        <w:spacing w:before="20" w:after="20"/>
      </w:pPr>
      <w:r>
        <w:rPr>
          <w:sz w:val="22"/>
        </w:rPr>
        <w:t xml:space="preserve">    D. 自由市场经济体制</w:t>
      </w:r>
    </w:p>
    <w:p>
      <w:pPr>
        <w:spacing w:before="160"/>
      </w:pPr>
      <w:r>
        <w:rPr>
          <w:b/>
          <w:sz w:val="22"/>
        </w:rPr>
        <w:t>189. 抗日战争时期，中国共产党将土地政策从“没收地主土地”调整为“减租减息”。这主要体现了( )。</w:t>
      </w:r>
    </w:p>
    <w:p>
      <w:pPr>
        <w:spacing w:before="20" w:after="20"/>
      </w:pPr>
      <w:r>
        <w:rPr>
          <w:sz w:val="22"/>
        </w:rPr>
        <w:t xml:space="preserve">    A. 党的革命纲领发生了根本改变</w:t>
      </w:r>
    </w:p>
    <w:p>
      <w:pPr>
        <w:spacing w:before="20" w:after="20"/>
      </w:pPr>
      <w:r>
        <w:rPr>
          <w:sz w:val="22"/>
        </w:rPr>
        <w:t xml:space="preserve">    B. 为建立抗日民族统一战线而调整阶级政策</w:t>
      </w:r>
    </w:p>
    <w:p>
      <w:pPr>
        <w:spacing w:before="20" w:after="20"/>
      </w:pPr>
      <w:r>
        <w:rPr>
          <w:sz w:val="22"/>
        </w:rPr>
        <w:t xml:space="preserve">    C. 放弃了对农民利益的维护</w:t>
      </w:r>
    </w:p>
    <w:p>
      <w:pPr>
        <w:spacing w:before="20" w:after="20"/>
      </w:pPr>
      <w:r>
        <w:rPr>
          <w:sz w:val="22"/>
        </w:rPr>
        <w:t xml:space="preserve">    D. 中国革命的主要矛盾发生了变化</w:t>
      </w:r>
    </w:p>
    <w:p>
      <w:pPr>
        <w:spacing w:before="160"/>
      </w:pPr>
      <w:r>
        <w:rPr>
          <w:b/>
          <w:sz w:val="22"/>
        </w:rPr>
        <w:t>190. 2008年12月，中央召开经济工作会议，强调科学发展观第一要义是( )，越是在经济发展面临较大困难的时候，我们越是要坚定不移地贯彻发展是硬道理的战略思想。</w:t>
      </w:r>
    </w:p>
    <w:p>
      <w:pPr>
        <w:spacing w:before="20" w:after="20"/>
      </w:pPr>
      <w:r>
        <w:rPr>
          <w:sz w:val="22"/>
        </w:rPr>
        <w:t xml:space="preserve">    A. 发展</w:t>
      </w:r>
    </w:p>
    <w:p>
      <w:pPr>
        <w:spacing w:before="20" w:after="20"/>
      </w:pPr>
      <w:r>
        <w:rPr>
          <w:sz w:val="22"/>
        </w:rPr>
        <w:t xml:space="preserve">    B. 开放</w:t>
      </w:r>
    </w:p>
    <w:p>
      <w:pPr>
        <w:spacing w:before="20" w:after="20"/>
      </w:pPr>
      <w:r>
        <w:rPr>
          <w:sz w:val="22"/>
        </w:rPr>
        <w:t xml:space="preserve">    C. 改革</w:t>
      </w:r>
    </w:p>
    <w:p>
      <w:pPr>
        <w:spacing w:before="20" w:after="20"/>
      </w:pPr>
      <w:r>
        <w:rPr>
          <w:sz w:val="22"/>
        </w:rPr>
        <w:t xml:space="preserve">    D. 以人为本</w:t>
      </w:r>
    </w:p>
    <w:p>
      <w:pPr>
        <w:spacing w:before="160"/>
      </w:pPr>
      <w:r>
        <w:rPr>
          <w:b/>
          <w:sz w:val="22"/>
        </w:rPr>
        <w:t>191. ( )是邓小平理论的集大成之作。</w:t>
      </w:r>
    </w:p>
    <w:p>
      <w:pPr>
        <w:spacing w:before="20" w:after="20"/>
      </w:pPr>
      <w:r>
        <w:rPr>
          <w:sz w:val="22"/>
        </w:rPr>
        <w:t xml:space="preserve">    A. 党的十二大</w:t>
      </w:r>
    </w:p>
    <w:p>
      <w:pPr>
        <w:spacing w:before="20" w:after="20"/>
      </w:pPr>
      <w:r>
        <w:rPr>
          <w:sz w:val="22"/>
        </w:rPr>
        <w:t xml:space="preserve">    B. 南方谈话</w:t>
      </w:r>
    </w:p>
    <w:p>
      <w:pPr>
        <w:spacing w:before="20" w:after="20"/>
      </w:pPr>
      <w:r>
        <w:rPr>
          <w:sz w:val="22"/>
        </w:rPr>
        <w:t xml:space="preserve">    C. 党的十三大</w:t>
      </w:r>
    </w:p>
    <w:p>
      <w:pPr>
        <w:spacing w:before="20" w:after="20"/>
      </w:pPr>
      <w:r>
        <w:rPr>
          <w:sz w:val="22"/>
        </w:rPr>
        <w:t xml:space="preserve">    D. 党的十四大</w:t>
      </w:r>
    </w:p>
    <w:p>
      <w:pPr>
        <w:spacing w:before="160"/>
      </w:pPr>
      <w:r>
        <w:rPr>
          <w:b/>
          <w:sz w:val="22"/>
        </w:rPr>
        <w:t>192. 新民主主义的政治和经济,必须有与之相适应的新民主主义文化。新民主主义文化,就是无产阶级领导的人民大众的反帝反封建的文化,即民族的科学的大众的文化。新民主主义文化是民族的,就其内容说是( )。</w:t>
      </w:r>
    </w:p>
    <w:p>
      <w:pPr>
        <w:spacing w:before="20" w:after="20"/>
      </w:pPr>
      <w:r>
        <w:rPr>
          <w:sz w:val="22"/>
        </w:rPr>
        <w:t xml:space="preserve">    A. 主张中华民族的尊严和独立</w:t>
      </w:r>
    </w:p>
    <w:p>
      <w:pPr>
        <w:spacing w:before="20" w:after="20"/>
      </w:pPr>
      <w:r>
        <w:rPr>
          <w:sz w:val="22"/>
        </w:rPr>
        <w:t xml:space="preserve">    B. 要有中国作风和中国气派</w:t>
      </w:r>
    </w:p>
    <w:p>
      <w:pPr>
        <w:spacing w:before="20" w:after="20"/>
      </w:pPr>
      <w:r>
        <w:rPr>
          <w:sz w:val="22"/>
        </w:rPr>
        <w:t xml:space="preserve">    C. 反对一切封建思想和迷信思想</w:t>
      </w:r>
    </w:p>
    <w:p>
      <w:pPr>
        <w:spacing w:before="20" w:after="20"/>
      </w:pPr>
      <w:r>
        <w:rPr>
          <w:sz w:val="22"/>
        </w:rPr>
        <w:t xml:space="preserve">    D. 主张客观真理及理论和实践的一致性</w:t>
      </w:r>
    </w:p>
    <w:p>
      <w:pPr>
        <w:spacing w:before="160"/>
      </w:pPr>
      <w:r>
        <w:rPr>
          <w:b/>
          <w:sz w:val="22"/>
        </w:rPr>
        <w:t>193. 毛泽东思想不是在个别的方面,而是在许多方面以其独创性理论丰富和发展了马克思列宁主义,构成一个博大精深的科学思想体系。它紧紧围绕的主题是( )。</w:t>
      </w:r>
    </w:p>
    <w:p>
      <w:pPr>
        <w:spacing w:before="20" w:after="20"/>
      </w:pPr>
      <w:r>
        <w:rPr>
          <w:sz w:val="22"/>
        </w:rPr>
        <w:t xml:space="preserve">    A. 中国革命、建设和改革</w:t>
      </w:r>
    </w:p>
    <w:p>
      <w:pPr>
        <w:spacing w:before="20" w:after="20"/>
      </w:pPr>
      <w:r>
        <w:rPr>
          <w:sz w:val="22"/>
        </w:rPr>
        <w:t xml:space="preserve">    B. 什么是社会主义.怎样建设社会主义</w:t>
      </w:r>
    </w:p>
    <w:p>
      <w:pPr>
        <w:spacing w:before="20" w:after="20"/>
      </w:pPr>
      <w:r>
        <w:rPr>
          <w:sz w:val="22"/>
        </w:rPr>
        <w:t xml:space="preserve">    C. 中国特色社会主义</w:t>
      </w:r>
    </w:p>
    <w:p>
      <w:pPr>
        <w:spacing w:before="20" w:after="20"/>
      </w:pPr>
      <w:r>
        <w:rPr>
          <w:sz w:val="22"/>
        </w:rPr>
        <w:t xml:space="preserve">    D. 中国革命和建设</w:t>
      </w:r>
    </w:p>
    <w:p>
      <w:pPr>
        <w:spacing w:before="160"/>
      </w:pPr>
      <w:r>
        <w:rPr>
          <w:b/>
          <w:sz w:val="22"/>
        </w:rPr>
        <w:t>194. 马克思主义提供的不是现成的教条，而是进一步研究的出发点和供这种研究使用的( )。</w:t>
      </w:r>
    </w:p>
    <w:p>
      <w:pPr>
        <w:spacing w:before="20" w:after="20"/>
      </w:pPr>
      <w:r>
        <w:rPr>
          <w:sz w:val="22"/>
        </w:rPr>
        <w:t xml:space="preserve">    A. 结论</w:t>
      </w:r>
    </w:p>
    <w:p>
      <w:pPr>
        <w:spacing w:before="20" w:after="20"/>
      </w:pPr>
      <w:r>
        <w:rPr>
          <w:sz w:val="22"/>
        </w:rPr>
        <w:t xml:space="preserve">    B. 方法</w:t>
      </w:r>
    </w:p>
    <w:p>
      <w:pPr>
        <w:spacing w:before="20" w:after="20"/>
      </w:pPr>
      <w:r>
        <w:rPr>
          <w:sz w:val="22"/>
        </w:rPr>
        <w:t xml:space="preserve">    C. 模板</w:t>
      </w:r>
    </w:p>
    <w:p>
      <w:pPr>
        <w:spacing w:before="20" w:after="20"/>
      </w:pPr>
      <w:r>
        <w:rPr>
          <w:sz w:val="22"/>
        </w:rPr>
        <w:t xml:space="preserve">    D. 答案</w:t>
      </w:r>
    </w:p>
    <w:p>
      <w:pPr>
        <w:spacing w:before="160"/>
      </w:pPr>
      <w:r>
        <w:rPr>
          <w:b/>
          <w:sz w:val="22"/>
        </w:rPr>
        <w:t>195. 党的( )把科学发展观写入党章，科学发展观进一步走向成熟。</w:t>
      </w:r>
    </w:p>
    <w:p>
      <w:pPr>
        <w:spacing w:before="20" w:after="20"/>
      </w:pPr>
      <w:r>
        <w:rPr>
          <w:sz w:val="22"/>
        </w:rPr>
        <w:t xml:space="preserve">    A. 十六大</w:t>
      </w:r>
    </w:p>
    <w:p>
      <w:pPr>
        <w:spacing w:before="20" w:after="20"/>
      </w:pPr>
      <w:r>
        <w:rPr>
          <w:sz w:val="22"/>
        </w:rPr>
        <w:t xml:space="preserve">    B. 十七大</w:t>
      </w:r>
    </w:p>
    <w:p>
      <w:pPr>
        <w:spacing w:before="20" w:after="20"/>
      </w:pPr>
      <w:r>
        <w:rPr>
          <w:sz w:val="22"/>
        </w:rPr>
        <w:t xml:space="preserve">    C. 十八大</w:t>
      </w:r>
    </w:p>
    <w:p>
      <w:pPr>
        <w:spacing w:before="20" w:after="20"/>
      </w:pPr>
      <w:r>
        <w:rPr>
          <w:sz w:val="22"/>
        </w:rPr>
        <w:t xml:space="preserve">    D. 十九大</w:t>
      </w:r>
    </w:p>
    <w:p>
      <w:pPr>
        <w:spacing w:before="160"/>
      </w:pPr>
      <w:r>
        <w:rPr>
          <w:b/>
          <w:sz w:val="22"/>
        </w:rPr>
        <w:t>196. 私人资本主义经济向社会主义国营经济的过渡形式是( )</w:t>
      </w:r>
    </w:p>
    <w:p>
      <w:pPr>
        <w:spacing w:before="20" w:after="20"/>
      </w:pPr>
      <w:r>
        <w:rPr>
          <w:sz w:val="22"/>
        </w:rPr>
        <w:t xml:space="preserve">    A. 社会主义性质的国营经济</w:t>
      </w:r>
    </w:p>
    <w:p>
      <w:pPr>
        <w:spacing w:before="20" w:after="20"/>
      </w:pPr>
      <w:r>
        <w:rPr>
          <w:sz w:val="22"/>
        </w:rPr>
        <w:t xml:space="preserve">    B. 农民和手工业者的个体经济</w:t>
      </w:r>
    </w:p>
    <w:p>
      <w:pPr>
        <w:spacing w:before="20" w:after="20"/>
      </w:pPr>
      <w:r>
        <w:rPr>
          <w:sz w:val="22"/>
        </w:rPr>
        <w:t xml:space="preserve">    C. 私人资本主义经济</w:t>
      </w:r>
    </w:p>
    <w:p>
      <w:pPr>
        <w:spacing w:before="20" w:after="20"/>
      </w:pPr>
      <w:r>
        <w:rPr>
          <w:sz w:val="22"/>
        </w:rPr>
        <w:t xml:space="preserve">    D. 国家资本主义经济</w:t>
      </w:r>
    </w:p>
    <w:p>
      <w:pPr>
        <w:spacing w:before="160"/>
      </w:pPr>
      <w:r>
        <w:rPr>
          <w:b/>
          <w:sz w:val="22"/>
        </w:rPr>
        <w:t>197. 在国际关系上，我们主张在和平共处五项原则的基础上，建立( )</w:t>
      </w:r>
    </w:p>
    <w:p>
      <w:pPr>
        <w:spacing w:before="20" w:after="20"/>
      </w:pPr>
      <w:r>
        <w:rPr>
          <w:sz w:val="22"/>
        </w:rPr>
        <w:t xml:space="preserve">    A. 和平.稳定.公正.合理的国际新秩序</w:t>
      </w:r>
    </w:p>
    <w:p>
      <w:pPr>
        <w:spacing w:before="20" w:after="20"/>
      </w:pPr>
      <w:r>
        <w:rPr>
          <w:sz w:val="22"/>
        </w:rPr>
        <w:t xml:space="preserve">    B. 平等.互利.合作.共赢的国际新秩序</w:t>
      </w:r>
    </w:p>
    <w:p>
      <w:pPr>
        <w:spacing w:before="20" w:after="20"/>
      </w:pPr>
      <w:r>
        <w:rPr>
          <w:sz w:val="22"/>
        </w:rPr>
        <w:t xml:space="preserve">    C. 公平.正义.民主.自由的国际新秩序</w:t>
      </w:r>
    </w:p>
    <w:p>
      <w:pPr>
        <w:spacing w:before="20" w:after="20"/>
      </w:pPr>
      <w:r>
        <w:rPr>
          <w:sz w:val="22"/>
        </w:rPr>
        <w:t xml:space="preserve">    D. 开放.包容.普惠.平衡的国际新秩序</w:t>
      </w:r>
    </w:p>
    <w:p>
      <w:pPr>
        <w:spacing w:before="160"/>
      </w:pPr>
      <w:r>
        <w:rPr>
          <w:b/>
          <w:sz w:val="22"/>
        </w:rPr>
        <w:t>198. 毛泽东指出，马克思主义中国化就是要“解决中国问题”和( )。</w:t>
      </w:r>
    </w:p>
    <w:p>
      <w:pPr>
        <w:spacing w:before="20" w:after="20"/>
      </w:pPr>
      <w:r>
        <w:rPr>
          <w:sz w:val="22"/>
        </w:rPr>
        <w:t xml:space="preserve">    A. 学习苏联经验</w:t>
      </w:r>
    </w:p>
    <w:p>
      <w:pPr>
        <w:spacing w:before="20" w:after="20"/>
      </w:pPr>
      <w:r>
        <w:rPr>
          <w:sz w:val="22"/>
        </w:rPr>
        <w:t xml:space="preserve">    B. 创造些新的东西</w:t>
      </w:r>
    </w:p>
    <w:p>
      <w:pPr>
        <w:spacing w:before="20" w:after="20"/>
      </w:pPr>
      <w:r>
        <w:rPr>
          <w:sz w:val="22"/>
        </w:rPr>
        <w:t xml:space="preserve">    C. 坚持马克思主义基本原理</w:t>
      </w:r>
    </w:p>
    <w:p>
      <w:pPr>
        <w:spacing w:before="20" w:after="20"/>
      </w:pPr>
      <w:r>
        <w:rPr>
          <w:sz w:val="22"/>
        </w:rPr>
        <w:t xml:space="preserve">    D. 批判错误思想</w:t>
      </w:r>
    </w:p>
    <w:p>
      <w:pPr>
        <w:spacing w:before="160"/>
      </w:pPr>
      <w:r>
        <w:rPr>
          <w:b/>
          <w:sz w:val="22"/>
        </w:rPr>
        <w:t>199. ( )指的是:在中国共产党领导下，以人民群众为基础，以人民军队为骨干，以农村革命根据地为战略依托.以武装斗争为主要斗争形势并有其他斗争形势相配合，实行灵活机动战略战术的全民战争。</w:t>
      </w:r>
    </w:p>
    <w:p>
      <w:pPr>
        <w:spacing w:before="20" w:after="20"/>
      </w:pPr>
      <w:r>
        <w:rPr>
          <w:sz w:val="22"/>
        </w:rPr>
        <w:t xml:space="preserve">    A. 针锋相对、寸土必争</w:t>
      </w:r>
    </w:p>
    <w:p>
      <w:pPr>
        <w:spacing w:before="20" w:after="20"/>
      </w:pPr>
      <w:r>
        <w:rPr>
          <w:sz w:val="22"/>
        </w:rPr>
        <w:t xml:space="preserve">    B. 统一战线思想</w:t>
      </w:r>
    </w:p>
    <w:p>
      <w:pPr>
        <w:spacing w:before="20" w:after="20"/>
      </w:pPr>
      <w:r>
        <w:rPr>
          <w:sz w:val="22"/>
        </w:rPr>
        <w:t xml:space="preserve">    C. 人民战争思想</w:t>
      </w:r>
    </w:p>
    <w:p>
      <w:pPr>
        <w:spacing w:before="20" w:after="20"/>
      </w:pPr>
      <w:r>
        <w:rPr>
          <w:sz w:val="22"/>
        </w:rPr>
        <w:t xml:space="preserve">    D. 军事民主</w:t>
      </w:r>
    </w:p>
    <w:p>
      <w:pPr>
        <w:spacing w:before="160"/>
      </w:pPr>
      <w:r>
        <w:rPr>
          <w:b/>
          <w:sz w:val="22"/>
        </w:rPr>
        <w:t>200. 新民主主义革命的政治纲领是推翻帝国主义和封建主义的统治，建立一个( )的新民主主义共和国。</w:t>
      </w:r>
    </w:p>
    <w:p>
      <w:pPr>
        <w:spacing w:before="20" w:after="20"/>
      </w:pPr>
      <w:r>
        <w:rPr>
          <w:sz w:val="22"/>
        </w:rPr>
        <w:t xml:space="preserve">    A. 无产阶级专政</w:t>
      </w:r>
    </w:p>
    <w:p>
      <w:pPr>
        <w:spacing w:before="20" w:after="20"/>
      </w:pPr>
      <w:r>
        <w:rPr>
          <w:sz w:val="22"/>
        </w:rPr>
        <w:t xml:space="preserve">    B. 资产阶级专政</w:t>
      </w:r>
    </w:p>
    <w:p>
      <w:pPr>
        <w:spacing w:before="20" w:after="20"/>
      </w:pPr>
      <w:r>
        <w:rPr>
          <w:sz w:val="22"/>
        </w:rPr>
        <w:t xml:space="preserve">    C. 各革命阶级联合专政</w:t>
      </w:r>
    </w:p>
    <w:p>
      <w:pPr>
        <w:spacing w:before="20" w:after="20"/>
      </w:pPr>
      <w:r>
        <w:rPr>
          <w:sz w:val="22"/>
        </w:rPr>
        <w:t xml:space="preserve">    D. 工农民主专政</w:t>
      </w:r>
    </w:p>
    <w:p>
      <w:pPr>
        <w:spacing w:before="160"/>
      </w:pPr>
      <w:r>
        <w:rPr>
          <w:b/>
          <w:sz w:val="22"/>
        </w:rPr>
        <w:t>201. 新民主主义革命时期，革命统一战线的坚实基础是( )</w:t>
      </w:r>
    </w:p>
    <w:p>
      <w:pPr>
        <w:spacing w:before="20" w:after="20"/>
      </w:pPr>
      <w:r>
        <w:rPr>
          <w:sz w:val="22"/>
        </w:rPr>
        <w:t xml:space="preserve">    A. 工农联盟</w:t>
      </w:r>
    </w:p>
    <w:p>
      <w:pPr>
        <w:spacing w:before="20" w:after="20"/>
      </w:pPr>
      <w:r>
        <w:rPr>
          <w:sz w:val="22"/>
        </w:rPr>
        <w:t xml:space="preserve">    B. 工人与民族资产阶级联盟</w:t>
      </w:r>
    </w:p>
    <w:p>
      <w:pPr>
        <w:spacing w:before="20" w:after="20"/>
      </w:pPr>
      <w:r>
        <w:rPr>
          <w:sz w:val="22"/>
        </w:rPr>
        <w:t xml:space="preserve">    C. 工人与小资产阶级联盟</w:t>
      </w:r>
    </w:p>
    <w:p>
      <w:pPr>
        <w:spacing w:before="20" w:after="20"/>
      </w:pPr>
      <w:r>
        <w:rPr>
          <w:sz w:val="22"/>
        </w:rPr>
        <w:t xml:space="preserve">    D. 各阶层无差别大联盟</w:t>
      </w:r>
    </w:p>
    <w:p>
      <w:pPr>
        <w:spacing w:before="160"/>
      </w:pPr>
      <w:r>
        <w:rPr>
          <w:b/>
          <w:sz w:val="22"/>
        </w:rPr>
        <w:t>202. 《论十大关系》的前五条主要讨论经济问题，其中前三条讲重工业和轻工业、农业的关系，沿海工业和内地工业的关系，经济建设和国防建设的关系。这实际上明确提出了( )</w:t>
      </w:r>
    </w:p>
    <w:p>
      <w:pPr>
        <w:spacing w:before="20" w:after="20"/>
      </w:pPr>
      <w:r>
        <w:rPr>
          <w:sz w:val="22"/>
        </w:rPr>
        <w:t xml:space="preserve">    A. 中国的工业化道路问题</w:t>
      </w:r>
    </w:p>
    <w:p>
      <w:pPr>
        <w:spacing w:before="20" w:after="20"/>
      </w:pPr>
      <w:r>
        <w:rPr>
          <w:sz w:val="22"/>
        </w:rPr>
        <w:t xml:space="preserve">    B. 中国的经济建设问题</w:t>
      </w:r>
    </w:p>
    <w:p>
      <w:pPr>
        <w:spacing w:before="20" w:after="20"/>
      </w:pPr>
      <w:r>
        <w:rPr>
          <w:sz w:val="22"/>
        </w:rPr>
        <w:t xml:space="preserve">    C. 中国的工业发展问题</w:t>
      </w:r>
    </w:p>
    <w:p>
      <w:pPr>
        <w:spacing w:before="20" w:after="20"/>
      </w:pPr>
      <w:r>
        <w:rPr>
          <w:sz w:val="22"/>
        </w:rPr>
        <w:t xml:space="preserve">    D. 工业发展的平衡问题</w:t>
      </w:r>
    </w:p>
    <w:p>
      <w:pPr>
        <w:spacing w:before="160"/>
      </w:pPr>
      <w:r>
        <w:rPr>
          <w:b/>
          <w:sz w:val="22"/>
        </w:rPr>
        <w:t>203. 2002年11月，党的( )将“三个代表”重要思想同马克思列宁主义.毛泽东思想和邓小平理论一道确立为党必须长期坚持的指导思想，并写入党章，实现了我们党指导思想的又一次与时俱进。</w:t>
      </w:r>
    </w:p>
    <w:p>
      <w:pPr>
        <w:spacing w:before="20" w:after="20"/>
      </w:pPr>
      <w:r>
        <w:rPr>
          <w:sz w:val="22"/>
        </w:rPr>
        <w:t xml:space="preserve">    A. 十五大</w:t>
      </w:r>
    </w:p>
    <w:p>
      <w:pPr>
        <w:spacing w:before="20" w:after="20"/>
      </w:pPr>
      <w:r>
        <w:rPr>
          <w:sz w:val="22"/>
        </w:rPr>
        <w:t xml:space="preserve">    B. 十六大</w:t>
      </w:r>
    </w:p>
    <w:p>
      <w:pPr>
        <w:spacing w:before="20" w:after="20"/>
      </w:pPr>
      <w:r>
        <w:rPr>
          <w:sz w:val="22"/>
        </w:rPr>
        <w:t xml:space="preserve">    C. 十七大</w:t>
      </w:r>
    </w:p>
    <w:p>
      <w:pPr>
        <w:spacing w:before="20" w:after="20"/>
      </w:pPr>
      <w:r>
        <w:rPr>
          <w:sz w:val="22"/>
        </w:rPr>
        <w:t xml:space="preserve">    D. 十八大</w:t>
      </w:r>
    </w:p>
    <w:p>
      <w:pPr>
        <w:spacing w:before="160"/>
      </w:pPr>
      <w:r>
        <w:rPr>
          <w:b/>
          <w:sz w:val="22"/>
        </w:rPr>
        <w:t>204. 毛泽东思想和中国特色社会主义理论体系既有共同点,也有不同点。共同点在于( )。</w:t>
      </w:r>
    </w:p>
    <w:p>
      <w:pPr>
        <w:spacing w:before="20" w:after="20"/>
      </w:pPr>
      <w:r>
        <w:rPr>
          <w:sz w:val="22"/>
        </w:rPr>
        <w:t xml:space="preserve">    A. 形成的历史时期相同</w:t>
      </w:r>
    </w:p>
    <w:p>
      <w:pPr>
        <w:spacing w:before="20" w:after="20"/>
      </w:pPr>
      <w:r>
        <w:rPr>
          <w:sz w:val="22"/>
        </w:rPr>
        <w:t xml:space="preserve">    B. 面对的历史任务相同</w:t>
      </w:r>
    </w:p>
    <w:p>
      <w:pPr>
        <w:spacing w:before="20" w:after="20"/>
      </w:pPr>
      <w:r>
        <w:rPr>
          <w:sz w:val="22"/>
        </w:rPr>
        <w:t xml:space="preserve">    C. 具体内容相同</w:t>
      </w:r>
    </w:p>
    <w:p>
      <w:pPr>
        <w:spacing w:before="20" w:after="20"/>
      </w:pPr>
      <w:r>
        <w:rPr>
          <w:sz w:val="22"/>
        </w:rPr>
        <w:t xml:space="preserve">    D. 基本精神相同</w:t>
      </w:r>
    </w:p>
    <w:p>
      <w:pPr>
        <w:spacing w:before="160"/>
      </w:pPr>
      <w:r>
        <w:rPr>
          <w:b/>
          <w:sz w:val="22"/>
        </w:rPr>
        <w:t>205. 下列属于高级农业生产合作社特点的是( )</w:t>
      </w:r>
    </w:p>
    <w:p>
      <w:pPr>
        <w:spacing w:before="20" w:after="20"/>
      </w:pPr>
      <w:r>
        <w:rPr>
          <w:sz w:val="22"/>
        </w:rPr>
        <w:t xml:space="preserve">    A. 土地入股，统一经营</w:t>
      </w:r>
    </w:p>
    <w:p>
      <w:pPr>
        <w:spacing w:before="20" w:after="20"/>
      </w:pPr>
      <w:r>
        <w:rPr>
          <w:sz w:val="22"/>
        </w:rPr>
        <w:t xml:space="preserve">    B. 生产资料归农民个人所有</w:t>
      </w:r>
    </w:p>
    <w:p>
      <w:pPr>
        <w:spacing w:before="20" w:after="20"/>
      </w:pPr>
      <w:r>
        <w:rPr>
          <w:sz w:val="22"/>
        </w:rPr>
        <w:t xml:space="preserve">    C. 按劳分配和土地入股分红相结合</w:t>
      </w:r>
    </w:p>
    <w:p>
      <w:pPr>
        <w:spacing w:before="20" w:after="20"/>
      </w:pPr>
      <w:r>
        <w:rPr>
          <w:sz w:val="22"/>
        </w:rPr>
        <w:t xml:space="preserve">    D. 按劳分配</w:t>
      </w:r>
    </w:p>
    <w:p>
      <w:pPr>
        <w:spacing w:before="160"/>
      </w:pPr>
      <w:r>
        <w:rPr>
          <w:b/>
          <w:sz w:val="22"/>
        </w:rPr>
        <w:t>206. 马克思主义中国化时代化不断取得成功，使世界范围内社会主义和资本主义两种意识形态的历史演进发生了( )的重大转变。</w:t>
      </w:r>
    </w:p>
    <w:p>
      <w:pPr>
        <w:spacing w:before="20" w:after="20"/>
      </w:pPr>
      <w:r>
        <w:rPr>
          <w:sz w:val="22"/>
        </w:rPr>
        <w:t xml:space="preserve">    A. 有利于资本主义</w:t>
      </w:r>
    </w:p>
    <w:p>
      <w:pPr>
        <w:spacing w:before="20" w:after="20"/>
      </w:pPr>
      <w:r>
        <w:rPr>
          <w:sz w:val="22"/>
        </w:rPr>
        <w:t xml:space="preserve">    B. 有利于社会主义</w:t>
      </w:r>
    </w:p>
    <w:p>
      <w:pPr>
        <w:spacing w:before="20" w:after="20"/>
      </w:pPr>
      <w:r>
        <w:rPr>
          <w:sz w:val="22"/>
        </w:rPr>
        <w:t xml:space="preserve">    C. 相互融合</w:t>
      </w:r>
    </w:p>
    <w:p>
      <w:pPr>
        <w:spacing w:before="20" w:after="20"/>
      </w:pPr>
      <w:r>
        <w:rPr>
          <w:sz w:val="22"/>
        </w:rPr>
        <w:t xml:space="preserve">    D. 彼此对立</w:t>
      </w:r>
    </w:p>
    <w:p>
      <w:pPr>
        <w:spacing w:before="160"/>
      </w:pPr>
      <w:r>
        <w:rPr>
          <w:b/>
          <w:sz w:val="22"/>
        </w:rPr>
        <w:t>207. 邓小平指出，改革是社会主义社会发展的( )</w:t>
      </w:r>
    </w:p>
    <w:p>
      <w:pPr>
        <w:spacing w:before="20" w:after="20"/>
      </w:pPr>
      <w:r>
        <w:rPr>
          <w:sz w:val="22"/>
        </w:rPr>
        <w:t xml:space="preserve">    A. 直接动力</w:t>
      </w:r>
    </w:p>
    <w:p>
      <w:pPr>
        <w:spacing w:before="20" w:after="20"/>
      </w:pPr>
      <w:r>
        <w:rPr>
          <w:sz w:val="22"/>
        </w:rPr>
        <w:t xml:space="preserve">    B. 根本动力</w:t>
      </w:r>
    </w:p>
    <w:p>
      <w:pPr>
        <w:spacing w:before="20" w:after="20"/>
      </w:pPr>
      <w:r>
        <w:rPr>
          <w:sz w:val="22"/>
        </w:rPr>
        <w:t xml:space="preserve">    C. 间接动力</w:t>
      </w:r>
    </w:p>
    <w:p>
      <w:pPr>
        <w:spacing w:before="20" w:after="20"/>
      </w:pPr>
      <w:r>
        <w:rPr>
          <w:sz w:val="22"/>
        </w:rPr>
        <w:t xml:space="preserve">    D. 根源</w:t>
      </w:r>
    </w:p>
    <w:p>
      <w:pPr>
        <w:spacing w:before="160"/>
      </w:pPr>
      <w:r>
        <w:rPr>
          <w:b/>
          <w:sz w:val="22"/>
        </w:rPr>
        <w:t>208. 在对资本主义工商业的改造中，中国共产党没有把民族资产阶级作为“阶级敌人”打倒，而是依据( ) 的原则，对他们在政治上适当安排.工作上发挥作用.生活上妥善照顾，把原来的民族资本家改造成了自食其力的社会主义劳动者。</w:t>
      </w:r>
    </w:p>
    <w:p>
      <w:pPr>
        <w:spacing w:before="20" w:after="20"/>
      </w:pPr>
      <w:r>
        <w:rPr>
          <w:sz w:val="22"/>
        </w:rPr>
        <w:t xml:space="preserve">    A. “量才使用，适当照顾”</w:t>
      </w:r>
    </w:p>
    <w:p>
      <w:pPr>
        <w:spacing w:before="20" w:after="20"/>
      </w:pPr>
      <w:r>
        <w:rPr>
          <w:sz w:val="22"/>
        </w:rPr>
        <w:t xml:space="preserve">    B. “定期发放救助”</w:t>
      </w:r>
    </w:p>
    <w:p>
      <w:pPr>
        <w:spacing w:before="20" w:after="20"/>
      </w:pPr>
      <w:r>
        <w:rPr>
          <w:sz w:val="22"/>
        </w:rPr>
        <w:t xml:space="preserve">    C. “两手抓、两手都要硬”</w:t>
      </w:r>
    </w:p>
    <w:p>
      <w:pPr>
        <w:spacing w:before="20" w:after="20"/>
      </w:pPr>
      <w:r>
        <w:rPr>
          <w:sz w:val="22"/>
        </w:rPr>
        <w:t xml:space="preserve">    D. “资产没收”</w:t>
      </w:r>
    </w:p>
    <w:p>
      <w:pPr>
        <w:spacing w:before="160"/>
      </w:pPr>
      <w:r>
        <w:rPr>
          <w:b/>
          <w:sz w:val="22"/>
        </w:rPr>
        <w:t>209. “三个代表”重要思想的本质是:</w:t>
      </w:r>
    </w:p>
    <w:p>
      <w:pPr>
        <w:spacing w:before="20" w:after="20"/>
      </w:pPr>
      <w:r>
        <w:rPr>
          <w:sz w:val="22"/>
        </w:rPr>
        <w:t xml:space="preserve">    A. 实事求是</w:t>
      </w:r>
    </w:p>
    <w:p>
      <w:pPr>
        <w:spacing w:before="20" w:after="20"/>
      </w:pPr>
      <w:r>
        <w:rPr>
          <w:sz w:val="22"/>
        </w:rPr>
        <w:t xml:space="preserve">    B. 与时俱进</w:t>
      </w:r>
    </w:p>
    <w:p>
      <w:pPr>
        <w:spacing w:before="20" w:after="20"/>
      </w:pPr>
      <w:r>
        <w:rPr>
          <w:sz w:val="22"/>
        </w:rPr>
        <w:t xml:space="preserve">    C. 立党为公、执政为民</w:t>
      </w:r>
    </w:p>
    <w:p>
      <w:pPr>
        <w:spacing w:before="20" w:after="20"/>
      </w:pPr>
      <w:r>
        <w:rPr>
          <w:sz w:val="22"/>
        </w:rPr>
        <w:t xml:space="preserve">    D. 求真务实</w:t>
      </w:r>
    </w:p>
    <w:p>
      <w:pPr>
        <w:spacing w:before="160"/>
      </w:pPr>
      <w:r>
        <w:rPr>
          <w:b/>
          <w:sz w:val="22"/>
        </w:rPr>
        <w:t>210. 科学发展观强调，建设资源节约型、环境友好型社会的重要支撑是( )</w:t>
      </w:r>
    </w:p>
    <w:p>
      <w:pPr>
        <w:spacing w:before="20" w:after="20"/>
      </w:pPr>
      <w:r>
        <w:rPr>
          <w:sz w:val="22"/>
        </w:rPr>
        <w:t xml:space="preserve">    A. 政策引导</w:t>
      </w:r>
    </w:p>
    <w:p>
      <w:pPr>
        <w:spacing w:before="20" w:after="20"/>
      </w:pPr>
      <w:r>
        <w:rPr>
          <w:sz w:val="22"/>
        </w:rPr>
        <w:t xml:space="preserve">    B. 法制保障</w:t>
      </w:r>
    </w:p>
    <w:p>
      <w:pPr>
        <w:spacing w:before="20" w:after="20"/>
      </w:pPr>
      <w:r>
        <w:rPr>
          <w:sz w:val="22"/>
        </w:rPr>
        <w:t xml:space="preserve">    C. 科技进步和创新</w:t>
      </w:r>
    </w:p>
    <w:p>
      <w:pPr>
        <w:spacing w:before="20" w:after="20"/>
      </w:pPr>
      <w:r>
        <w:rPr>
          <w:sz w:val="22"/>
        </w:rPr>
        <w:t xml:space="preserve">    D. 公众参与</w:t>
      </w:r>
    </w:p>
    <w:p>
      <w:pPr>
        <w:spacing w:before="160"/>
      </w:pPr>
      <w:r>
        <w:rPr>
          <w:b/>
          <w:sz w:val="22"/>
        </w:rPr>
        <w:t>211. 1925年毛泽东在《中国社会各阶级的分析》中指出,中国过去一切革命斗争成效甚少的主要原因( )。</w:t>
      </w:r>
    </w:p>
    <w:p>
      <w:pPr>
        <w:spacing w:before="20" w:after="20"/>
      </w:pPr>
      <w:r>
        <w:rPr>
          <w:sz w:val="22"/>
        </w:rPr>
        <w:t xml:space="preserve">    A. 没有找到革命的新道路</w:t>
      </w:r>
    </w:p>
    <w:p>
      <w:pPr>
        <w:spacing w:before="20" w:after="20"/>
      </w:pPr>
      <w:r>
        <w:rPr>
          <w:sz w:val="22"/>
        </w:rPr>
        <w:t xml:space="preserve">    B. 没有扩大民主主义宣传</w:t>
      </w:r>
    </w:p>
    <w:p>
      <w:pPr>
        <w:spacing w:before="20" w:after="20"/>
      </w:pPr>
      <w:r>
        <w:rPr>
          <w:sz w:val="22"/>
        </w:rPr>
        <w:t xml:space="preserve">    C. 没有到群众中做实际的调查</w:t>
      </w:r>
    </w:p>
    <w:p>
      <w:pPr>
        <w:spacing w:before="20" w:after="20"/>
      </w:pPr>
      <w:r>
        <w:rPr>
          <w:sz w:val="22"/>
        </w:rPr>
        <w:t xml:space="preserve">    D. 没有团结真正的朋友以攻击真正的敌人</w:t>
      </w:r>
    </w:p>
    <w:p>
      <w:pPr>
        <w:spacing w:before="160"/>
      </w:pPr>
      <w:r>
        <w:rPr>
          <w:b/>
          <w:sz w:val="22"/>
        </w:rPr>
        <w:t>212. 社会主义制度在我国基本建立起来后，我国国内的主要矛盾是( )</w:t>
      </w:r>
    </w:p>
    <w:p>
      <w:pPr>
        <w:spacing w:before="20" w:after="20"/>
      </w:pPr>
      <w:r>
        <w:rPr>
          <w:sz w:val="22"/>
        </w:rPr>
        <w:t xml:space="preserve">    A. 工人阶级与资产阶级的矛盾</w:t>
      </w:r>
    </w:p>
    <w:p>
      <w:pPr>
        <w:spacing w:before="20" w:after="20"/>
      </w:pPr>
      <w:r>
        <w:rPr>
          <w:sz w:val="22"/>
        </w:rPr>
        <w:t xml:space="preserve">    B. 帝国主义和中华民族的矛盾</w:t>
      </w:r>
    </w:p>
    <w:p>
      <w:pPr>
        <w:spacing w:before="20" w:after="20"/>
      </w:pPr>
      <w:r>
        <w:rPr>
          <w:sz w:val="22"/>
        </w:rPr>
        <w:t xml:space="preserve">    C. 封建主义和人民大众的矛盾</w:t>
      </w:r>
    </w:p>
    <w:p>
      <w:pPr>
        <w:spacing w:before="20" w:after="20"/>
      </w:pPr>
      <w:r>
        <w:rPr>
          <w:sz w:val="22"/>
        </w:rPr>
        <w:t xml:space="preserve">    D. 人民对于建立先进的工业国的要求同落后的农业国的现实之间的矛盾、人民对于经济文化迅速发展的需要同当前经济文化不能满足人民需要的状况之间的矛盾。</w:t>
      </w:r>
    </w:p>
    <w:p>
      <w:pPr>
        <w:spacing w:before="160"/>
      </w:pPr>
      <w:r>
        <w:rPr>
          <w:b/>
          <w:sz w:val="22"/>
        </w:rPr>
        <w:t>213. 对待马克思主义，不能采取教条主义的态度，也不能采取( )的态度。</w:t>
      </w:r>
    </w:p>
    <w:p>
      <w:pPr>
        <w:spacing w:before="20" w:after="20"/>
      </w:pPr>
      <w:r>
        <w:rPr>
          <w:sz w:val="22"/>
        </w:rPr>
        <w:t xml:space="preserve">    A. 实事求是</w:t>
      </w:r>
    </w:p>
    <w:p>
      <w:pPr>
        <w:spacing w:before="20" w:after="20"/>
      </w:pPr>
      <w:r>
        <w:rPr>
          <w:sz w:val="22"/>
        </w:rPr>
        <w:t xml:space="preserve">    B. 与时俱进</w:t>
      </w:r>
    </w:p>
    <w:p>
      <w:pPr>
        <w:spacing w:before="20" w:after="20"/>
      </w:pPr>
      <w:r>
        <w:rPr>
          <w:sz w:val="22"/>
        </w:rPr>
        <w:t xml:space="preserve">    C. 实用主义</w:t>
      </w:r>
    </w:p>
    <w:p>
      <w:pPr>
        <w:spacing w:before="20" w:after="20"/>
      </w:pPr>
      <w:r>
        <w:rPr>
          <w:sz w:val="22"/>
        </w:rPr>
        <w:t xml:space="preserve">    D. 开放包容</w:t>
      </w:r>
    </w:p>
    <w:p>
      <w:pPr>
        <w:spacing w:before="160"/>
      </w:pPr>
      <w:r>
        <w:rPr>
          <w:b/>
          <w:sz w:val="22"/>
        </w:rPr>
        <w:t>214. 八七会议上毛泽东提出“枪杆子里出政权”，主要直指的核心问题是( )</w:t>
      </w:r>
    </w:p>
    <w:p>
      <w:pPr>
        <w:spacing w:before="20" w:after="20"/>
      </w:pPr>
      <w:r>
        <w:rPr>
          <w:sz w:val="22"/>
        </w:rPr>
        <w:t xml:space="preserve">    A. 革命对象界定</w:t>
      </w:r>
    </w:p>
    <w:p>
      <w:pPr>
        <w:spacing w:before="20" w:after="20"/>
      </w:pPr>
      <w:r>
        <w:rPr>
          <w:sz w:val="22"/>
        </w:rPr>
        <w:t xml:space="preserve">    B. 革命前途定位</w:t>
      </w:r>
    </w:p>
    <w:p>
      <w:pPr>
        <w:spacing w:before="20" w:after="20"/>
      </w:pPr>
      <w:r>
        <w:rPr>
          <w:sz w:val="22"/>
        </w:rPr>
        <w:t xml:space="preserve">    C. 革命动力划分</w:t>
      </w:r>
    </w:p>
    <w:p>
      <w:pPr>
        <w:spacing w:before="20" w:after="20"/>
      </w:pPr>
      <w:r>
        <w:rPr>
          <w:sz w:val="22"/>
        </w:rPr>
        <w:t xml:space="preserve">    D. 革命领导权与武装斗争问题</w:t>
      </w:r>
    </w:p>
    <w:p>
      <w:pPr>
        <w:spacing w:before="160"/>
      </w:pPr>
      <w:r>
        <w:rPr>
          <w:b/>
          <w:sz w:val="22"/>
        </w:rPr>
        <w:t>215. 我们党的文件中第一次提出科学发展观是在( )。</w:t>
      </w:r>
    </w:p>
    <w:p>
      <w:pPr>
        <w:spacing w:before="20" w:after="20"/>
      </w:pPr>
      <w:r>
        <w:rPr>
          <w:sz w:val="22"/>
        </w:rPr>
        <w:t xml:space="preserve">    A. 党的十六大</w:t>
      </w:r>
    </w:p>
    <w:p>
      <w:pPr>
        <w:spacing w:before="20" w:after="20"/>
      </w:pPr>
      <w:r>
        <w:rPr>
          <w:sz w:val="22"/>
        </w:rPr>
        <w:t xml:space="preserve">    B. 党的十六届三中全会</w:t>
      </w:r>
    </w:p>
    <w:p>
      <w:pPr>
        <w:spacing w:before="20" w:after="20"/>
      </w:pPr>
      <w:r>
        <w:rPr>
          <w:sz w:val="22"/>
        </w:rPr>
        <w:t xml:space="preserve">    C. 党的十六届四中全会</w:t>
      </w:r>
    </w:p>
    <w:p>
      <w:pPr>
        <w:spacing w:before="20" w:after="20"/>
      </w:pPr>
      <w:r>
        <w:rPr>
          <w:sz w:val="22"/>
        </w:rPr>
        <w:t xml:space="preserve">    D. 党的十七大</w:t>
      </w:r>
    </w:p>
    <w:p>
      <w:pPr>
        <w:spacing w:before="160"/>
      </w:pPr>
      <w:r>
        <w:rPr>
          <w:b/>
          <w:sz w:val="22"/>
        </w:rPr>
        <w:t>216. 1928年10月至1930年初,提出了“工农武装割据”,初步形成了农村包围城市,武装夺取政权这一具有中国特点的民主革命道路理论的著作不包括( )。</w:t>
      </w:r>
    </w:p>
    <w:p>
      <w:pPr>
        <w:spacing w:before="20" w:after="20"/>
      </w:pPr>
      <w:r>
        <w:rPr>
          <w:sz w:val="22"/>
        </w:rPr>
        <w:t xml:space="preserve">    A. 《井冈山的斗争》</w:t>
      </w:r>
    </w:p>
    <w:p>
      <w:pPr>
        <w:spacing w:before="20" w:after="20"/>
      </w:pPr>
      <w:r>
        <w:rPr>
          <w:sz w:val="22"/>
        </w:rPr>
        <w:t xml:space="preserve">    B. 《星星之火,可以燎原》</w:t>
      </w:r>
    </w:p>
    <w:p>
      <w:pPr>
        <w:spacing w:before="20" w:after="20"/>
      </w:pPr>
      <w:r>
        <w:rPr>
          <w:sz w:val="22"/>
        </w:rPr>
        <w:t xml:space="preserve">    C. 《中国的红色政权为什么能够存在?》</w:t>
      </w:r>
    </w:p>
    <w:p>
      <w:pPr>
        <w:spacing w:before="20" w:after="20"/>
      </w:pPr>
      <w:r>
        <w:rPr>
          <w:sz w:val="22"/>
        </w:rPr>
        <w:t xml:space="preserve">    D. 《中国社会各阶级的分析》</w:t>
      </w:r>
    </w:p>
    <w:p>
      <w:pPr>
        <w:spacing w:before="160"/>
      </w:pPr>
      <w:r>
        <w:rPr>
          <w:b/>
          <w:sz w:val="22"/>
        </w:rPr>
        <w:t>217. 马克思主义中国化时代化的第一次历史性飞跃的理论成果是( )。</w:t>
      </w:r>
    </w:p>
    <w:p>
      <w:pPr>
        <w:spacing w:before="20" w:after="20"/>
      </w:pPr>
      <w:r>
        <w:rPr>
          <w:sz w:val="22"/>
        </w:rPr>
        <w:t xml:space="preserve">    A. 毛泽东思想</w:t>
      </w:r>
    </w:p>
    <w:p>
      <w:pPr>
        <w:spacing w:before="20" w:after="20"/>
      </w:pPr>
      <w:r>
        <w:rPr>
          <w:sz w:val="22"/>
        </w:rPr>
        <w:t xml:space="preserve">    B. 邓小平理论</w:t>
      </w:r>
    </w:p>
    <w:p>
      <w:pPr>
        <w:spacing w:before="20" w:after="20"/>
      </w:pPr>
      <w:r>
        <w:rPr>
          <w:sz w:val="22"/>
        </w:rPr>
        <w:t xml:space="preserve">    C. “三个代表”重要思想</w:t>
      </w:r>
    </w:p>
    <w:p>
      <w:pPr>
        <w:spacing w:before="20" w:after="20"/>
      </w:pPr>
      <w:r>
        <w:rPr>
          <w:sz w:val="22"/>
        </w:rPr>
        <w:t xml:space="preserve">    D. 科学发展观</w:t>
      </w:r>
    </w:p>
    <w:p>
      <w:pPr>
        <w:spacing w:before="160"/>
      </w:pPr>
      <w:r>
        <w:rPr>
          <w:b/>
          <w:sz w:val="22"/>
        </w:rPr>
        <w:t>218. 我们党第一次对中国特色社会主义理论进行系统概括是在( )。</w:t>
      </w:r>
    </w:p>
    <w:p>
      <w:pPr>
        <w:spacing w:before="20" w:after="20"/>
      </w:pPr>
      <w:r>
        <w:rPr>
          <w:sz w:val="22"/>
        </w:rPr>
        <w:t xml:space="preserve">    A. 1987年党的十三大报告</w:t>
      </w:r>
    </w:p>
    <w:p>
      <w:pPr>
        <w:spacing w:before="20" w:after="20"/>
      </w:pPr>
      <w:r>
        <w:rPr>
          <w:sz w:val="22"/>
        </w:rPr>
        <w:t xml:space="preserve">    B. 1992年党的十四大报告</w:t>
      </w:r>
    </w:p>
    <w:p>
      <w:pPr>
        <w:spacing w:before="20" w:after="20"/>
      </w:pPr>
      <w:r>
        <w:rPr>
          <w:sz w:val="22"/>
        </w:rPr>
        <w:t xml:space="preserve">    C. 1997年党的十五大报告</w:t>
      </w:r>
    </w:p>
    <w:p>
      <w:pPr>
        <w:spacing w:before="20" w:after="20"/>
      </w:pPr>
      <w:r>
        <w:rPr>
          <w:sz w:val="22"/>
        </w:rPr>
        <w:t xml:space="preserve">    D. 2002年党的十六大报告</w:t>
      </w:r>
    </w:p>
    <w:p>
      <w:pPr>
        <w:spacing w:before="160"/>
      </w:pPr>
      <w:r>
        <w:rPr>
          <w:b/>
          <w:sz w:val="22"/>
        </w:rPr>
        <w:t>219. 中国革命的主要形式是( )。</w:t>
      </w:r>
    </w:p>
    <w:p>
      <w:pPr>
        <w:spacing w:before="20" w:after="20"/>
      </w:pPr>
      <w:r>
        <w:rPr>
          <w:sz w:val="22"/>
        </w:rPr>
        <w:t xml:space="preserve">    A. 议会斗争</w:t>
      </w:r>
    </w:p>
    <w:p>
      <w:pPr>
        <w:spacing w:before="20" w:after="20"/>
      </w:pPr>
      <w:r>
        <w:rPr>
          <w:sz w:val="22"/>
        </w:rPr>
        <w:t xml:space="preserve">    B. 工人罢工</w:t>
      </w:r>
    </w:p>
    <w:p>
      <w:pPr>
        <w:spacing w:before="20" w:after="20"/>
      </w:pPr>
      <w:r>
        <w:rPr>
          <w:sz w:val="22"/>
        </w:rPr>
        <w:t xml:space="preserve">    C. 武装斗争</w:t>
      </w:r>
    </w:p>
    <w:p>
      <w:pPr>
        <w:spacing w:before="20" w:after="20"/>
      </w:pPr>
      <w:r>
        <w:rPr>
          <w:sz w:val="22"/>
        </w:rPr>
        <w:t xml:space="preserve">    D. 学生运动</w:t>
      </w:r>
    </w:p>
    <w:p>
      <w:pPr>
        <w:spacing w:before="160"/>
      </w:pPr>
      <w:r>
        <w:rPr>
          <w:b/>
          <w:sz w:val="22"/>
        </w:rPr>
        <w:t>220. “( )的创立，点燃了‘工农武装割据’的星星之火，开辟了农村包围城市.武装夺取政权的革命新道路。”。</w:t>
      </w:r>
    </w:p>
    <w:p>
      <w:pPr>
        <w:spacing w:before="20" w:after="20"/>
      </w:pPr>
      <w:r>
        <w:rPr>
          <w:sz w:val="22"/>
        </w:rPr>
        <w:t xml:space="preserve">    A. 中央革命根据地</w:t>
      </w:r>
    </w:p>
    <w:p>
      <w:pPr>
        <w:spacing w:before="20" w:after="20"/>
      </w:pPr>
      <w:r>
        <w:rPr>
          <w:sz w:val="22"/>
        </w:rPr>
        <w:t xml:space="preserve">    B. 井冈山革命根据地</w:t>
      </w:r>
    </w:p>
    <w:p>
      <w:pPr>
        <w:spacing w:before="20" w:after="20"/>
      </w:pPr>
      <w:r>
        <w:rPr>
          <w:sz w:val="22"/>
        </w:rPr>
        <w:t xml:space="preserve">    C. 陕甘宁边区</w:t>
      </w:r>
    </w:p>
    <w:p>
      <w:pPr>
        <w:spacing w:before="20" w:after="20"/>
      </w:pPr>
      <w:r>
        <w:rPr>
          <w:sz w:val="22"/>
        </w:rPr>
        <w:t xml:space="preserve">    D. 鄂豫皖根据地</w:t>
      </w:r>
    </w:p>
    <w:p>
      <w:pPr>
        <w:spacing w:before="160"/>
      </w:pPr>
      <w:r>
        <w:rPr>
          <w:b/>
          <w:sz w:val="22"/>
        </w:rPr>
        <w:t>221. 毛泽东在《中国社会各阶级的分析》中，将( )称为“我们最接近的朋友”，并指出他们是中国无产阶级最广大和最忠实的同盟军。</w:t>
      </w:r>
    </w:p>
    <w:p>
      <w:pPr>
        <w:spacing w:before="20" w:after="20"/>
      </w:pPr>
      <w:r>
        <w:rPr>
          <w:sz w:val="22"/>
        </w:rPr>
        <w:t xml:space="preserve">    A. 民族资产阶级</w:t>
      </w:r>
    </w:p>
    <w:p>
      <w:pPr>
        <w:spacing w:before="20" w:after="20"/>
      </w:pPr>
      <w:r>
        <w:rPr>
          <w:sz w:val="22"/>
        </w:rPr>
        <w:t xml:space="preserve">    B. 城市小资产阶级</w:t>
      </w:r>
    </w:p>
    <w:p>
      <w:pPr>
        <w:spacing w:before="20" w:after="20"/>
      </w:pPr>
      <w:r>
        <w:rPr>
          <w:sz w:val="22"/>
        </w:rPr>
        <w:t xml:space="preserve">    C. 农民阶级</w:t>
      </w:r>
    </w:p>
    <w:p>
      <w:pPr>
        <w:spacing w:before="20" w:after="20"/>
      </w:pPr>
      <w:r>
        <w:rPr>
          <w:sz w:val="22"/>
        </w:rPr>
        <w:t xml:space="preserve">    D. 知识分子</w:t>
      </w:r>
    </w:p>
    <w:p>
      <w:pPr>
        <w:spacing w:before="160"/>
      </w:pPr>
      <w:r>
        <w:rPr>
          <w:b/>
          <w:sz w:val="22"/>
        </w:rPr>
        <w:t>222. 邓小平理论的精髓是( )</w:t>
      </w:r>
    </w:p>
    <w:p>
      <w:pPr>
        <w:spacing w:before="20" w:after="20"/>
      </w:pPr>
      <w:r>
        <w:rPr>
          <w:sz w:val="22"/>
        </w:rPr>
        <w:t xml:space="preserve">    A. 实事求是</w:t>
      </w:r>
    </w:p>
    <w:p>
      <w:pPr>
        <w:spacing w:before="20" w:after="20"/>
      </w:pPr>
      <w:r>
        <w:rPr>
          <w:sz w:val="22"/>
        </w:rPr>
        <w:t xml:space="preserve">    B. 解放思想.实事求是</w:t>
      </w:r>
    </w:p>
    <w:p>
      <w:pPr>
        <w:spacing w:before="20" w:after="20"/>
      </w:pPr>
      <w:r>
        <w:rPr>
          <w:sz w:val="22"/>
        </w:rPr>
        <w:t xml:space="preserve">    C. 群众路线</w:t>
      </w:r>
    </w:p>
    <w:p>
      <w:pPr>
        <w:spacing w:before="20" w:after="20"/>
      </w:pPr>
      <w:r>
        <w:rPr>
          <w:sz w:val="22"/>
        </w:rPr>
        <w:t xml:space="preserve">    D. 独立自主</w:t>
      </w:r>
    </w:p>
    <w:p>
      <w:pPr>
        <w:spacing w:before="160"/>
      </w:pPr>
      <w:r>
        <w:rPr>
          <w:b/>
          <w:sz w:val="22"/>
        </w:rPr>
        <w:t>223. 个别企业的公私合营由公方代表、私方代表、工人共同管理和改造企业。其中居于领导地位的是( )</w:t>
      </w:r>
    </w:p>
    <w:p>
      <w:pPr>
        <w:spacing w:before="20" w:after="20"/>
      </w:pPr>
      <w:r>
        <w:rPr>
          <w:sz w:val="22"/>
        </w:rPr>
        <w:t xml:space="preserve">    A. 公方代表</w:t>
      </w:r>
    </w:p>
    <w:p>
      <w:pPr>
        <w:spacing w:before="20" w:after="20"/>
      </w:pPr>
      <w:r>
        <w:rPr>
          <w:sz w:val="22"/>
        </w:rPr>
        <w:t xml:space="preserve">    B. 私方代表</w:t>
      </w:r>
    </w:p>
    <w:p>
      <w:pPr>
        <w:spacing w:before="20" w:after="20"/>
      </w:pPr>
      <w:r>
        <w:rPr>
          <w:sz w:val="22"/>
        </w:rPr>
        <w:t xml:space="preserve">    C. 工人</w:t>
      </w:r>
    </w:p>
    <w:p>
      <w:pPr>
        <w:spacing w:before="20" w:after="20"/>
      </w:pPr>
      <w:r>
        <w:rPr>
          <w:sz w:val="22"/>
        </w:rPr>
        <w:t xml:space="preserve">    D. 顾客</w:t>
      </w:r>
    </w:p>
    <w:p>
      <w:pPr>
        <w:spacing w:before="160"/>
      </w:pPr>
      <w:r>
        <w:rPr>
          <w:b/>
          <w:sz w:val="22"/>
        </w:rPr>
        <w:t>224. 郑重地把习近平新时代中国特色社会主义思想载入宪法是在( )。</w:t>
      </w:r>
    </w:p>
    <w:p>
      <w:pPr>
        <w:spacing w:before="20" w:after="20"/>
      </w:pPr>
      <w:r>
        <w:rPr>
          <w:sz w:val="22"/>
        </w:rPr>
        <w:t xml:space="preserve">    A. 2017年党的十九大</w:t>
      </w:r>
    </w:p>
    <w:p>
      <w:pPr>
        <w:spacing w:before="20" w:after="20"/>
      </w:pPr>
      <w:r>
        <w:rPr>
          <w:sz w:val="22"/>
        </w:rPr>
        <w:t xml:space="preserve">    B. 2018年宪法修正案</w:t>
      </w:r>
    </w:p>
    <w:p>
      <w:pPr>
        <w:spacing w:before="20" w:after="20"/>
      </w:pPr>
      <w:r>
        <w:rPr>
          <w:sz w:val="22"/>
        </w:rPr>
        <w:t xml:space="preserve">    C. 2021年党的十九届六中全会</w:t>
      </w:r>
    </w:p>
    <w:p>
      <w:pPr>
        <w:spacing w:before="20" w:after="20"/>
      </w:pPr>
      <w:r>
        <w:rPr>
          <w:sz w:val="22"/>
        </w:rPr>
        <w:t xml:space="preserve">    D. 2022年党的二十大</w:t>
      </w:r>
    </w:p>
    <w:p>
      <w:pPr>
        <w:spacing w:before="160"/>
      </w:pPr>
      <w:r>
        <w:rPr>
          <w:b/>
          <w:sz w:val="22"/>
        </w:rPr>
        <w:t>225. 完整地表述新民主主义革命总路线内容的文章是( )</w:t>
      </w:r>
    </w:p>
    <w:p>
      <w:pPr>
        <w:spacing w:before="20" w:after="20"/>
      </w:pPr>
      <w:r>
        <w:rPr>
          <w:sz w:val="22"/>
        </w:rPr>
        <w:t xml:space="preserve">    A. 《新民主主义论》</w:t>
      </w:r>
    </w:p>
    <w:p>
      <w:pPr>
        <w:spacing w:before="20" w:after="20"/>
      </w:pPr>
      <w:r>
        <w:rPr>
          <w:sz w:val="22"/>
        </w:rPr>
        <w:t xml:space="preserve">    B. 《中国革命和中国共产党》</w:t>
      </w:r>
    </w:p>
    <w:p>
      <w:pPr>
        <w:spacing w:before="20" w:after="20"/>
      </w:pPr>
      <w:r>
        <w:rPr>
          <w:sz w:val="22"/>
        </w:rPr>
        <w:t xml:space="preserve">    C. 《论新阶段》</w:t>
      </w:r>
    </w:p>
    <w:p>
      <w:pPr>
        <w:spacing w:before="20" w:after="20"/>
      </w:pPr>
      <w:r>
        <w:rPr>
          <w:sz w:val="22"/>
        </w:rPr>
        <w:t xml:space="preserve">    D. 《在晋绥干部会议上的讲话》</w:t>
      </w:r>
    </w:p>
    <w:p>
      <w:pPr>
        <w:spacing w:before="160"/>
      </w:pPr>
      <w:r>
        <w:rPr>
          <w:b/>
          <w:sz w:val="22"/>
        </w:rPr>
        <w:t>226. 某同学在撰写“新民主主义革命道路的当代启示”小论文时，引用了“农村包围城市、武装夺取政权”这一道路。以下论点最恰当的是( )。</w:t>
      </w:r>
    </w:p>
    <w:p>
      <w:pPr>
        <w:spacing w:before="20" w:after="20"/>
      </w:pPr>
      <w:r>
        <w:rPr>
          <w:sz w:val="22"/>
        </w:rPr>
        <w:t xml:space="preserve">    A. 它证明了照搬外国经验的必要性</w:t>
      </w:r>
    </w:p>
    <w:p>
      <w:pPr>
        <w:spacing w:before="20" w:after="20"/>
      </w:pPr>
      <w:r>
        <w:rPr>
          <w:sz w:val="22"/>
        </w:rPr>
        <w:t xml:space="preserve">    B. 它体现了马克思主义基本原理同中国具体实际相结合的原则</w:t>
      </w:r>
    </w:p>
    <w:p>
      <w:pPr>
        <w:spacing w:before="20" w:after="20"/>
      </w:pPr>
      <w:r>
        <w:rPr>
          <w:sz w:val="22"/>
        </w:rPr>
        <w:t xml:space="preserve">    C. 它适用于所有国家的革命</w:t>
      </w:r>
    </w:p>
    <w:p>
      <w:pPr>
        <w:spacing w:before="20" w:after="20"/>
      </w:pPr>
      <w:r>
        <w:rPr>
          <w:sz w:val="22"/>
        </w:rPr>
        <w:t xml:space="preserve">    D. 它否定了无产阶级的领导权</w:t>
      </w:r>
    </w:p>
    <w:p>
      <w:pPr>
        <w:spacing w:before="160"/>
      </w:pPr>
      <w:r>
        <w:rPr>
          <w:b/>
          <w:sz w:val="22"/>
        </w:rPr>
        <w:t>227. 毛泽东提出“须知政权是由枪杆子中取得的”著名论断的会议是( )。</w:t>
      </w:r>
    </w:p>
    <w:p>
      <w:pPr>
        <w:spacing w:before="20" w:after="20"/>
      </w:pPr>
      <w:r>
        <w:rPr>
          <w:sz w:val="22"/>
        </w:rPr>
        <w:t xml:space="preserve">    A. 中共四大</w:t>
      </w:r>
    </w:p>
    <w:p>
      <w:pPr>
        <w:spacing w:before="20" w:after="20"/>
      </w:pPr>
      <w:r>
        <w:rPr>
          <w:sz w:val="22"/>
        </w:rPr>
        <w:t xml:space="preserve">    B. 八七会议</w:t>
      </w:r>
    </w:p>
    <w:p>
      <w:pPr>
        <w:spacing w:before="20" w:after="20"/>
      </w:pPr>
      <w:r>
        <w:rPr>
          <w:sz w:val="22"/>
        </w:rPr>
        <w:t xml:space="preserve">    C. 古田会议</w:t>
      </w:r>
    </w:p>
    <w:p>
      <w:pPr>
        <w:spacing w:before="20" w:after="20"/>
      </w:pPr>
      <w:r>
        <w:rPr>
          <w:sz w:val="22"/>
        </w:rPr>
        <w:t xml:space="preserve">    D. 遵义会议</w:t>
      </w:r>
    </w:p>
    <w:p>
      <w:pPr>
        <w:spacing w:before="160"/>
      </w:pPr>
      <w:r>
        <w:rPr>
          <w:b/>
          <w:sz w:val="22"/>
        </w:rPr>
        <w:t>228. 邓小平对社会主义本质的概括，突出地强调解放和发展( )在社会主义社会发展中的重要地位。</w:t>
      </w:r>
    </w:p>
    <w:p>
      <w:pPr>
        <w:spacing w:before="20" w:after="20"/>
      </w:pPr>
      <w:r>
        <w:rPr>
          <w:sz w:val="22"/>
        </w:rPr>
        <w:t xml:space="preserve">    A. 生产力</w:t>
      </w:r>
    </w:p>
    <w:p>
      <w:pPr>
        <w:spacing w:before="20" w:after="20"/>
      </w:pPr>
      <w:r>
        <w:rPr>
          <w:sz w:val="22"/>
        </w:rPr>
        <w:t xml:space="preserve">    B. 生产关系</w:t>
      </w:r>
    </w:p>
    <w:p>
      <w:pPr>
        <w:spacing w:before="20" w:after="20"/>
      </w:pPr>
      <w:r>
        <w:rPr>
          <w:sz w:val="22"/>
        </w:rPr>
        <w:t xml:space="preserve">    C. 经济基础</w:t>
      </w:r>
    </w:p>
    <w:p>
      <w:pPr>
        <w:spacing w:before="20" w:after="20"/>
      </w:pPr>
      <w:r>
        <w:rPr>
          <w:sz w:val="22"/>
        </w:rPr>
        <w:t xml:space="preserve">    D. 科技</w:t>
      </w:r>
    </w:p>
    <w:p>
      <w:pPr>
        <w:spacing w:before="160"/>
      </w:pPr>
      <w:r>
        <w:rPr>
          <w:b/>
          <w:sz w:val="22"/>
        </w:rPr>
        <w:t>229. 执政党的党风关系党的( )</w:t>
      </w:r>
    </w:p>
    <w:p>
      <w:pPr>
        <w:spacing w:before="20" w:after="20"/>
      </w:pPr>
      <w:r>
        <w:rPr>
          <w:sz w:val="22"/>
        </w:rPr>
        <w:t xml:space="preserve">    A. 生死存亡</w:t>
      </w:r>
    </w:p>
    <w:p>
      <w:pPr>
        <w:spacing w:before="20" w:after="20"/>
      </w:pPr>
      <w:r>
        <w:rPr>
          <w:sz w:val="22"/>
        </w:rPr>
        <w:t xml:space="preserve">    B. 发展壮大</w:t>
      </w:r>
    </w:p>
    <w:p>
      <w:pPr>
        <w:spacing w:before="20" w:after="20"/>
      </w:pPr>
      <w:r>
        <w:rPr>
          <w:sz w:val="22"/>
        </w:rPr>
        <w:t xml:space="preserve">    C. 领导地位</w:t>
      </w:r>
    </w:p>
    <w:p>
      <w:pPr>
        <w:spacing w:before="20" w:after="20"/>
      </w:pPr>
      <w:r>
        <w:rPr>
          <w:sz w:val="22"/>
        </w:rPr>
        <w:t xml:space="preserve">    D. 执政能力</w:t>
      </w:r>
    </w:p>
    <w:p>
      <w:pPr>
        <w:spacing w:before="160"/>
      </w:pPr>
      <w:r>
        <w:rPr>
          <w:b/>
          <w:sz w:val="22"/>
        </w:rPr>
        <w:t>230. 邓小平理论回答的首要基本理论问题是( )</w:t>
      </w:r>
    </w:p>
    <w:p>
      <w:pPr>
        <w:spacing w:before="20" w:after="20"/>
      </w:pPr>
      <w:r>
        <w:rPr>
          <w:sz w:val="22"/>
        </w:rPr>
        <w:t xml:space="preserve">    A. 什么是社会主义.怎样建设社会主义</w:t>
      </w:r>
    </w:p>
    <w:p>
      <w:pPr>
        <w:spacing w:before="20" w:after="20"/>
      </w:pPr>
      <w:r>
        <w:rPr>
          <w:sz w:val="22"/>
        </w:rPr>
        <w:t xml:space="preserve">    B. 建设什么样的党.怎样建设党</w:t>
      </w:r>
    </w:p>
    <w:p>
      <w:pPr>
        <w:spacing w:before="20" w:after="20"/>
      </w:pPr>
      <w:r>
        <w:rPr>
          <w:sz w:val="22"/>
        </w:rPr>
        <w:t xml:space="preserve">    C. 实现什么样的发展.怎样发展</w:t>
      </w:r>
    </w:p>
    <w:p>
      <w:pPr>
        <w:spacing w:before="20" w:after="20"/>
      </w:pPr>
      <w:r>
        <w:rPr>
          <w:sz w:val="22"/>
        </w:rPr>
        <w:t xml:space="preserve">    D. 什么是中国特色社会主义.怎样发展中国特色社会主义</w:t>
      </w:r>
    </w:p>
    <w:p>
      <w:pPr>
        <w:spacing w:before="160"/>
      </w:pPr>
      <w:r>
        <w:rPr>
          <w:b/>
          <w:sz w:val="22"/>
        </w:rPr>
        <w:t>231. “三个代表”重要思想创造性地回答了( )。</w:t>
      </w:r>
    </w:p>
    <w:p>
      <w:pPr>
        <w:spacing w:before="20" w:after="20"/>
      </w:pPr>
      <w:r>
        <w:rPr>
          <w:sz w:val="22"/>
        </w:rPr>
        <w:t xml:space="preserve">    A. 什么是社会主义.怎样建设社会主义</w:t>
      </w:r>
    </w:p>
    <w:p>
      <w:pPr>
        <w:spacing w:before="20" w:after="20"/>
      </w:pPr>
      <w:r>
        <w:rPr>
          <w:sz w:val="22"/>
        </w:rPr>
        <w:t xml:space="preserve">    B. 建设什么样的党.怎样建设党</w:t>
      </w:r>
    </w:p>
    <w:p>
      <w:pPr>
        <w:spacing w:before="20" w:after="20"/>
      </w:pPr>
      <w:r>
        <w:rPr>
          <w:sz w:val="22"/>
        </w:rPr>
        <w:t xml:space="preserve">    C. 实现什么样的发展.怎样发展</w:t>
      </w:r>
    </w:p>
    <w:p>
      <w:pPr>
        <w:spacing w:before="20" w:after="20"/>
      </w:pPr>
      <w:r>
        <w:rPr>
          <w:sz w:val="22"/>
        </w:rPr>
        <w:t xml:space="preserve">    D. 新时代坚持和发展什么样的中国特色社会主义.怎样坚持和发展什么样的中国特色社会主义</w:t>
      </w:r>
    </w:p>
    <w:p>
      <w:pPr>
        <w:spacing w:before="160"/>
      </w:pPr>
      <w:r>
        <w:rPr>
          <w:b/>
          <w:sz w:val="22"/>
        </w:rPr>
        <w:t>232. 毛泽东指出:谁是我们的敌人?谁是我们的朋友?这个问题是革命的首要问题。中国过去一切革命斗争成效甚少,其基本原因就是因为不能团结真正的朋友,以攻击真正的敌人。”中国社会进步和发展的最大障碍、近代中国贫困落后和一切灾难祸害的总根源是( )。</w:t>
      </w:r>
    </w:p>
    <w:p>
      <w:pPr>
        <w:spacing w:before="20" w:after="20"/>
      </w:pPr>
      <w:r>
        <w:rPr>
          <w:sz w:val="22"/>
        </w:rPr>
        <w:t xml:space="preserve">    A. 帝国主义</w:t>
      </w:r>
    </w:p>
    <w:p>
      <w:pPr>
        <w:spacing w:before="20" w:after="20"/>
      </w:pPr>
      <w:r>
        <w:rPr>
          <w:sz w:val="22"/>
        </w:rPr>
        <w:t xml:space="preserve">    B. 封建主义</w:t>
      </w:r>
    </w:p>
    <w:p>
      <w:pPr>
        <w:spacing w:before="20" w:after="20"/>
      </w:pPr>
      <w:r>
        <w:rPr>
          <w:sz w:val="22"/>
        </w:rPr>
        <w:t xml:space="preserve">    C. 官僚资本主义</w:t>
      </w:r>
    </w:p>
    <w:p>
      <w:pPr>
        <w:spacing w:before="20" w:after="20"/>
      </w:pPr>
      <w:r>
        <w:rPr>
          <w:sz w:val="22"/>
        </w:rPr>
        <w:t xml:space="preserve">    D. 大地主大资产阶级</w:t>
      </w:r>
    </w:p>
    <w:p>
      <w:pPr>
        <w:spacing w:before="160"/>
      </w:pPr>
      <w:r>
        <w:rPr>
          <w:b/>
          <w:sz w:val="22"/>
        </w:rPr>
        <w:t>233. 马克思主义的科学性和真理性在中国得到了( )。</w:t>
      </w:r>
    </w:p>
    <w:p>
      <w:pPr>
        <w:spacing w:before="20" w:after="20"/>
      </w:pPr>
      <w:r>
        <w:rPr>
          <w:sz w:val="22"/>
        </w:rPr>
        <w:t xml:space="preserve">    A. 部分验证</w:t>
      </w:r>
    </w:p>
    <w:p>
      <w:pPr>
        <w:spacing w:before="20" w:after="20"/>
      </w:pPr>
      <w:r>
        <w:rPr>
          <w:sz w:val="22"/>
        </w:rPr>
        <w:t xml:space="preserve">    B. 充分检验</w:t>
      </w:r>
    </w:p>
    <w:p>
      <w:pPr>
        <w:spacing w:before="20" w:after="20"/>
      </w:pPr>
      <w:r>
        <w:rPr>
          <w:sz w:val="22"/>
        </w:rPr>
        <w:t xml:space="preserve">    C. 完全否定</w:t>
      </w:r>
    </w:p>
    <w:p>
      <w:pPr>
        <w:spacing w:before="20" w:after="20"/>
      </w:pPr>
      <w:r>
        <w:rPr>
          <w:sz w:val="22"/>
        </w:rPr>
        <w:t xml:space="preserve">    D. 逐步怀疑</w:t>
      </w:r>
    </w:p>
    <w:p>
      <w:pPr>
        <w:spacing w:before="160"/>
      </w:pPr>
      <w:r>
        <w:rPr>
          <w:b/>
          <w:sz w:val="22"/>
        </w:rPr>
        <w:t>234. 邓小平理论指出，处理同各国共产党和其他政党的关系，要坚持( )</w:t>
      </w:r>
    </w:p>
    <w:p>
      <w:pPr>
        <w:spacing w:before="20" w:after="20"/>
      </w:pPr>
      <w:r>
        <w:rPr>
          <w:sz w:val="22"/>
        </w:rPr>
        <w:t xml:space="preserve">    A. 独立自主.完全平等.互相尊重.互不干涉内部事务</w:t>
      </w:r>
    </w:p>
    <w:p>
      <w:pPr>
        <w:spacing w:before="20" w:after="20"/>
      </w:pPr>
      <w:r>
        <w:rPr>
          <w:sz w:val="22"/>
        </w:rPr>
        <w:t xml:space="preserve">    B. 相互尊重.公平正义.合作共赢</w:t>
      </w:r>
    </w:p>
    <w:p>
      <w:pPr>
        <w:spacing w:before="20" w:after="20"/>
      </w:pPr>
      <w:r>
        <w:rPr>
          <w:sz w:val="22"/>
        </w:rPr>
        <w:t xml:space="preserve">    C. 和平共处.平等互利.共同发展</w:t>
      </w:r>
    </w:p>
    <w:p>
      <w:pPr>
        <w:spacing w:before="20" w:after="20"/>
      </w:pPr>
      <w:r>
        <w:rPr>
          <w:sz w:val="22"/>
        </w:rPr>
        <w:t xml:space="preserve">    D. 独立自主.平等互利.互不干涉</w:t>
      </w:r>
    </w:p>
    <w:p>
      <w:pPr>
        <w:spacing w:before="160"/>
      </w:pPr>
      <w:r>
        <w:rPr>
          <w:b/>
          <w:sz w:val="22"/>
        </w:rPr>
        <w:t>235. 马克思主义是我们立党立国.兴党强国的根本指导思想。马克思主义能不能在实践中发挥作用，关键在于( )</w:t>
      </w:r>
    </w:p>
    <w:p>
      <w:pPr>
        <w:spacing w:before="20" w:after="20"/>
      </w:pPr>
      <w:r>
        <w:rPr>
          <w:sz w:val="22"/>
        </w:rPr>
        <w:t xml:space="preserve">    A. 能否完整.准确理解马克思主义基本原理</w:t>
      </w:r>
    </w:p>
    <w:p>
      <w:pPr>
        <w:spacing w:before="20" w:after="20"/>
      </w:pPr>
      <w:r>
        <w:rPr>
          <w:sz w:val="22"/>
        </w:rPr>
        <w:t xml:space="preserve">    B. 能否准确把握时代大势</w:t>
      </w:r>
    </w:p>
    <w:p>
      <w:pPr>
        <w:spacing w:before="20" w:after="20"/>
      </w:pPr>
      <w:r>
        <w:rPr>
          <w:sz w:val="22"/>
        </w:rPr>
        <w:t xml:space="preserve">    C. 能否打破常规.创新理论</w:t>
      </w:r>
    </w:p>
    <w:p>
      <w:pPr>
        <w:spacing w:before="20" w:after="20"/>
      </w:pPr>
      <w:r>
        <w:rPr>
          <w:sz w:val="22"/>
        </w:rPr>
        <w:t xml:space="preserve">    D. 能否把马克思主义基本原理同中国实际和时代特征结合起来</w:t>
      </w:r>
    </w:p>
    <w:p>
      <w:pPr>
        <w:spacing w:before="160"/>
      </w:pPr>
      <w:r>
        <w:rPr>
          <w:b/>
          <w:sz w:val="22"/>
        </w:rPr>
        <w:t>236. 关于新民主主义革命的前途，以下表述正确的是( )。</w:t>
      </w:r>
    </w:p>
    <w:p>
      <w:pPr>
        <w:spacing w:before="20" w:after="20"/>
      </w:pPr>
      <w:r>
        <w:rPr>
          <w:sz w:val="22"/>
        </w:rPr>
        <w:t xml:space="preserve">    A. 建立资产阶级共和国，发展资本主义</w:t>
      </w:r>
    </w:p>
    <w:p>
      <w:pPr>
        <w:spacing w:before="20" w:after="20"/>
      </w:pPr>
      <w:r>
        <w:rPr>
          <w:sz w:val="22"/>
        </w:rPr>
        <w:t xml:space="preserve">    B. 经过新民主主义逐步过渡到社会主义</w:t>
      </w:r>
    </w:p>
    <w:p>
      <w:pPr>
        <w:spacing w:before="20" w:after="20"/>
      </w:pPr>
      <w:r>
        <w:rPr>
          <w:sz w:val="22"/>
        </w:rPr>
        <w:t xml:space="preserve">    C. 直接建立社会主义社会</w:t>
      </w:r>
    </w:p>
    <w:p>
      <w:pPr>
        <w:spacing w:before="20" w:after="20"/>
      </w:pPr>
      <w:r>
        <w:rPr>
          <w:sz w:val="22"/>
        </w:rPr>
        <w:t xml:space="preserve">    D. 建立各革命阶级联合专政的资本主义社会</w:t>
      </w:r>
    </w:p>
    <w:p>
      <w:pPr>
        <w:spacing w:before="160"/>
      </w:pPr>
      <w:r>
        <w:rPr>
          <w:b/>
          <w:sz w:val="22"/>
        </w:rPr>
        <w:t>237. 科学发展观的第一要义是( )</w:t>
      </w:r>
    </w:p>
    <w:p>
      <w:pPr>
        <w:spacing w:before="20" w:after="20"/>
      </w:pPr>
      <w:r>
        <w:rPr>
          <w:sz w:val="22"/>
        </w:rPr>
        <w:t xml:space="preserve">    A. 以人为本</w:t>
      </w:r>
    </w:p>
    <w:p>
      <w:pPr>
        <w:spacing w:before="20" w:after="20"/>
      </w:pPr>
      <w:r>
        <w:rPr>
          <w:sz w:val="22"/>
        </w:rPr>
        <w:t xml:space="preserve">    B. 发展</w:t>
      </w:r>
    </w:p>
    <w:p>
      <w:pPr>
        <w:spacing w:before="20" w:after="20"/>
      </w:pPr>
      <w:r>
        <w:rPr>
          <w:sz w:val="22"/>
        </w:rPr>
        <w:t xml:space="preserve">    C. 全面协调可持续</w:t>
      </w:r>
    </w:p>
    <w:p>
      <w:pPr>
        <w:spacing w:before="20" w:after="20"/>
      </w:pPr>
      <w:r>
        <w:rPr>
          <w:sz w:val="22"/>
        </w:rPr>
        <w:t xml:space="preserve">    D. 统筹兼顾</w:t>
      </w:r>
    </w:p>
    <w:p>
      <w:pPr>
        <w:spacing w:before="160"/>
      </w:pPr>
      <w:r>
        <w:rPr>
          <w:b/>
          <w:sz w:val="22"/>
        </w:rPr>
        <w:t>238. 毛泽东提出“以苏为鉴”，探索中国自己的社会主义建设道路是在( )。</w:t>
      </w:r>
    </w:p>
    <w:p>
      <w:pPr>
        <w:spacing w:before="20" w:after="20"/>
      </w:pPr>
      <w:r>
        <w:rPr>
          <w:sz w:val="22"/>
        </w:rPr>
        <w:t xml:space="preserve">    A. 建国初期</w:t>
      </w:r>
    </w:p>
    <w:p>
      <w:pPr>
        <w:spacing w:before="20" w:after="20"/>
      </w:pPr>
      <w:r>
        <w:rPr>
          <w:sz w:val="22"/>
        </w:rPr>
        <w:t xml:space="preserve">    B. 20世纪50年代中期</w:t>
      </w:r>
    </w:p>
    <w:p>
      <w:pPr>
        <w:spacing w:before="20" w:after="20"/>
      </w:pPr>
      <w:r>
        <w:rPr>
          <w:sz w:val="22"/>
        </w:rPr>
        <w:t xml:space="preserve">    C. 20世纪60年代</w:t>
      </w:r>
    </w:p>
    <w:p>
      <w:pPr>
        <w:spacing w:before="20" w:after="20"/>
      </w:pPr>
      <w:r>
        <w:rPr>
          <w:sz w:val="22"/>
        </w:rPr>
        <w:t xml:space="preserve">    D. 改革开放时期</w:t>
      </w:r>
    </w:p>
    <w:p>
      <w:pPr>
        <w:spacing w:before="160"/>
      </w:pPr>
      <w:r>
        <w:rPr>
          <w:b/>
          <w:sz w:val="22"/>
        </w:rPr>
        <w:t>239. 毛泽东在《〈共产党人〉发刊词》中总结中国革命经验时指出:“( )问题，是中国革命的基本问题。”</w:t>
      </w:r>
    </w:p>
    <w:p>
      <w:pPr>
        <w:spacing w:before="20" w:after="20"/>
      </w:pPr>
      <w:r>
        <w:rPr>
          <w:sz w:val="22"/>
        </w:rPr>
        <w:t xml:space="preserve">    A. 农民</w:t>
      </w:r>
    </w:p>
    <w:p>
      <w:pPr>
        <w:spacing w:before="20" w:after="20"/>
      </w:pPr>
      <w:r>
        <w:rPr>
          <w:sz w:val="22"/>
        </w:rPr>
        <w:t xml:space="preserve">    B. 武装斗争</w:t>
      </w:r>
    </w:p>
    <w:p>
      <w:pPr>
        <w:spacing w:before="20" w:after="20"/>
      </w:pPr>
      <w:r>
        <w:rPr>
          <w:sz w:val="22"/>
        </w:rPr>
        <w:t xml:space="preserve">    C. 统一战线</w:t>
      </w:r>
    </w:p>
    <w:p>
      <w:pPr>
        <w:spacing w:before="20" w:after="20"/>
      </w:pPr>
      <w:r>
        <w:rPr>
          <w:sz w:val="22"/>
        </w:rPr>
        <w:t xml:space="preserve">    D. 党的建设</w:t>
      </w:r>
    </w:p>
    <w:p>
      <w:pPr>
        <w:spacing w:before="160"/>
      </w:pPr>
      <w:r>
        <w:rPr>
          <w:b/>
          <w:sz w:val="22"/>
        </w:rPr>
        <w:t>240. 中国新民主主义革命胜利最根本的历史经验是( )</w:t>
      </w:r>
    </w:p>
    <w:p>
      <w:pPr>
        <w:spacing w:before="20" w:after="20"/>
      </w:pPr>
      <w:r>
        <w:rPr>
          <w:sz w:val="22"/>
        </w:rPr>
        <w:t xml:space="preserve">    A. 坚持马克思主义中国化，建设马克思主义执政党</w:t>
      </w:r>
    </w:p>
    <w:p>
      <w:pPr>
        <w:spacing w:before="20" w:after="20"/>
      </w:pPr>
      <w:r>
        <w:rPr>
          <w:sz w:val="22"/>
        </w:rPr>
        <w:t xml:space="preserve">    B. 依赖外部国际援助</w:t>
      </w:r>
    </w:p>
    <w:p>
      <w:pPr>
        <w:spacing w:before="20" w:after="20"/>
      </w:pPr>
      <w:r>
        <w:rPr>
          <w:sz w:val="22"/>
        </w:rPr>
        <w:t xml:space="preserve">    C. 依靠资产阶级主导革命进程</w:t>
      </w:r>
    </w:p>
    <w:p>
      <w:pPr>
        <w:spacing w:before="20" w:after="20"/>
      </w:pPr>
      <w:r>
        <w:rPr>
          <w:sz w:val="22"/>
        </w:rPr>
        <w:t xml:space="preserve">    D. 城市起义的革命模式</w:t>
      </w:r>
    </w:p>
    <w:p>
      <w:pPr>
        <w:spacing w:before="160"/>
      </w:pPr>
      <w:r>
        <w:rPr>
          <w:b/>
          <w:sz w:val="22"/>
        </w:rPr>
        <w:t>241. 毛泽东曾在不同场合多次谈到,调查研究由两种方法,一种是走马看花,一种是看花。走马看花,不深入,还必须用第二种方法,就是下马看花,过细看花,分析毛泽东强调“下马看花”的实际意义在于( )</w:t>
      </w:r>
    </w:p>
    <w:p>
      <w:pPr>
        <w:spacing w:before="20" w:after="20"/>
      </w:pPr>
      <w:r>
        <w:rPr>
          <w:sz w:val="22"/>
        </w:rPr>
        <w:t xml:space="preserve">    A. 解决实际问题必须要有先进理论的指导</w:t>
      </w:r>
    </w:p>
    <w:p>
      <w:pPr>
        <w:spacing w:before="20" w:after="20"/>
      </w:pPr>
      <w:r>
        <w:rPr>
          <w:sz w:val="22"/>
        </w:rPr>
        <w:t xml:space="preserve">    B. 运用多种综合方法分析调查研究的材料</w:t>
      </w:r>
    </w:p>
    <w:p>
      <w:pPr>
        <w:spacing w:before="20" w:after="20"/>
      </w:pPr>
      <w:r>
        <w:rPr>
          <w:sz w:val="22"/>
        </w:rPr>
        <w:t xml:space="preserve">    C. 马克思主义理论必须适合中国革命的具体实际</w:t>
      </w:r>
    </w:p>
    <w:p>
      <w:pPr>
        <w:spacing w:before="20" w:after="20"/>
      </w:pPr>
      <w:r>
        <w:rPr>
          <w:sz w:val="22"/>
        </w:rPr>
        <w:t xml:space="preserve">    D. 只有全面深入了解中国的实际,才能找出规律</w:t>
      </w:r>
    </w:p>
    <w:p>
      <w:pPr>
        <w:spacing w:before="160"/>
      </w:pPr>
      <w:r>
        <w:rPr>
          <w:b/>
          <w:sz w:val="22"/>
        </w:rPr>
        <w:t>242. 将“三个代表”重要思想确立为党必须长期坚持的指导思想，并写入党章是在( )。</w:t>
      </w:r>
    </w:p>
    <w:p>
      <w:pPr>
        <w:spacing w:before="20" w:after="20"/>
      </w:pPr>
      <w:r>
        <w:rPr>
          <w:sz w:val="22"/>
        </w:rPr>
        <w:t xml:space="preserve">    A. 1997年党的十五大</w:t>
      </w:r>
    </w:p>
    <w:p>
      <w:pPr>
        <w:spacing w:before="20" w:after="20"/>
      </w:pPr>
      <w:r>
        <w:rPr>
          <w:sz w:val="22"/>
        </w:rPr>
        <w:t xml:space="preserve">    B. 2002年党的十六大</w:t>
      </w:r>
    </w:p>
    <w:p>
      <w:pPr>
        <w:spacing w:before="20" w:after="20"/>
      </w:pPr>
      <w:r>
        <w:rPr>
          <w:sz w:val="22"/>
        </w:rPr>
        <w:t xml:space="preserve">    C. 2007年党的十七大</w:t>
      </w:r>
    </w:p>
    <w:p>
      <w:pPr>
        <w:spacing w:before="20" w:after="20"/>
      </w:pPr>
      <w:r>
        <w:rPr>
          <w:sz w:val="22"/>
        </w:rPr>
        <w:t xml:space="preserve">    D. 2012年党的十八大</w:t>
      </w:r>
    </w:p>
    <w:p>
      <w:pPr>
        <w:spacing w:before="160"/>
      </w:pPr>
      <w:r>
        <w:rPr>
          <w:b/>
          <w:sz w:val="22"/>
        </w:rPr>
        <w:t>243. “新民主主义革命理论解决了在一个以农民为主体的、落后的半殖民地半封建的东方大国里进行革命的一系列理论问题。”这主要体现了该理论的( )。</w:t>
      </w:r>
    </w:p>
    <w:p>
      <w:pPr>
        <w:spacing w:before="20" w:after="20"/>
      </w:pPr>
      <w:r>
        <w:rPr>
          <w:sz w:val="22"/>
        </w:rPr>
        <w:t xml:space="preserve">    A. 时代性</w:t>
      </w:r>
    </w:p>
    <w:p>
      <w:pPr>
        <w:spacing w:before="20" w:after="20"/>
      </w:pPr>
      <w:r>
        <w:rPr>
          <w:sz w:val="22"/>
        </w:rPr>
        <w:t xml:space="preserve">    B. 实践性</w:t>
      </w:r>
    </w:p>
    <w:p>
      <w:pPr>
        <w:spacing w:before="20" w:after="20"/>
      </w:pPr>
      <w:r>
        <w:rPr>
          <w:sz w:val="22"/>
        </w:rPr>
        <w:t xml:space="preserve">    C. 科学性</w:t>
      </w:r>
    </w:p>
    <w:p>
      <w:pPr>
        <w:spacing w:before="20" w:after="20"/>
      </w:pPr>
      <w:r>
        <w:rPr>
          <w:sz w:val="22"/>
        </w:rPr>
        <w:t xml:space="preserve">    D. 独创性</w:t>
      </w:r>
    </w:p>
    <w:p>
      <w:pPr>
        <w:spacing w:before="160"/>
      </w:pPr>
      <w:r>
        <w:rPr>
          <w:b/>
          <w:sz w:val="22"/>
        </w:rPr>
        <w:t>244. 习近平总书记指出:“( )是我们党梦想起航的地方。我们党从这里诞生，从这里出征，从这里走向全国执政。”</w:t>
      </w:r>
    </w:p>
    <w:p>
      <w:pPr>
        <w:spacing w:before="20" w:after="20"/>
      </w:pPr>
      <w:r>
        <w:rPr>
          <w:sz w:val="22"/>
        </w:rPr>
        <w:t xml:space="preserve">    A. 井冈山</w:t>
      </w:r>
    </w:p>
    <w:p>
      <w:pPr>
        <w:spacing w:before="20" w:after="20"/>
      </w:pPr>
      <w:r>
        <w:rPr>
          <w:sz w:val="22"/>
        </w:rPr>
        <w:t xml:space="preserve">    B. 延安</w:t>
      </w:r>
    </w:p>
    <w:p>
      <w:pPr>
        <w:spacing w:before="20" w:after="20"/>
      </w:pPr>
      <w:r>
        <w:rPr>
          <w:sz w:val="22"/>
        </w:rPr>
        <w:t xml:space="preserve">    C. 上海党的一大会址.嘉兴南湖红船</w:t>
      </w:r>
    </w:p>
    <w:p>
      <w:pPr>
        <w:spacing w:before="20" w:after="20"/>
      </w:pPr>
      <w:r>
        <w:rPr>
          <w:sz w:val="22"/>
        </w:rPr>
        <w:t xml:space="preserve">    D. 西柏坡</w:t>
      </w:r>
    </w:p>
    <w:p>
      <w:pPr>
        <w:spacing w:before="160"/>
      </w:pPr>
      <w:r>
        <w:rPr>
          <w:b/>
          <w:sz w:val="22"/>
        </w:rPr>
        <w:t>245. 下列不属于手工业供销合作社特点的是( )</w:t>
      </w:r>
    </w:p>
    <w:p>
      <w:pPr>
        <w:spacing w:before="20" w:after="20"/>
      </w:pPr>
      <w:r>
        <w:rPr>
          <w:sz w:val="22"/>
        </w:rPr>
        <w:t xml:space="preserve">    A. 生产活动由各户分散独立完成</w:t>
      </w:r>
    </w:p>
    <w:p>
      <w:pPr>
        <w:spacing w:before="20" w:after="20"/>
      </w:pPr>
      <w:r>
        <w:rPr>
          <w:sz w:val="22"/>
        </w:rPr>
        <w:t xml:space="preserve">    B. 生产资料全部归集体所有</w:t>
      </w:r>
    </w:p>
    <w:p>
      <w:pPr>
        <w:spacing w:before="20" w:after="20"/>
      </w:pPr>
      <w:r>
        <w:rPr>
          <w:sz w:val="22"/>
        </w:rPr>
        <w:t xml:space="preserve">    C. 逐步有部分生产资料是公有的</w:t>
      </w:r>
    </w:p>
    <w:p>
      <w:pPr>
        <w:spacing w:before="20" w:after="20"/>
      </w:pPr>
      <w:r>
        <w:rPr>
          <w:sz w:val="22"/>
        </w:rPr>
        <w:t xml:space="preserve">    D. 半社会主义性质</w:t>
      </w:r>
    </w:p>
    <w:p>
      <w:pPr>
        <w:spacing w:before="160"/>
      </w:pPr>
      <w:r>
        <w:rPr>
          <w:b/>
          <w:sz w:val="22"/>
        </w:rPr>
        <w:t>246. 1987年召开的党的十三大，第一次比较系统地论述了我国社会主义初级阶段理论，明确概括和全面阐发了党的( )的基本路线。</w:t>
      </w:r>
    </w:p>
    <w:p>
      <w:pPr>
        <w:spacing w:before="20" w:after="20"/>
      </w:pPr>
      <w:r>
        <w:rPr>
          <w:sz w:val="22"/>
        </w:rPr>
        <w:t xml:space="preserve">    A. 社会主义全面发展</w:t>
      </w:r>
    </w:p>
    <w:p>
      <w:pPr>
        <w:spacing w:before="20" w:after="20"/>
      </w:pPr>
      <w:r>
        <w:rPr>
          <w:sz w:val="22"/>
        </w:rPr>
        <w:t xml:space="preserve">    B. “三步走”</w:t>
      </w:r>
    </w:p>
    <w:p>
      <w:pPr>
        <w:spacing w:before="20" w:after="20"/>
      </w:pPr>
      <w:r>
        <w:rPr>
          <w:sz w:val="22"/>
        </w:rPr>
        <w:t xml:space="preserve">    C. “一个中心.两个基本点”</w:t>
      </w:r>
    </w:p>
    <w:p>
      <w:pPr>
        <w:spacing w:before="20" w:after="20"/>
      </w:pPr>
      <w:r>
        <w:rPr>
          <w:sz w:val="22"/>
        </w:rPr>
        <w:t xml:space="preserve">    D. “四项基本原则”</w:t>
      </w:r>
    </w:p>
    <w:p>
      <w:pPr>
        <w:spacing w:before="160"/>
      </w:pPr>
      <w:r>
        <w:rPr>
          <w:b/>
          <w:sz w:val="22"/>
        </w:rPr>
        <w:t>247. 科学发展观强调，推动文化大发展大繁荣的主题是( )</w:t>
      </w:r>
    </w:p>
    <w:p>
      <w:pPr>
        <w:spacing w:before="20" w:after="20"/>
      </w:pPr>
      <w:r>
        <w:rPr>
          <w:sz w:val="22"/>
        </w:rPr>
        <w:t xml:space="preserve">    A. 社会主义核心价值体系</w:t>
      </w:r>
    </w:p>
    <w:p>
      <w:pPr>
        <w:spacing w:before="20" w:after="20"/>
      </w:pPr>
      <w:r>
        <w:rPr>
          <w:sz w:val="22"/>
        </w:rPr>
        <w:t xml:space="preserve">    B. 满足人民精神文化需求</w:t>
      </w:r>
    </w:p>
    <w:p>
      <w:pPr>
        <w:spacing w:before="20" w:after="20"/>
      </w:pPr>
      <w:r>
        <w:rPr>
          <w:sz w:val="22"/>
        </w:rPr>
        <w:t xml:space="preserve">    C. 增强国家文化软实力</w:t>
      </w:r>
    </w:p>
    <w:p>
      <w:pPr>
        <w:spacing w:before="20" w:after="20"/>
      </w:pPr>
      <w:r>
        <w:rPr>
          <w:sz w:val="22"/>
        </w:rPr>
        <w:t xml:space="preserve">    D. 建设社会主义文化强国</w:t>
      </w:r>
    </w:p>
    <w:p>
      <w:pPr>
        <w:spacing w:before="160"/>
      </w:pPr>
      <w:r>
        <w:rPr>
          <w:b/>
          <w:sz w:val="22"/>
        </w:rPr>
        <w:t>248. 邓小平提出“允许一部分地区.一部分企业.一部分工人农民通过诚实劳动.合法经营先富起来”，这一政策的出发点和落脚点是( )</w:t>
      </w:r>
    </w:p>
    <w:p>
      <w:pPr>
        <w:spacing w:before="20" w:after="20"/>
      </w:pPr>
      <w:r>
        <w:rPr>
          <w:sz w:val="22"/>
        </w:rPr>
        <w:t xml:space="preserve">    A. 以经济建设为中心</w:t>
      </w:r>
    </w:p>
    <w:p>
      <w:pPr>
        <w:spacing w:before="20" w:after="20"/>
      </w:pPr>
      <w:r>
        <w:rPr>
          <w:sz w:val="22"/>
        </w:rPr>
        <w:t xml:space="preserve">    B. 发展生产力</w:t>
      </w:r>
    </w:p>
    <w:p>
      <w:pPr>
        <w:spacing w:before="20" w:after="20"/>
      </w:pPr>
      <w:r>
        <w:rPr>
          <w:sz w:val="22"/>
        </w:rPr>
        <w:t xml:space="preserve">    C. 解放生产力</w:t>
      </w:r>
    </w:p>
    <w:p>
      <w:pPr>
        <w:spacing w:before="20" w:after="20"/>
      </w:pPr>
      <w:r>
        <w:rPr>
          <w:sz w:val="22"/>
        </w:rPr>
        <w:t xml:space="preserve">    D. 实现共同富裕</w:t>
      </w:r>
    </w:p>
    <w:p>
      <w:pPr>
        <w:spacing w:before="160"/>
      </w:pPr>
      <w:r>
        <w:rPr>
          <w:b/>
          <w:sz w:val="22"/>
        </w:rPr>
        <w:t>249. 邓小平指出，一个党，一个国家，一个民族，如果一切从本本出发，思想僵化，迷信盛行，那它就不能前进，它的生机就停止了，就要( )</w:t>
      </w:r>
    </w:p>
    <w:p>
      <w:pPr>
        <w:spacing w:before="20" w:after="20"/>
      </w:pPr>
      <w:r>
        <w:rPr>
          <w:sz w:val="22"/>
        </w:rPr>
        <w:t xml:space="preserve">    A. 亡党亡国</w:t>
      </w:r>
    </w:p>
    <w:p>
      <w:pPr>
        <w:spacing w:before="20" w:after="20"/>
      </w:pPr>
      <w:r>
        <w:rPr>
          <w:sz w:val="22"/>
        </w:rPr>
        <w:t xml:space="preserve">    B. 停滞不前</w:t>
      </w:r>
    </w:p>
    <w:p>
      <w:pPr>
        <w:spacing w:before="20" w:after="20"/>
      </w:pPr>
      <w:r>
        <w:rPr>
          <w:sz w:val="22"/>
        </w:rPr>
        <w:t xml:space="preserve">    C. 倒退落后</w:t>
      </w:r>
    </w:p>
    <w:p>
      <w:pPr>
        <w:spacing w:before="20" w:after="20"/>
      </w:pPr>
      <w:r>
        <w:rPr>
          <w:sz w:val="22"/>
        </w:rPr>
        <w:t xml:space="preserve">    D. 崩溃瓦解</w:t>
      </w:r>
    </w:p>
    <w:p>
      <w:pPr>
        <w:spacing w:before="160"/>
      </w:pPr>
      <w:r>
        <w:rPr>
          <w:b/>
          <w:sz w:val="22"/>
        </w:rPr>
        <w:t>250. 科学发展观要求的“五个统筹”中不包括( )</w:t>
      </w:r>
    </w:p>
    <w:p>
      <w:pPr>
        <w:spacing w:before="20" w:after="20"/>
      </w:pPr>
      <w:r>
        <w:rPr>
          <w:sz w:val="22"/>
        </w:rPr>
        <w:t xml:space="preserve">    A. 统筹城乡发展</w:t>
      </w:r>
    </w:p>
    <w:p>
      <w:pPr>
        <w:spacing w:before="20" w:after="20"/>
      </w:pPr>
      <w:r>
        <w:rPr>
          <w:sz w:val="22"/>
        </w:rPr>
        <w:t xml:space="preserve">    B. 统筹区域发展</w:t>
      </w:r>
    </w:p>
    <w:p>
      <w:pPr>
        <w:spacing w:before="20" w:after="20"/>
      </w:pPr>
      <w:r>
        <w:rPr>
          <w:sz w:val="22"/>
        </w:rPr>
        <w:t xml:space="preserve">    C. 统筹经济社会发展</w:t>
      </w:r>
    </w:p>
    <w:p>
      <w:pPr>
        <w:spacing w:before="20" w:after="20"/>
      </w:pPr>
      <w:r>
        <w:rPr>
          <w:sz w:val="22"/>
        </w:rPr>
        <w:t xml:space="preserve">    D. 统筹政治经济发展</w:t>
      </w:r>
    </w:p>
    <w:p>
      <w:pPr>
        <w:spacing w:before="160"/>
      </w:pPr>
      <w:r>
        <w:rPr>
          <w:b/>
          <w:sz w:val="22"/>
        </w:rPr>
        <w:t>251. 学习《毛泽东思想和中国特色社会主义理论体系概论》课程，要原原本本学习和研读经典著作，做到( )。</w:t>
      </w:r>
    </w:p>
    <w:p>
      <w:pPr>
        <w:spacing w:before="20" w:after="20"/>
      </w:pPr>
      <w:r>
        <w:rPr>
          <w:sz w:val="22"/>
        </w:rPr>
        <w:t xml:space="preserve">    A. 读原著、学原文、悟原理</w:t>
      </w:r>
    </w:p>
    <w:p>
      <w:pPr>
        <w:spacing w:before="20" w:after="20"/>
      </w:pPr>
      <w:r>
        <w:rPr>
          <w:sz w:val="22"/>
        </w:rPr>
        <w:t xml:space="preserve">    B. 背重点、记考点、猜考题</w:t>
      </w:r>
    </w:p>
    <w:p>
      <w:pPr>
        <w:spacing w:before="20" w:after="20"/>
      </w:pPr>
      <w:r>
        <w:rPr>
          <w:sz w:val="22"/>
        </w:rPr>
        <w:t xml:space="preserve">    C. 看简介、听解读、不深究</w:t>
      </w:r>
    </w:p>
    <w:p>
      <w:pPr>
        <w:spacing w:before="20" w:after="20"/>
      </w:pPr>
      <w:r>
        <w:rPr>
          <w:sz w:val="22"/>
        </w:rPr>
        <w:t xml:space="preserve">    D. 学语录、用片段、搞实用</w:t>
      </w:r>
    </w:p>
    <w:p>
      <w:pPr>
        <w:spacing w:before="160"/>
      </w:pPr>
      <w:r>
        <w:rPr>
          <w:b/>
          <w:sz w:val="22"/>
        </w:rPr>
        <w:t>252. 以胡锦涛同志为主要代表的中国共产党人，创造性地回答了( )这一重大问题。</w:t>
      </w:r>
    </w:p>
    <w:p>
      <w:pPr>
        <w:spacing w:before="20" w:after="20"/>
      </w:pPr>
      <w:r>
        <w:rPr>
          <w:sz w:val="22"/>
        </w:rPr>
        <w:t xml:space="preserve">    A. 什么是社会主义，怎样建设社会主义</w:t>
      </w:r>
    </w:p>
    <w:p>
      <w:pPr>
        <w:spacing w:before="20" w:after="20"/>
      </w:pPr>
      <w:r>
        <w:rPr>
          <w:sz w:val="22"/>
        </w:rPr>
        <w:t xml:space="preserve">    B. 建设什么样的党，怎样建设党</w:t>
      </w:r>
    </w:p>
    <w:p>
      <w:pPr>
        <w:spacing w:before="20" w:after="20"/>
      </w:pPr>
      <w:r>
        <w:rPr>
          <w:sz w:val="22"/>
        </w:rPr>
        <w:t xml:space="preserve">    C. 实现什么样的发展.怎样发展</w:t>
      </w:r>
    </w:p>
    <w:p>
      <w:pPr>
        <w:spacing w:before="20" w:after="20"/>
      </w:pPr>
      <w:r>
        <w:rPr>
          <w:sz w:val="22"/>
        </w:rPr>
        <w:t xml:space="preserve">    D. 什么是马克思主义，怎样发展马克思主义</w:t>
      </w:r>
    </w:p>
    <w:p>
      <w:pPr>
        <w:spacing w:before="160"/>
      </w:pPr>
      <w:r>
        <w:rPr>
          <w:b/>
          <w:sz w:val="22"/>
        </w:rPr>
        <w:t>253. 大革命失败后，党摆脱城市中心论束缚，开辟的中国革命正确道路是( )</w:t>
      </w:r>
    </w:p>
    <w:p>
      <w:pPr>
        <w:spacing w:before="20" w:after="20"/>
      </w:pPr>
      <w:r>
        <w:rPr>
          <w:sz w:val="22"/>
        </w:rPr>
        <w:t xml:space="preserve">    A. 城市武装起义夺取政权</w:t>
      </w:r>
    </w:p>
    <w:p>
      <w:pPr>
        <w:spacing w:before="20" w:after="20"/>
      </w:pPr>
      <w:r>
        <w:rPr>
          <w:sz w:val="22"/>
        </w:rPr>
        <w:t xml:space="preserve">    B. 农村包围城市、武装夺取政权</w:t>
      </w:r>
    </w:p>
    <w:p>
      <w:pPr>
        <w:spacing w:before="20" w:after="20"/>
      </w:pPr>
      <w:r>
        <w:rPr>
          <w:sz w:val="22"/>
        </w:rPr>
        <w:t xml:space="preserve">    C. 议会合法斗争道路</w:t>
      </w:r>
    </w:p>
    <w:p>
      <w:pPr>
        <w:spacing w:before="20" w:after="20"/>
      </w:pPr>
      <w:r>
        <w:rPr>
          <w:sz w:val="22"/>
        </w:rPr>
        <w:t xml:space="preserve">    D. 和平改良渐进道路</w:t>
      </w:r>
    </w:p>
    <w:p>
      <w:pPr>
        <w:spacing w:before="160"/>
      </w:pPr>
      <w:r>
        <w:rPr>
          <w:b/>
          <w:sz w:val="22"/>
        </w:rPr>
        <w:t>254. 科学发展观强调，社会主义民主政治建设的基础是( )</w:t>
      </w:r>
    </w:p>
    <w:p>
      <w:pPr>
        <w:spacing w:before="20" w:after="20"/>
      </w:pPr>
      <w:r>
        <w:rPr>
          <w:sz w:val="22"/>
        </w:rPr>
        <w:t xml:space="preserve">    A. 人民代表大会制度</w:t>
      </w:r>
    </w:p>
    <w:p>
      <w:pPr>
        <w:spacing w:before="20" w:after="20"/>
      </w:pPr>
      <w:r>
        <w:rPr>
          <w:sz w:val="22"/>
        </w:rPr>
        <w:t xml:space="preserve">    B. 中国共产党领导的多党合作和政治协商制度</w:t>
      </w:r>
    </w:p>
    <w:p>
      <w:pPr>
        <w:spacing w:before="20" w:after="20"/>
      </w:pPr>
      <w:r>
        <w:rPr>
          <w:sz w:val="22"/>
        </w:rPr>
        <w:t xml:space="preserve">    C. 民族区域自治制度</w:t>
      </w:r>
    </w:p>
    <w:p>
      <w:pPr>
        <w:spacing w:before="20" w:after="20"/>
      </w:pPr>
      <w:r>
        <w:rPr>
          <w:sz w:val="22"/>
        </w:rPr>
        <w:t xml:space="preserve">    D. 基层群众自治制度</w:t>
      </w:r>
    </w:p>
    <w:p>
      <w:pPr>
        <w:spacing w:before="160"/>
      </w:pPr>
      <w:r>
        <w:rPr>
          <w:b/>
          <w:sz w:val="22"/>
        </w:rPr>
        <w:t>255. 历史的发展是连续性和阶段性的统一，一个时期有一个时期的历史使命和任务，一代人有一代人的历史( )。</w:t>
      </w:r>
    </w:p>
    <w:p>
      <w:pPr>
        <w:spacing w:before="20" w:after="20"/>
      </w:pPr>
      <w:r>
        <w:rPr>
          <w:sz w:val="22"/>
        </w:rPr>
        <w:t xml:space="preserve">    A. 担当和责任</w:t>
      </w:r>
    </w:p>
    <w:p>
      <w:pPr>
        <w:spacing w:before="20" w:after="20"/>
      </w:pPr>
      <w:r>
        <w:rPr>
          <w:sz w:val="22"/>
        </w:rPr>
        <w:t xml:space="preserve">    B. 认知和特点</w:t>
      </w:r>
    </w:p>
    <w:p>
      <w:pPr>
        <w:spacing w:before="20" w:after="20"/>
      </w:pPr>
      <w:r>
        <w:rPr>
          <w:sz w:val="22"/>
        </w:rPr>
        <w:t xml:space="preserve">    C. 问题和意识</w:t>
      </w:r>
    </w:p>
    <w:p>
      <w:pPr>
        <w:spacing w:before="20" w:after="20"/>
      </w:pPr>
      <w:r>
        <w:rPr>
          <w:sz w:val="22"/>
        </w:rPr>
        <w:t xml:space="preserve">    D. 条件和准则</w:t>
      </w:r>
    </w:p>
    <w:p>
      <w:pPr>
        <w:spacing w:before="160"/>
      </w:pPr>
      <w:r>
        <w:rPr>
          <w:b/>
          <w:sz w:val="22"/>
        </w:rPr>
        <w:t>256. 科学发展观强调，统筹经济社会发展要求( )</w:t>
      </w:r>
    </w:p>
    <w:p>
      <w:pPr>
        <w:spacing w:before="20" w:after="20"/>
      </w:pPr>
      <w:r>
        <w:rPr>
          <w:sz w:val="22"/>
        </w:rPr>
        <w:t xml:space="preserve">    A. 经济发展与社会发展并重</w:t>
      </w:r>
    </w:p>
    <w:p>
      <w:pPr>
        <w:spacing w:before="20" w:after="20"/>
      </w:pPr>
      <w:r>
        <w:rPr>
          <w:sz w:val="22"/>
        </w:rPr>
        <w:t xml:space="preserve">    B. 以经济发展为中心</w:t>
      </w:r>
    </w:p>
    <w:p>
      <w:pPr>
        <w:spacing w:before="20" w:after="20"/>
      </w:pPr>
      <w:r>
        <w:rPr>
          <w:sz w:val="22"/>
        </w:rPr>
        <w:t xml:space="preserve">    C. 以社会发展为中心</w:t>
      </w:r>
    </w:p>
    <w:p>
      <w:pPr>
        <w:spacing w:before="20" w:after="20"/>
      </w:pPr>
      <w:r>
        <w:rPr>
          <w:sz w:val="22"/>
        </w:rPr>
        <w:t xml:space="preserve">    D. 经济社会发展相互独立</w:t>
      </w:r>
    </w:p>
    <w:p>
      <w:pPr>
        <w:spacing w:before="160"/>
      </w:pPr>
      <w:r>
        <w:rPr>
          <w:b/>
          <w:sz w:val="22"/>
        </w:rPr>
        <w:t>257. “三个代表”重要思想被确立为党的指导思想是在哪次会议上?</w:t>
      </w:r>
    </w:p>
    <w:p>
      <w:pPr>
        <w:spacing w:before="20" w:after="20"/>
      </w:pPr>
      <w:r>
        <w:rPr>
          <w:sz w:val="22"/>
        </w:rPr>
        <w:t xml:space="preserve">    A. 中共十四大</w:t>
      </w:r>
    </w:p>
    <w:p>
      <w:pPr>
        <w:spacing w:before="20" w:after="20"/>
      </w:pPr>
      <w:r>
        <w:rPr>
          <w:sz w:val="22"/>
        </w:rPr>
        <w:t xml:space="preserve">    B. 中共十五大</w:t>
      </w:r>
    </w:p>
    <w:p>
      <w:pPr>
        <w:spacing w:before="20" w:after="20"/>
      </w:pPr>
      <w:r>
        <w:rPr>
          <w:sz w:val="22"/>
        </w:rPr>
        <w:t xml:space="preserve">    C. 中共十六大</w:t>
      </w:r>
    </w:p>
    <w:p>
      <w:pPr>
        <w:spacing w:before="20" w:after="20"/>
      </w:pPr>
      <w:r>
        <w:rPr>
          <w:sz w:val="22"/>
        </w:rPr>
        <w:t xml:space="preserve">    D. 中共十七大</w:t>
      </w:r>
    </w:p>
    <w:p>
      <w:pPr>
        <w:spacing w:before="160"/>
      </w:pPr>
      <w:r>
        <w:rPr>
          <w:b/>
          <w:sz w:val="22"/>
        </w:rPr>
        <w:t>258. 毛泽东在《中国革命和中国共产党》中深刻指出:“认清( )，乃是认清一切革命问题的基本的根据。”这里的基本根据是指( )。</w:t>
      </w:r>
    </w:p>
    <w:p>
      <w:pPr>
        <w:spacing w:before="20" w:after="20"/>
      </w:pPr>
      <w:r>
        <w:rPr>
          <w:sz w:val="22"/>
        </w:rPr>
        <w:t xml:space="preserve">    A. 革命对象</w:t>
      </w:r>
    </w:p>
    <w:p>
      <w:pPr>
        <w:spacing w:before="20" w:after="20"/>
      </w:pPr>
      <w:r>
        <w:rPr>
          <w:sz w:val="22"/>
        </w:rPr>
        <w:t xml:space="preserve">    B. 革命动力</w:t>
      </w:r>
    </w:p>
    <w:p>
      <w:pPr>
        <w:spacing w:before="20" w:after="20"/>
      </w:pPr>
      <w:r>
        <w:rPr>
          <w:sz w:val="22"/>
        </w:rPr>
        <w:t xml:space="preserve">    C. 中国国情</w:t>
      </w:r>
    </w:p>
    <w:p>
      <w:pPr>
        <w:spacing w:before="20" w:after="20"/>
      </w:pPr>
      <w:r>
        <w:rPr>
          <w:sz w:val="22"/>
        </w:rPr>
        <w:t xml:space="preserve">    D. 国际环境</w:t>
      </w:r>
    </w:p>
    <w:p>
      <w:pPr>
        <w:spacing w:before="160"/>
      </w:pPr>
      <w:r>
        <w:rPr>
          <w:b/>
          <w:sz w:val="22"/>
        </w:rPr>
        <w:t>259. 在改革开放和社会主义现代化建设新时期，我国实现了从生产力相对落后的状况到经济总量达到( )的历史性突破。</w:t>
      </w:r>
    </w:p>
    <w:p>
      <w:pPr>
        <w:spacing w:before="20" w:after="20"/>
      </w:pPr>
      <w:r>
        <w:rPr>
          <w:sz w:val="22"/>
        </w:rPr>
        <w:t xml:space="preserve">    A. 世界第一</w:t>
      </w:r>
    </w:p>
    <w:p>
      <w:pPr>
        <w:spacing w:before="20" w:after="20"/>
      </w:pPr>
      <w:r>
        <w:rPr>
          <w:sz w:val="22"/>
        </w:rPr>
        <w:t xml:space="preserve">    B. 世界第二</w:t>
      </w:r>
    </w:p>
    <w:p>
      <w:pPr>
        <w:spacing w:before="20" w:after="20"/>
      </w:pPr>
      <w:r>
        <w:rPr>
          <w:sz w:val="22"/>
        </w:rPr>
        <w:t xml:space="preserve">    C. 中等发达国家水平</w:t>
      </w:r>
    </w:p>
    <w:p>
      <w:pPr>
        <w:spacing w:before="20" w:after="20"/>
      </w:pPr>
      <w:r>
        <w:rPr>
          <w:sz w:val="22"/>
        </w:rPr>
        <w:t xml:space="preserve">    D. 全面小康</w:t>
      </w:r>
    </w:p>
    <w:p>
      <w:pPr>
        <w:spacing w:before="160"/>
      </w:pPr>
      <w:r>
        <w:rPr>
          <w:b/>
          <w:sz w:val="22"/>
        </w:rPr>
        <w:t>260. 科学发展观强调，建设生态文明必须坚持的基本国策是( )</w:t>
      </w:r>
    </w:p>
    <w:p>
      <w:pPr>
        <w:spacing w:before="20" w:after="20"/>
      </w:pPr>
      <w:r>
        <w:rPr>
          <w:sz w:val="22"/>
        </w:rPr>
        <w:t xml:space="preserve">    A. 计划生育</w:t>
      </w:r>
    </w:p>
    <w:p>
      <w:pPr>
        <w:spacing w:before="20" w:after="20"/>
      </w:pPr>
      <w:r>
        <w:rPr>
          <w:sz w:val="22"/>
        </w:rPr>
        <w:t xml:space="preserve">    B. 保护环境和节约资源</w:t>
      </w:r>
    </w:p>
    <w:p>
      <w:pPr>
        <w:spacing w:before="20" w:after="20"/>
      </w:pPr>
      <w:r>
        <w:rPr>
          <w:sz w:val="22"/>
        </w:rPr>
        <w:t xml:space="preserve">    C. 对外开放</w:t>
      </w:r>
    </w:p>
    <w:p>
      <w:pPr>
        <w:spacing w:before="20" w:after="20"/>
      </w:pPr>
      <w:r>
        <w:rPr>
          <w:sz w:val="22"/>
        </w:rPr>
        <w:t xml:space="preserve">    D. 男女平等</w:t>
      </w:r>
    </w:p>
    <w:p>
      <w:pPr>
        <w:spacing w:before="160"/>
      </w:pPr>
      <w:r>
        <w:rPr>
          <w:b/>
          <w:sz w:val="22"/>
        </w:rPr>
        <w:t>261. 改革是( )</w:t>
      </w:r>
    </w:p>
    <w:p>
      <w:pPr>
        <w:spacing w:before="20" w:after="20"/>
      </w:pPr>
      <w:r>
        <w:rPr>
          <w:sz w:val="22"/>
        </w:rPr>
        <w:t xml:space="preserve">    A. 中国的第二次革命</w:t>
      </w:r>
    </w:p>
    <w:p>
      <w:pPr>
        <w:spacing w:before="20" w:after="20"/>
      </w:pPr>
      <w:r>
        <w:rPr>
          <w:sz w:val="22"/>
        </w:rPr>
        <w:t xml:space="preserve">    B. 中国的第一次革命</w:t>
      </w:r>
    </w:p>
    <w:p>
      <w:pPr>
        <w:spacing w:before="20" w:after="20"/>
      </w:pPr>
      <w:r>
        <w:rPr>
          <w:sz w:val="22"/>
        </w:rPr>
        <w:t xml:space="preserve">    C. 中国的第三次革命</w:t>
      </w:r>
    </w:p>
    <w:p>
      <w:pPr>
        <w:spacing w:before="20" w:after="20"/>
      </w:pPr>
      <w:r>
        <w:rPr>
          <w:sz w:val="22"/>
        </w:rPr>
        <w:t xml:space="preserve">    D. 中国的第四次革命</w:t>
      </w:r>
    </w:p>
    <w:p>
      <w:pPr>
        <w:spacing w:before="160"/>
      </w:pPr>
      <w:r>
        <w:rPr>
          <w:b/>
          <w:sz w:val="22"/>
        </w:rPr>
        <w:t>262. 新民主主义革命的伟大胜利，为当代中国一切发展进步奠定了( )</w:t>
      </w:r>
    </w:p>
    <w:p>
      <w:pPr>
        <w:spacing w:before="20" w:after="20"/>
      </w:pPr>
      <w:r>
        <w:rPr>
          <w:sz w:val="22"/>
        </w:rPr>
        <w:t xml:space="preserve">    A. 雄厚物质基础</w:t>
      </w:r>
    </w:p>
    <w:p>
      <w:pPr>
        <w:spacing w:before="20" w:after="20"/>
      </w:pPr>
      <w:r>
        <w:rPr>
          <w:sz w:val="22"/>
        </w:rPr>
        <w:t xml:space="preserve">    B. 根本政治前提</w:t>
      </w:r>
    </w:p>
    <w:p>
      <w:pPr>
        <w:spacing w:before="20" w:after="20"/>
      </w:pPr>
      <w:r>
        <w:rPr>
          <w:sz w:val="22"/>
        </w:rPr>
        <w:t xml:space="preserve">    C. 完备经济制度</w:t>
      </w:r>
    </w:p>
    <w:p>
      <w:pPr>
        <w:spacing w:before="20" w:after="20"/>
      </w:pPr>
      <w:r>
        <w:rPr>
          <w:sz w:val="22"/>
        </w:rPr>
        <w:t xml:space="preserve">    D. 成熟文化体系</w:t>
      </w:r>
    </w:p>
    <w:p>
      <w:pPr>
        <w:spacing w:before="160"/>
      </w:pPr>
      <w:r>
        <w:rPr>
          <w:b/>
          <w:sz w:val="22"/>
        </w:rPr>
        <w:t>263. 党在过渡时期总路线的主要内容被概括为“一化三改”。其中“一化”是( )</w:t>
      </w:r>
    </w:p>
    <w:p>
      <w:pPr>
        <w:spacing w:before="20" w:after="20"/>
      </w:pPr>
      <w:r>
        <w:rPr>
          <w:sz w:val="22"/>
        </w:rPr>
        <w:t xml:space="preserve">    A. 生产的社会化</w:t>
      </w:r>
    </w:p>
    <w:p>
      <w:pPr>
        <w:spacing w:before="20" w:after="20"/>
      </w:pPr>
      <w:r>
        <w:rPr>
          <w:sz w:val="22"/>
        </w:rPr>
        <w:t xml:space="preserve">    B. 社会主义工业化</w:t>
      </w:r>
    </w:p>
    <w:p>
      <w:pPr>
        <w:spacing w:before="20" w:after="20"/>
      </w:pPr>
      <w:r>
        <w:rPr>
          <w:sz w:val="22"/>
        </w:rPr>
        <w:t xml:space="preserve">    C. 农业的机械化</w:t>
      </w:r>
    </w:p>
    <w:p>
      <w:pPr>
        <w:spacing w:before="20" w:after="20"/>
      </w:pPr>
      <w:r>
        <w:rPr>
          <w:sz w:val="22"/>
        </w:rPr>
        <w:t xml:space="preserve">    D. 手工业的机械化</w:t>
      </w:r>
    </w:p>
    <w:p>
      <w:pPr>
        <w:spacing w:before="160"/>
      </w:pPr>
      <w:r>
        <w:rPr>
          <w:b/>
          <w:sz w:val="22"/>
        </w:rPr>
        <w:t>264. ( )就是坚持独立思考，走自己的路，坚定不移地维护民族独立.捍卫国家主权，把立足点放在依靠自己力量的基础上，同时积极争取外援，开展国际经济文化交流，学习外国一切对我们有益的先进事物。</w:t>
      </w:r>
    </w:p>
    <w:p>
      <w:pPr>
        <w:spacing w:before="20" w:after="20"/>
      </w:pPr>
      <w:r>
        <w:rPr>
          <w:sz w:val="22"/>
        </w:rPr>
        <w:t xml:space="preserve">    A. 实事求是</w:t>
      </w:r>
    </w:p>
    <w:p>
      <w:pPr>
        <w:spacing w:before="20" w:after="20"/>
      </w:pPr>
      <w:r>
        <w:rPr>
          <w:sz w:val="22"/>
        </w:rPr>
        <w:t xml:space="preserve">    B. 群众路线</w:t>
      </w:r>
    </w:p>
    <w:p>
      <w:pPr>
        <w:spacing w:before="20" w:after="20"/>
      </w:pPr>
      <w:r>
        <w:rPr>
          <w:sz w:val="22"/>
        </w:rPr>
        <w:t xml:space="preserve">    C. 独立自主</w:t>
      </w:r>
    </w:p>
    <w:p>
      <w:pPr>
        <w:spacing w:before="20" w:after="20"/>
      </w:pPr>
      <w:r>
        <w:rPr>
          <w:sz w:val="22"/>
        </w:rPr>
        <w:t xml:space="preserve">    D. 武装斗争</w:t>
      </w:r>
    </w:p>
    <w:p>
      <w:pPr>
        <w:pStyle w:val="Heading1"/>
      </w:pPr>
      <w:r>
        <w:rPr>
          <w:sz w:val="32"/>
        </w:rPr>
        <w:t>二、多选题（共 170 题）</w:t>
      </w:r>
    </w:p>
    <w:p>
      <w:pPr>
        <w:spacing w:before="160"/>
      </w:pPr>
      <w:r>
        <w:rPr>
          <w:b/>
          <w:sz w:val="22"/>
        </w:rPr>
        <w:t>265. 新民主主义革命时期，中国共产党领导的武装斗争实质上是无产阶级领导的农民战争，这是因为( )。​</w:t>
      </w:r>
    </w:p>
    <w:p>
      <w:pPr>
        <w:spacing w:before="20" w:after="20"/>
      </w:pPr>
      <w:r>
        <w:rPr>
          <w:sz w:val="22"/>
        </w:rPr>
        <w:t xml:space="preserve">    A. 农民是中国革命的主要力量</w:t>
      </w:r>
    </w:p>
    <w:p>
      <w:pPr>
        <w:spacing w:before="20" w:after="20"/>
      </w:pPr>
      <w:r>
        <w:rPr>
          <w:sz w:val="22"/>
        </w:rPr>
        <w:t xml:space="preserve">    B. 农民是中国军队的主要来源</w:t>
      </w:r>
    </w:p>
    <w:p>
      <w:pPr>
        <w:spacing w:before="20" w:after="20"/>
      </w:pPr>
      <w:r>
        <w:rPr>
          <w:sz w:val="22"/>
        </w:rPr>
        <w:t xml:space="preserve">    C. 农村是革命的重要战略基地</w:t>
      </w:r>
    </w:p>
    <w:p>
      <w:pPr>
        <w:spacing w:before="20" w:after="20"/>
      </w:pPr>
      <w:r>
        <w:rPr>
          <w:sz w:val="22"/>
        </w:rPr>
        <w:t xml:space="preserve">    D. 中国革命的基本内容是解决农民的土地问题</w:t>
      </w:r>
    </w:p>
    <w:p>
      <w:pPr>
        <w:spacing w:before="160"/>
      </w:pPr>
      <w:r>
        <w:rPr>
          <w:b/>
          <w:sz w:val="22"/>
        </w:rPr>
        <w:t>266. 我国对资本主义工商业进行社会主义改造的经验有( )</w:t>
      </w:r>
    </w:p>
    <w:p>
      <w:pPr>
        <w:spacing w:before="20" w:after="20"/>
      </w:pPr>
      <w:r>
        <w:rPr>
          <w:sz w:val="22"/>
        </w:rPr>
        <w:t xml:space="preserve">    A. 严格区别官僚资本和民族资本的界限，实行了和平赎买，和平地实现了和平关系的深刻变革</w:t>
      </w:r>
    </w:p>
    <w:p>
      <w:pPr>
        <w:spacing w:before="20" w:after="20"/>
      </w:pPr>
      <w:r>
        <w:rPr>
          <w:sz w:val="22"/>
        </w:rPr>
        <w:t xml:space="preserve">    B. 创造了国家资本主义的多种形式，采取了由低级到高级逐步过渡的形势</w:t>
      </w:r>
    </w:p>
    <w:p>
      <w:pPr>
        <w:spacing w:before="20" w:after="20"/>
      </w:pPr>
      <w:r>
        <w:rPr>
          <w:sz w:val="22"/>
        </w:rPr>
        <w:t xml:space="preserve">    C. 把对企业的改造和对资本家的改造结合起来，把资本家改造成自食其力的劳动者</w:t>
      </w:r>
    </w:p>
    <w:p>
      <w:pPr>
        <w:spacing w:before="20" w:after="20"/>
      </w:pPr>
      <w:r>
        <w:rPr>
          <w:sz w:val="22"/>
        </w:rPr>
        <w:t xml:space="preserve">    D. 对私人资本主义的赎买政策应始终坚持“四马分肥”</w:t>
      </w:r>
    </w:p>
    <w:p>
      <w:pPr>
        <w:spacing w:before="160"/>
      </w:pPr>
      <w:r>
        <w:rPr>
          <w:b/>
          <w:sz w:val="22"/>
        </w:rPr>
        <w:t>267. 新世纪新阶段，我国进入( )，经济社会发展呈现一系列新的阶段性特征。</w:t>
      </w:r>
    </w:p>
    <w:p>
      <w:pPr>
        <w:spacing w:before="20" w:after="20"/>
      </w:pPr>
      <w:r>
        <w:rPr>
          <w:sz w:val="22"/>
        </w:rPr>
        <w:t xml:space="preserve">    A. 发展关键期</w:t>
      </w:r>
    </w:p>
    <w:p>
      <w:pPr>
        <w:spacing w:before="20" w:after="20"/>
      </w:pPr>
      <w:r>
        <w:rPr>
          <w:sz w:val="22"/>
        </w:rPr>
        <w:t xml:space="preserve">    B. 改革攻坚期</w:t>
      </w:r>
    </w:p>
    <w:p>
      <w:pPr>
        <w:spacing w:before="20" w:after="20"/>
      </w:pPr>
      <w:r>
        <w:rPr>
          <w:sz w:val="22"/>
        </w:rPr>
        <w:t xml:space="preserve">    C. 开放活跃期</w:t>
      </w:r>
    </w:p>
    <w:p>
      <w:pPr>
        <w:spacing w:before="20" w:after="20"/>
      </w:pPr>
      <w:r>
        <w:rPr>
          <w:sz w:val="22"/>
        </w:rPr>
        <w:t xml:space="preserve">    D. 矛盾凸显期</w:t>
      </w:r>
    </w:p>
    <w:p>
      <w:pPr>
        <w:spacing w:before="160"/>
      </w:pPr>
      <w:r>
        <w:rPr>
          <w:b/>
          <w:sz w:val="22"/>
        </w:rPr>
        <w:t>268. 邓小平理论围绕的基本理论问题是( )</w:t>
      </w:r>
    </w:p>
    <w:p>
      <w:pPr>
        <w:spacing w:before="20" w:after="20"/>
      </w:pPr>
      <w:r>
        <w:rPr>
          <w:sz w:val="22"/>
        </w:rPr>
        <w:t xml:space="preserve">    A. 什么是社会主义</w:t>
      </w:r>
    </w:p>
    <w:p>
      <w:pPr>
        <w:spacing w:before="20" w:after="20"/>
      </w:pPr>
      <w:r>
        <w:rPr>
          <w:sz w:val="22"/>
        </w:rPr>
        <w:t xml:space="preserve">    B. 怎样建设社会主义</w:t>
      </w:r>
    </w:p>
    <w:p>
      <w:pPr>
        <w:spacing w:before="20" w:after="20"/>
      </w:pPr>
      <w:r>
        <w:rPr>
          <w:sz w:val="22"/>
        </w:rPr>
        <w:t xml:space="preserve">    C. 建设什么样的党</w:t>
      </w:r>
    </w:p>
    <w:p>
      <w:pPr>
        <w:spacing w:before="20" w:after="20"/>
      </w:pPr>
      <w:r>
        <w:rPr>
          <w:sz w:val="22"/>
        </w:rPr>
        <w:t xml:space="preserve">    D. 怎样建设党</w:t>
      </w:r>
    </w:p>
    <w:p>
      <w:pPr>
        <w:spacing w:before="160"/>
      </w:pPr>
      <w:r>
        <w:rPr>
          <w:b/>
          <w:sz w:val="22"/>
        </w:rPr>
        <w:t>269. 毛泽东思想的活的灵魂是:( )(1.0) `[分]`</w:t>
      </w:r>
    </w:p>
    <w:p>
      <w:pPr>
        <w:spacing w:before="20" w:after="20"/>
      </w:pPr>
      <w:r>
        <w:rPr>
          <w:sz w:val="22"/>
        </w:rPr>
        <w:t xml:space="preserve">    A. 实事求是</w:t>
      </w:r>
    </w:p>
    <w:p>
      <w:pPr>
        <w:spacing w:before="20" w:after="20"/>
      </w:pPr>
      <w:r>
        <w:rPr>
          <w:sz w:val="22"/>
        </w:rPr>
        <w:t xml:space="preserve">    B. 群众路线</w:t>
      </w:r>
    </w:p>
    <w:p>
      <w:pPr>
        <w:spacing w:before="20" w:after="20"/>
      </w:pPr>
      <w:r>
        <w:rPr>
          <w:sz w:val="22"/>
        </w:rPr>
        <w:t xml:space="preserve">    C. 独立自主</w:t>
      </w:r>
    </w:p>
    <w:p>
      <w:pPr>
        <w:spacing w:before="20" w:after="20"/>
      </w:pPr>
      <w:r>
        <w:rPr>
          <w:sz w:val="22"/>
        </w:rPr>
        <w:t xml:space="preserve">    D. 与时俱进</w:t>
      </w:r>
    </w:p>
    <w:p>
      <w:pPr>
        <w:spacing w:before="160"/>
      </w:pPr>
      <w:r>
        <w:rPr>
          <w:b/>
          <w:sz w:val="22"/>
        </w:rPr>
        <w:t>270. 近代中国社会的主要矛盾是( )。</w:t>
      </w:r>
    </w:p>
    <w:p>
      <w:pPr>
        <w:spacing w:before="20" w:after="20"/>
      </w:pPr>
      <w:r>
        <w:rPr>
          <w:sz w:val="22"/>
        </w:rPr>
        <w:t xml:space="preserve">    A. 帝国主义和中华民族的矛盾</w:t>
      </w:r>
    </w:p>
    <w:p>
      <w:pPr>
        <w:spacing w:before="20" w:after="20"/>
      </w:pPr>
      <w:r>
        <w:rPr>
          <w:sz w:val="22"/>
        </w:rPr>
        <w:t xml:space="preserve">    B. 封建主义和人民大众的矛盾</w:t>
      </w:r>
    </w:p>
    <w:p>
      <w:pPr>
        <w:spacing w:before="20" w:after="20"/>
      </w:pPr>
      <w:r>
        <w:rPr>
          <w:sz w:val="22"/>
        </w:rPr>
        <w:t xml:space="preserve">    C. 资产阶级和无产阶级的矛盾</w:t>
      </w:r>
    </w:p>
    <w:p>
      <w:pPr>
        <w:spacing w:before="20" w:after="20"/>
      </w:pPr>
      <w:r>
        <w:rPr>
          <w:sz w:val="22"/>
        </w:rPr>
        <w:t xml:space="preserve">    D. 地主阶级和农民阶级的矛盾</w:t>
      </w:r>
    </w:p>
    <w:p>
      <w:pPr>
        <w:spacing w:before="160"/>
      </w:pPr>
      <w:r>
        <w:rPr>
          <w:b/>
          <w:sz w:val="22"/>
        </w:rPr>
        <w:t>271. 毛泽东提出的“工农武装割据”思想包含( )。</w:t>
      </w:r>
    </w:p>
    <w:p>
      <w:pPr>
        <w:spacing w:before="20" w:after="20"/>
      </w:pPr>
      <w:r>
        <w:rPr>
          <w:sz w:val="22"/>
        </w:rPr>
        <w:t xml:space="preserve">    A. 武装斗争</w:t>
      </w:r>
    </w:p>
    <w:p>
      <w:pPr>
        <w:spacing w:before="20" w:after="20"/>
      </w:pPr>
      <w:r>
        <w:rPr>
          <w:sz w:val="22"/>
        </w:rPr>
        <w:t xml:space="preserve">    B. 土地革命</w:t>
      </w:r>
    </w:p>
    <w:p>
      <w:pPr>
        <w:spacing w:before="20" w:after="20"/>
      </w:pPr>
      <w:r>
        <w:rPr>
          <w:sz w:val="22"/>
        </w:rPr>
        <w:t xml:space="preserve">    C. 根据地建设</w:t>
      </w:r>
    </w:p>
    <w:p>
      <w:pPr>
        <w:spacing w:before="20" w:after="20"/>
      </w:pPr>
      <w:r>
        <w:rPr>
          <w:sz w:val="22"/>
        </w:rPr>
        <w:t xml:space="preserve">    D. 党的建设</w:t>
      </w:r>
    </w:p>
    <w:p>
      <w:pPr>
        <w:spacing w:before="160"/>
      </w:pPr>
      <w:r>
        <w:rPr>
          <w:b/>
          <w:sz w:val="22"/>
        </w:rPr>
        <w:t>272. 中国红色政权能够存在和发展的条件包括( )</w:t>
      </w:r>
    </w:p>
    <w:p>
      <w:pPr>
        <w:spacing w:before="20" w:after="20"/>
      </w:pPr>
      <w:r>
        <w:rPr>
          <w:sz w:val="22"/>
        </w:rPr>
        <w:t xml:space="preserve">    A. 近代中国政治经济发展不平衡</w:t>
      </w:r>
    </w:p>
    <w:p>
      <w:pPr>
        <w:spacing w:before="20" w:after="20"/>
      </w:pPr>
      <w:r>
        <w:rPr>
          <w:sz w:val="22"/>
        </w:rPr>
        <w:t xml:space="preserve">    B. 良好的群众革命基础</w:t>
      </w:r>
    </w:p>
    <w:p>
      <w:pPr>
        <w:spacing w:before="20" w:after="20"/>
      </w:pPr>
      <w:r>
        <w:rPr>
          <w:sz w:val="22"/>
        </w:rPr>
        <w:t xml:space="preserve">    C. 全国革命形势持续向前发展</w:t>
      </w:r>
    </w:p>
    <w:p>
      <w:pPr>
        <w:spacing w:before="20" w:after="20"/>
      </w:pPr>
      <w:r>
        <w:rPr>
          <w:sz w:val="22"/>
        </w:rPr>
        <w:t xml:space="preserve">    D. 有相当力量的正式红军存在</w:t>
      </w:r>
    </w:p>
    <w:p>
      <w:pPr>
        <w:spacing w:before="20" w:after="20"/>
      </w:pPr>
      <w:r>
        <w:rPr>
          <w:sz w:val="22"/>
        </w:rPr>
        <w:t xml:space="preserve">    E. 共产党组织坚强有力且路线正确</w:t>
      </w:r>
    </w:p>
    <w:p>
      <w:pPr>
        <w:spacing w:before="160"/>
      </w:pPr>
      <w:r>
        <w:rPr>
          <w:b/>
          <w:sz w:val="22"/>
        </w:rPr>
        <w:t>273. 新民主主义国家的国体“各革命阶级联合专政”中，包括的阶级有( )。</w:t>
      </w:r>
    </w:p>
    <w:p>
      <w:pPr>
        <w:spacing w:before="20" w:after="20"/>
      </w:pPr>
      <w:r>
        <w:rPr>
          <w:sz w:val="22"/>
        </w:rPr>
        <w:t xml:space="preserve">    A. 无产阶级</w:t>
      </w:r>
    </w:p>
    <w:p>
      <w:pPr>
        <w:spacing w:before="20" w:after="20"/>
      </w:pPr>
      <w:r>
        <w:rPr>
          <w:sz w:val="22"/>
        </w:rPr>
        <w:t xml:space="preserve">    B. 农民阶级</w:t>
      </w:r>
    </w:p>
    <w:p>
      <w:pPr>
        <w:spacing w:before="20" w:after="20"/>
      </w:pPr>
      <w:r>
        <w:rPr>
          <w:sz w:val="22"/>
        </w:rPr>
        <w:t xml:space="preserve">    C. 城市小资产阶级</w:t>
      </w:r>
    </w:p>
    <w:p>
      <w:pPr>
        <w:spacing w:before="20" w:after="20"/>
      </w:pPr>
      <w:r>
        <w:rPr>
          <w:sz w:val="22"/>
        </w:rPr>
        <w:t xml:space="preserve">    D. 民族资产阶级</w:t>
      </w:r>
    </w:p>
    <w:p>
      <w:pPr>
        <w:spacing w:before="160"/>
      </w:pPr>
      <w:r>
        <w:rPr>
          <w:b/>
          <w:sz w:val="22"/>
        </w:rPr>
        <w:t>274. 毛泽东关于社会主义发展阶段的观点表述正确的是:( )</w:t>
      </w:r>
    </w:p>
    <w:p>
      <w:pPr>
        <w:spacing w:before="20" w:after="20"/>
      </w:pPr>
      <w:r>
        <w:rPr>
          <w:sz w:val="22"/>
        </w:rPr>
        <w:t xml:space="preserve">    A. 第一个阶段是不发达的社会主义</w:t>
      </w:r>
    </w:p>
    <w:p>
      <w:pPr>
        <w:spacing w:before="20" w:after="20"/>
      </w:pPr>
      <w:r>
        <w:rPr>
          <w:sz w:val="22"/>
        </w:rPr>
        <w:t xml:space="preserve">    B. 第二个阶段是比较发达的社会主义</w:t>
      </w:r>
    </w:p>
    <w:p>
      <w:pPr>
        <w:spacing w:before="20" w:after="20"/>
      </w:pPr>
      <w:r>
        <w:rPr>
          <w:sz w:val="22"/>
        </w:rPr>
        <w:t xml:space="preserve">    C. 不发达的社会主义比比较发达的社会主义需要更长的时间</w:t>
      </w:r>
    </w:p>
    <w:p>
      <w:pPr>
        <w:spacing w:before="20" w:after="20"/>
      </w:pPr>
      <w:r>
        <w:rPr>
          <w:sz w:val="22"/>
        </w:rPr>
        <w:t xml:space="preserve">    D. 第二个阶段是相对发达的社会主义</w:t>
      </w:r>
    </w:p>
    <w:p>
      <w:pPr>
        <w:spacing w:before="160"/>
      </w:pPr>
      <w:r>
        <w:rPr>
          <w:b/>
          <w:sz w:val="22"/>
        </w:rPr>
        <w:t>275. 新民主主义革命时期党的建设主要内容包括( )</w:t>
      </w:r>
    </w:p>
    <w:p>
      <w:pPr>
        <w:spacing w:before="20" w:after="20"/>
      </w:pPr>
      <w:r>
        <w:rPr>
          <w:sz w:val="22"/>
        </w:rPr>
        <w:t xml:space="preserve">    A. 思想建设:用马克思主义武装全党</w:t>
      </w:r>
    </w:p>
    <w:p>
      <w:pPr>
        <w:spacing w:before="20" w:after="20"/>
      </w:pPr>
      <w:r>
        <w:rPr>
          <w:sz w:val="22"/>
        </w:rPr>
        <w:t xml:space="preserve">    B. 政治建设:坚持正确政治路线</w:t>
      </w:r>
    </w:p>
    <w:p>
      <w:pPr>
        <w:spacing w:before="20" w:after="20"/>
      </w:pPr>
      <w:r>
        <w:rPr>
          <w:sz w:val="22"/>
        </w:rPr>
        <w:t xml:space="preserve">    C. 组织建设:贯彻民主集中制原则</w:t>
      </w:r>
    </w:p>
    <w:p>
      <w:pPr>
        <w:spacing w:before="20" w:after="20"/>
      </w:pPr>
      <w:r>
        <w:rPr>
          <w:sz w:val="22"/>
        </w:rPr>
        <w:t xml:space="preserve">    D. 作风建设:培育三大优良作风</w:t>
      </w:r>
    </w:p>
    <w:p>
      <w:pPr>
        <w:spacing w:before="160"/>
      </w:pPr>
      <w:r>
        <w:rPr>
          <w:b/>
          <w:sz w:val="22"/>
        </w:rPr>
        <w:t>276. 中国共产党始终代表中国先进生产力的发展要求，就是要:</w:t>
      </w:r>
    </w:p>
    <w:p>
      <w:pPr>
        <w:spacing w:before="20" w:after="20"/>
      </w:pPr>
      <w:r>
        <w:rPr>
          <w:sz w:val="22"/>
        </w:rPr>
        <w:t xml:space="preserve">    A. 使生产关系和上层建筑的各个方面不断体现先进生产力的发展要求</w:t>
      </w:r>
    </w:p>
    <w:p>
      <w:pPr>
        <w:spacing w:before="20" w:after="20"/>
      </w:pPr>
      <w:r>
        <w:rPr>
          <w:sz w:val="22"/>
        </w:rPr>
        <w:t xml:space="preserve">    B. 完善社会主义市场经济体制</w:t>
      </w:r>
    </w:p>
    <w:p>
      <w:pPr>
        <w:spacing w:before="20" w:after="20"/>
      </w:pPr>
      <w:r>
        <w:rPr>
          <w:sz w:val="22"/>
        </w:rPr>
        <w:t xml:space="preserve">    C. 推进经济结构战略性调整</w:t>
      </w:r>
    </w:p>
    <w:p>
      <w:pPr>
        <w:spacing w:before="20" w:after="20"/>
      </w:pPr>
      <w:r>
        <w:rPr>
          <w:sz w:val="22"/>
        </w:rPr>
        <w:t xml:space="preserve">    D. 实现经济增长方式的根本转变</w:t>
      </w:r>
    </w:p>
    <w:p>
      <w:pPr>
        <w:spacing w:before="160"/>
      </w:pPr>
      <w:r>
        <w:rPr>
          <w:b/>
          <w:sz w:val="22"/>
        </w:rPr>
        <w:t>277. 新时代新征程，广大青年要通过深入的理论学习( )。</w:t>
      </w:r>
    </w:p>
    <w:p>
      <w:pPr>
        <w:spacing w:before="20" w:after="20"/>
      </w:pPr>
      <w:r>
        <w:rPr>
          <w:sz w:val="22"/>
        </w:rPr>
        <w:t xml:space="preserve">    A. 领会马克思主义如何改变中国与世界</w:t>
      </w:r>
    </w:p>
    <w:p>
      <w:pPr>
        <w:spacing w:before="20" w:after="20"/>
      </w:pPr>
      <w:r>
        <w:rPr>
          <w:sz w:val="22"/>
        </w:rPr>
        <w:t xml:space="preserve">    B. 感悟马克思主义的真理力量和实践力量</w:t>
      </w:r>
    </w:p>
    <w:p>
      <w:pPr>
        <w:spacing w:before="20" w:after="20"/>
      </w:pPr>
      <w:r>
        <w:rPr>
          <w:sz w:val="22"/>
        </w:rPr>
        <w:t xml:space="preserve">    C. 深化对马克思主义中国化时代化理论品质的认识</w:t>
      </w:r>
    </w:p>
    <w:p>
      <w:pPr>
        <w:spacing w:before="20" w:after="20"/>
      </w:pPr>
      <w:r>
        <w:rPr>
          <w:sz w:val="22"/>
        </w:rPr>
        <w:t xml:space="preserve">    D. 同学习马克思主义基本原理贯通起来</w:t>
      </w:r>
    </w:p>
    <w:p>
      <w:pPr>
        <w:spacing w:before="20" w:after="20"/>
      </w:pPr>
      <w:r>
        <w:rPr>
          <w:sz w:val="22"/>
        </w:rPr>
        <w:t xml:space="preserve">    E. 增强运用马克思主义武装头脑的自觉</w:t>
      </w:r>
    </w:p>
    <w:p>
      <w:pPr>
        <w:spacing w:before="160"/>
      </w:pPr>
      <w:r>
        <w:rPr>
          <w:b/>
          <w:sz w:val="22"/>
        </w:rPr>
        <w:t>278. 关于社会主义两类不同性质的矛盾表述正确的有:( )</w:t>
      </w:r>
    </w:p>
    <w:p>
      <w:pPr>
        <w:spacing w:before="20" w:after="20"/>
      </w:pPr>
      <w:r>
        <w:rPr>
          <w:sz w:val="22"/>
        </w:rPr>
        <w:t xml:space="preserve">    A. 反映在政治上可以划分为敌我矛盾和人民内部矛盾</w:t>
      </w:r>
    </w:p>
    <w:p>
      <w:pPr>
        <w:spacing w:before="20" w:after="20"/>
      </w:pPr>
      <w:r>
        <w:rPr>
          <w:sz w:val="22"/>
        </w:rPr>
        <w:t xml:space="preserve">    B. 人民内部矛盾是非对抗性的矛盾，处理不当就转化为对抗性的矛盾</w:t>
      </w:r>
    </w:p>
    <w:p>
      <w:pPr>
        <w:spacing w:before="20" w:after="20"/>
      </w:pPr>
      <w:r>
        <w:rPr>
          <w:sz w:val="22"/>
        </w:rPr>
        <w:t xml:space="preserve">    C. 用专政.说服教育的方法解决敌我矛盾</w:t>
      </w:r>
    </w:p>
    <w:p>
      <w:pPr>
        <w:spacing w:before="20" w:after="20"/>
      </w:pPr>
      <w:r>
        <w:rPr>
          <w:sz w:val="22"/>
        </w:rPr>
        <w:t xml:space="preserve">    D. 人民同反抗社会主义主义革命的社会势力和社会集团的矛盾属于人民内部矛盾</w:t>
      </w:r>
    </w:p>
    <w:p>
      <w:pPr>
        <w:spacing w:before="160"/>
      </w:pPr>
      <w:r>
        <w:rPr>
          <w:b/>
          <w:sz w:val="22"/>
        </w:rPr>
        <w:t>279. 邓小平指出，党的干部队伍建设要坚持( )</w:t>
      </w:r>
    </w:p>
    <w:p>
      <w:pPr>
        <w:spacing w:before="20" w:after="20"/>
      </w:pPr>
      <w:r>
        <w:rPr>
          <w:sz w:val="22"/>
        </w:rPr>
        <w:t xml:space="preserve">    A. 革命化</w:t>
      </w:r>
    </w:p>
    <w:p>
      <w:pPr>
        <w:spacing w:before="20" w:after="20"/>
      </w:pPr>
      <w:r>
        <w:rPr>
          <w:sz w:val="22"/>
        </w:rPr>
        <w:t xml:space="preserve">    B. 年轻化</w:t>
      </w:r>
    </w:p>
    <w:p>
      <w:pPr>
        <w:spacing w:before="20" w:after="20"/>
      </w:pPr>
      <w:r>
        <w:rPr>
          <w:sz w:val="22"/>
        </w:rPr>
        <w:t xml:space="preserve">    C. 知识化</w:t>
      </w:r>
    </w:p>
    <w:p>
      <w:pPr>
        <w:spacing w:before="20" w:after="20"/>
      </w:pPr>
      <w:r>
        <w:rPr>
          <w:sz w:val="22"/>
        </w:rPr>
        <w:t xml:space="preserve">    D. 专业化</w:t>
      </w:r>
    </w:p>
    <w:p>
      <w:pPr>
        <w:spacing w:before="160"/>
      </w:pPr>
      <w:r>
        <w:rPr>
          <w:b/>
          <w:sz w:val="22"/>
        </w:rPr>
        <w:t>280. 党的十一届三中全会以后，以邓小平同志为主要代表的中国共产党人( )。</w:t>
      </w:r>
    </w:p>
    <w:p>
      <w:pPr>
        <w:spacing w:before="20" w:after="20"/>
      </w:pPr>
      <w:r>
        <w:rPr>
          <w:sz w:val="22"/>
        </w:rPr>
        <w:t xml:space="preserve">    A. 创立了邓小平理论</w:t>
      </w:r>
    </w:p>
    <w:p>
      <w:pPr>
        <w:spacing w:before="20" w:after="20"/>
      </w:pPr>
      <w:r>
        <w:rPr>
          <w:sz w:val="22"/>
        </w:rPr>
        <w:t xml:space="preserve">    B. 作出改革开放的历史性决策</w:t>
      </w:r>
    </w:p>
    <w:p>
      <w:pPr>
        <w:spacing w:before="20" w:after="20"/>
      </w:pPr>
      <w:r>
        <w:rPr>
          <w:sz w:val="22"/>
        </w:rPr>
        <w:t xml:space="preserve">    C. 深刻揭示社会主义本质</w:t>
      </w:r>
    </w:p>
    <w:p>
      <w:pPr>
        <w:spacing w:before="20" w:after="20"/>
      </w:pPr>
      <w:r>
        <w:rPr>
          <w:sz w:val="22"/>
        </w:rPr>
        <w:t xml:space="preserve">    D. 确立社会主义初级阶段基本路线</w:t>
      </w:r>
    </w:p>
    <w:p>
      <w:pPr>
        <w:spacing w:before="20" w:after="20"/>
      </w:pPr>
      <w:r>
        <w:rPr>
          <w:sz w:val="22"/>
        </w:rPr>
        <w:t xml:space="preserve">    E. 明确提出走自己的路.建设中国特色社会主义</w:t>
      </w:r>
    </w:p>
    <w:p>
      <w:pPr>
        <w:spacing w:before="160"/>
      </w:pPr>
      <w:r>
        <w:rPr>
          <w:b/>
          <w:sz w:val="22"/>
        </w:rPr>
        <w:t>281. 毛泽东指出:“国家的统一,人民的团结,国内各民族的团结,这是我们的事业必定要胜利的基本保证。”这一思想对于我们在新的历史条件下处理民族关系的现实意义有( )。</w:t>
      </w:r>
    </w:p>
    <w:p>
      <w:pPr>
        <w:spacing w:before="20" w:after="20"/>
      </w:pPr>
      <w:r>
        <w:rPr>
          <w:sz w:val="22"/>
        </w:rPr>
        <w:t xml:space="preserve">    A. 民族关系始终是我们这个多民族国家至关重要的政治和社会关系</w:t>
      </w:r>
    </w:p>
    <w:p>
      <w:pPr>
        <w:spacing w:before="20" w:after="20"/>
      </w:pPr>
      <w:r>
        <w:rPr>
          <w:sz w:val="22"/>
        </w:rPr>
        <w:t xml:space="preserve">    B. 民族问题始终是建设中国特色社会主义必须认真解决的一个重大问题</w:t>
      </w:r>
    </w:p>
    <w:p>
      <w:pPr>
        <w:spacing w:before="20" w:after="20"/>
      </w:pPr>
      <w:r>
        <w:rPr>
          <w:sz w:val="22"/>
        </w:rPr>
        <w:t xml:space="preserve">    C. 巩固和发展各民族的团结关系到国家的统一和边疆巩固</w:t>
      </w:r>
    </w:p>
    <w:p>
      <w:pPr>
        <w:spacing w:before="20" w:after="20"/>
      </w:pPr>
      <w:r>
        <w:rPr>
          <w:sz w:val="22"/>
        </w:rPr>
        <w:t xml:space="preserve">    D. 加强和巩固各民族的团结是实现中华民族伟大复兴的必然要求</w:t>
      </w:r>
    </w:p>
    <w:p>
      <w:pPr>
        <w:spacing w:before="160"/>
      </w:pPr>
      <w:r>
        <w:rPr>
          <w:b/>
          <w:sz w:val="22"/>
        </w:rPr>
        <w:t>282. 下列对毛泽东的评价正确的是( )</w:t>
      </w:r>
    </w:p>
    <w:p>
      <w:pPr>
        <w:spacing w:before="20" w:after="20"/>
      </w:pPr>
      <w:r>
        <w:rPr>
          <w:sz w:val="22"/>
        </w:rPr>
        <w:t xml:space="preserve">    A. 毛泽东是伟大的马克思主义者.伟大的无产阶级革命家.战略家和理论家，他的一生为党和人民的事业作出了杰出贡献</w:t>
      </w:r>
    </w:p>
    <w:p>
      <w:pPr>
        <w:spacing w:before="20" w:after="20"/>
      </w:pPr>
      <w:r>
        <w:rPr>
          <w:sz w:val="22"/>
        </w:rPr>
        <w:t xml:space="preserve">    B. 毛泽东为中国共产党和中国人民解放军的创立和发展，为中国各族人民解放事业的胜利，为中华人民共和国的缔造和社会主义事业的发展，建立了不可磨灭的功勋</w:t>
      </w:r>
    </w:p>
    <w:p>
      <w:pPr>
        <w:spacing w:before="20" w:after="20"/>
      </w:pPr>
      <w:r>
        <w:rPr>
          <w:sz w:val="22"/>
        </w:rPr>
        <w:t xml:space="preserve">    C. 毛泽东的功绩是第一位.错误是第二位</w:t>
      </w:r>
    </w:p>
    <w:p>
      <w:pPr>
        <w:spacing w:before="20" w:after="20"/>
      </w:pPr>
      <w:r>
        <w:rPr>
          <w:sz w:val="22"/>
        </w:rPr>
        <w:t xml:space="preserve">    D. 毛泽东为世界被压迫民族的解放和人类进步事业作出了重大贡献</w:t>
      </w:r>
    </w:p>
    <w:p>
      <w:pPr>
        <w:spacing w:before="160"/>
      </w:pPr>
      <w:r>
        <w:rPr>
          <w:b/>
          <w:sz w:val="22"/>
        </w:rPr>
        <w:t>283. 社会主义建设总路线的内容包括( )。</w:t>
      </w:r>
    </w:p>
    <w:p>
      <w:pPr>
        <w:spacing w:before="20" w:after="20"/>
      </w:pPr>
      <w:r>
        <w:rPr>
          <w:sz w:val="22"/>
        </w:rPr>
        <w:t xml:space="preserve">    A. 鼓足干劲</w:t>
      </w:r>
    </w:p>
    <w:p>
      <w:pPr>
        <w:spacing w:before="20" w:after="20"/>
      </w:pPr>
      <w:r>
        <w:rPr>
          <w:sz w:val="22"/>
        </w:rPr>
        <w:t xml:space="preserve">    B. 力争上游</w:t>
      </w:r>
    </w:p>
    <w:p>
      <w:pPr>
        <w:spacing w:before="20" w:after="20"/>
      </w:pPr>
      <w:r>
        <w:rPr>
          <w:sz w:val="22"/>
        </w:rPr>
        <w:t xml:space="preserve">    C. 多快好省地建设社会主义</w:t>
      </w:r>
    </w:p>
    <w:p>
      <w:pPr>
        <w:spacing w:before="20" w:after="20"/>
      </w:pPr>
      <w:r>
        <w:rPr>
          <w:sz w:val="22"/>
        </w:rPr>
        <w:t xml:space="preserve">    D. 调整、巩固、充实、提高</w:t>
      </w:r>
    </w:p>
    <w:p>
      <w:pPr>
        <w:spacing w:before="160"/>
      </w:pPr>
      <w:r>
        <w:rPr>
          <w:b/>
          <w:sz w:val="22"/>
        </w:rPr>
        <w:t>284. 毛泽东提出“以苏为鉴”，探索中国自己的社会主义建设道路的背景包括( )。</w:t>
      </w:r>
    </w:p>
    <w:p>
      <w:pPr>
        <w:spacing w:before="20" w:after="20"/>
      </w:pPr>
      <w:r>
        <w:rPr>
          <w:sz w:val="22"/>
        </w:rPr>
        <w:t xml:space="preserve">    A. 苏联模式的弊端逐渐暴露</w:t>
      </w:r>
    </w:p>
    <w:p>
      <w:pPr>
        <w:spacing w:before="20" w:after="20"/>
      </w:pPr>
      <w:r>
        <w:rPr>
          <w:sz w:val="22"/>
        </w:rPr>
        <w:t xml:space="preserve">    B. 中国需要根据自己的国情建设社会主义</w:t>
      </w:r>
    </w:p>
    <w:p>
      <w:pPr>
        <w:spacing w:before="20" w:after="20"/>
      </w:pPr>
      <w:r>
        <w:rPr>
          <w:sz w:val="22"/>
        </w:rPr>
        <w:t xml:space="preserve">    C. 中苏关系恶化</w:t>
      </w:r>
    </w:p>
    <w:p>
      <w:pPr>
        <w:spacing w:before="20" w:after="20"/>
      </w:pPr>
      <w:r>
        <w:rPr>
          <w:sz w:val="22"/>
        </w:rPr>
        <w:t xml:space="preserve">    D. 中国已经完全掌握了社会主义建设规律</w:t>
      </w:r>
    </w:p>
    <w:p>
      <w:pPr>
        <w:spacing w:before="160"/>
      </w:pPr>
      <w:r>
        <w:rPr>
          <w:b/>
          <w:sz w:val="22"/>
        </w:rPr>
        <w:t>285. 下列对手工业生产合作社描述正确的是( )</w:t>
      </w:r>
    </w:p>
    <w:p>
      <w:pPr>
        <w:spacing w:before="20" w:after="20"/>
      </w:pPr>
      <w:r>
        <w:rPr>
          <w:sz w:val="22"/>
        </w:rPr>
        <w:t xml:space="preserve">    A. 社会主义萌芽性质</w:t>
      </w:r>
    </w:p>
    <w:p>
      <w:pPr>
        <w:spacing w:before="20" w:after="20"/>
      </w:pPr>
      <w:r>
        <w:rPr>
          <w:sz w:val="22"/>
        </w:rPr>
        <w:t xml:space="preserve">    B. 生产资料全部归集体所有</w:t>
      </w:r>
    </w:p>
    <w:p>
      <w:pPr>
        <w:spacing w:before="20" w:after="20"/>
      </w:pPr>
      <w:r>
        <w:rPr>
          <w:sz w:val="22"/>
        </w:rPr>
        <w:t xml:space="preserve">    C. 统一经营，入社人员参加集体劳动，按劳分配</w:t>
      </w:r>
    </w:p>
    <w:p>
      <w:pPr>
        <w:spacing w:before="20" w:after="20"/>
      </w:pPr>
      <w:r>
        <w:rPr>
          <w:sz w:val="22"/>
        </w:rPr>
        <w:t xml:space="preserve">    D. 社会主义性质</w:t>
      </w:r>
    </w:p>
    <w:p>
      <w:pPr>
        <w:spacing w:before="160"/>
      </w:pPr>
      <w:r>
        <w:rPr>
          <w:b/>
          <w:sz w:val="22"/>
        </w:rPr>
        <w:t>286. 党的十三大确立的党在社会主义初级阶段的基本路线中，建设“富强、民主、文明的社会主义现代化国家”体现了( )</w:t>
      </w:r>
    </w:p>
    <w:p>
      <w:pPr>
        <w:spacing w:before="20" w:after="20"/>
      </w:pPr>
      <w:r>
        <w:rPr>
          <w:sz w:val="22"/>
        </w:rPr>
        <w:t xml:space="preserve">    A. 经济领域的目标和要求</w:t>
      </w:r>
    </w:p>
    <w:p>
      <w:pPr>
        <w:spacing w:before="20" w:after="20"/>
      </w:pPr>
      <w:r>
        <w:rPr>
          <w:sz w:val="22"/>
        </w:rPr>
        <w:t xml:space="preserve">    B. 政治领域的目标和要求</w:t>
      </w:r>
    </w:p>
    <w:p>
      <w:pPr>
        <w:spacing w:before="20" w:after="20"/>
      </w:pPr>
      <w:r>
        <w:rPr>
          <w:sz w:val="22"/>
        </w:rPr>
        <w:t xml:space="preserve">    C. 思想文化领域的目标和要求</w:t>
      </w:r>
    </w:p>
    <w:p>
      <w:pPr>
        <w:spacing w:before="20" w:after="20"/>
      </w:pPr>
      <w:r>
        <w:rPr>
          <w:sz w:val="22"/>
        </w:rPr>
        <w:t xml:space="preserve">    D. 生态文明领域的目标和要求</w:t>
      </w:r>
    </w:p>
    <w:p>
      <w:pPr>
        <w:spacing w:before="160"/>
      </w:pPr>
      <w:r>
        <w:rPr>
          <w:b/>
          <w:sz w:val="22"/>
        </w:rPr>
        <w:t>287. 中共八大指出进一步加强社会主义民主政治建设必须做到:( )</w:t>
      </w:r>
    </w:p>
    <w:p>
      <w:pPr>
        <w:spacing w:before="20" w:after="20"/>
      </w:pPr>
      <w:r>
        <w:rPr>
          <w:sz w:val="22"/>
        </w:rPr>
        <w:t xml:space="preserve">    A. 加强党对国家机关的领导和监督</w:t>
      </w:r>
    </w:p>
    <w:p>
      <w:pPr>
        <w:spacing w:before="20" w:after="20"/>
      </w:pPr>
      <w:r>
        <w:rPr>
          <w:sz w:val="22"/>
        </w:rPr>
        <w:t xml:space="preserve">    B. 系统地制定比较完备的法律，健全发展</w:t>
      </w:r>
    </w:p>
    <w:p>
      <w:pPr>
        <w:spacing w:before="20" w:after="20"/>
      </w:pPr>
      <w:r>
        <w:rPr>
          <w:sz w:val="22"/>
        </w:rPr>
        <w:t xml:space="preserve">    C. 团结一切可以团结的力量，把当前的注意力转到社会主义建设上来</w:t>
      </w:r>
    </w:p>
    <w:p>
      <w:pPr>
        <w:spacing w:before="20" w:after="20"/>
      </w:pPr>
      <w:r>
        <w:rPr>
          <w:sz w:val="22"/>
        </w:rPr>
        <w:t xml:space="preserve">    D. 加强民主集中制</w:t>
      </w:r>
    </w:p>
    <w:p>
      <w:pPr>
        <w:spacing w:before="160"/>
      </w:pPr>
      <w:r>
        <w:rPr>
          <w:b/>
          <w:sz w:val="22"/>
        </w:rPr>
        <w:t>288. 根据形势的发展，毛泽东提出两个“中间地带”战略思想，下列说法正确的是( )。</w:t>
      </w:r>
    </w:p>
    <w:p>
      <w:pPr>
        <w:spacing w:before="20" w:after="20"/>
      </w:pPr>
      <w:r>
        <w:rPr>
          <w:sz w:val="22"/>
        </w:rPr>
        <w:t xml:space="preserve">    A. 亚洲、非洲、拉丁美洲是第一个中间地带</w:t>
      </w:r>
    </w:p>
    <w:p>
      <w:pPr>
        <w:spacing w:before="20" w:after="20"/>
      </w:pPr>
      <w:r>
        <w:rPr>
          <w:sz w:val="22"/>
        </w:rPr>
        <w:t xml:space="preserve">    B. 欧洲、北美加拿大、大洋洲加上日本是第二个中间地带</w:t>
      </w:r>
    </w:p>
    <w:p>
      <w:pPr>
        <w:spacing w:before="20" w:after="20"/>
      </w:pPr>
      <w:r>
        <w:rPr>
          <w:sz w:val="22"/>
        </w:rPr>
        <w:t xml:space="preserve">    C. 争取“中间地带”，发展同亚非拉国家的关系，成为当时中国对外政策的一个重要组成部分。</w:t>
      </w:r>
    </w:p>
    <w:p>
      <w:pPr>
        <w:spacing w:before="20" w:after="20"/>
      </w:pPr>
      <w:r>
        <w:rPr>
          <w:sz w:val="22"/>
        </w:rPr>
        <w:t xml:space="preserve">    D. 两个“中间地带”都反对美国的控制，在东欧各国则发生反对苏联控制的问题。</w:t>
      </w:r>
    </w:p>
    <w:p>
      <w:pPr>
        <w:spacing w:before="160"/>
      </w:pPr>
      <w:r>
        <w:rPr>
          <w:b/>
          <w:sz w:val="22"/>
        </w:rPr>
        <w:t>289. 党的十八大以来，中国特色社会主义进入新时代，以习近平同志为主要代表的中国共产党人，提出一系列原创性的治国理政新理念新思想新战略，主要系统回答新时代哪些重大时代课题?( )</w:t>
      </w:r>
    </w:p>
    <w:p>
      <w:pPr>
        <w:spacing w:before="20" w:after="20"/>
      </w:pPr>
      <w:r>
        <w:rPr>
          <w:sz w:val="22"/>
        </w:rPr>
        <w:t xml:space="preserve">    A. 坚持和发展什么样的中国特色社会主义.怎样坚持和发展中国特色社会主义</w:t>
      </w:r>
    </w:p>
    <w:p>
      <w:pPr>
        <w:spacing w:before="20" w:after="20"/>
      </w:pPr>
      <w:r>
        <w:rPr>
          <w:sz w:val="22"/>
        </w:rPr>
        <w:t xml:space="preserve">    B. 建设什么样的社会主义现代化强国.怎样建设社会主义现代化强国</w:t>
      </w:r>
    </w:p>
    <w:p>
      <w:pPr>
        <w:spacing w:before="20" w:after="20"/>
      </w:pPr>
      <w:r>
        <w:rPr>
          <w:sz w:val="22"/>
        </w:rPr>
        <w:t xml:space="preserve">    C. 建设什么样的党.怎样建设党，实现什么样的发展.怎样发展</w:t>
      </w:r>
    </w:p>
    <w:p>
      <w:pPr>
        <w:spacing w:before="20" w:after="20"/>
      </w:pPr>
      <w:r>
        <w:rPr>
          <w:sz w:val="22"/>
        </w:rPr>
        <w:t xml:space="preserve">    D. 建设什么样的长期执政的马克思主义政党.怎样建设长期执政的马克思主义政党</w:t>
      </w:r>
    </w:p>
    <w:p>
      <w:pPr>
        <w:spacing w:before="160"/>
      </w:pPr>
      <w:r>
        <w:rPr>
          <w:b/>
          <w:sz w:val="22"/>
        </w:rPr>
        <w:t>290. 毛泽东思想“活的灵魂”包括( )</w:t>
      </w:r>
    </w:p>
    <w:p>
      <w:pPr>
        <w:spacing w:before="20" w:after="20"/>
      </w:pPr>
      <w:r>
        <w:rPr>
          <w:sz w:val="22"/>
        </w:rPr>
        <w:t xml:space="preserve">    A. 实事求是</w:t>
      </w:r>
    </w:p>
    <w:p>
      <w:pPr>
        <w:spacing w:before="20" w:after="20"/>
      </w:pPr>
      <w:r>
        <w:rPr>
          <w:sz w:val="22"/>
        </w:rPr>
        <w:t xml:space="preserve">    B. 群众路线</w:t>
      </w:r>
    </w:p>
    <w:p>
      <w:pPr>
        <w:spacing w:before="20" w:after="20"/>
      </w:pPr>
      <w:r>
        <w:rPr>
          <w:sz w:val="22"/>
        </w:rPr>
        <w:t xml:space="preserve">    C. 独立自主</w:t>
      </w:r>
    </w:p>
    <w:p>
      <w:pPr>
        <w:spacing w:before="20" w:after="20"/>
      </w:pPr>
      <w:r>
        <w:rPr>
          <w:sz w:val="22"/>
        </w:rPr>
        <w:t xml:space="preserve">    D. 武装斗争</w:t>
      </w:r>
    </w:p>
    <w:p>
      <w:pPr>
        <w:spacing w:before="160"/>
      </w:pPr>
      <w:r>
        <w:rPr>
          <w:b/>
          <w:sz w:val="22"/>
        </w:rPr>
        <w:t>291. 一切从实际出发就是要从当前的、现实的、已经发生重大变化的实际出发,坚持以我国改革开放和现代化建设的实际问题,以我们正在做的事情为中心,着眼于( )。</w:t>
      </w:r>
    </w:p>
    <w:p>
      <w:pPr>
        <w:spacing w:before="20" w:after="20"/>
      </w:pPr>
      <w:r>
        <w:rPr>
          <w:sz w:val="22"/>
        </w:rPr>
        <w:t xml:space="preserve">    A. 马克思主义理论的运用</w:t>
      </w:r>
    </w:p>
    <w:p>
      <w:pPr>
        <w:spacing w:before="20" w:after="20"/>
      </w:pPr>
      <w:r>
        <w:rPr>
          <w:sz w:val="22"/>
        </w:rPr>
        <w:t xml:space="preserve">    B. 对实际问题的理论思考</w:t>
      </w:r>
    </w:p>
    <w:p>
      <w:pPr>
        <w:spacing w:before="20" w:after="20"/>
      </w:pPr>
      <w:r>
        <w:rPr>
          <w:sz w:val="22"/>
        </w:rPr>
        <w:t xml:space="preserve">    C. 新的实践和新的发展</w:t>
      </w:r>
    </w:p>
    <w:p>
      <w:pPr>
        <w:spacing w:before="20" w:after="20"/>
      </w:pPr>
      <w:r>
        <w:rPr>
          <w:sz w:val="22"/>
        </w:rPr>
        <w:t xml:space="preserve">    D. 新的理论和新的实践</w:t>
      </w:r>
    </w:p>
    <w:p>
      <w:pPr>
        <w:spacing w:before="160"/>
      </w:pPr>
      <w:r>
        <w:rPr>
          <w:b/>
          <w:sz w:val="22"/>
        </w:rPr>
        <w:t>292. 中国特色社会主义理论体系形成的实践基础，是( )。</w:t>
      </w:r>
    </w:p>
    <w:p>
      <w:pPr>
        <w:spacing w:before="20" w:after="20"/>
      </w:pPr>
      <w:r>
        <w:rPr>
          <w:sz w:val="22"/>
        </w:rPr>
        <w:t xml:space="preserve">    A. 改革开放的实践</w:t>
      </w:r>
    </w:p>
    <w:p>
      <w:pPr>
        <w:spacing w:before="20" w:after="20"/>
      </w:pPr>
      <w:r>
        <w:rPr>
          <w:sz w:val="22"/>
        </w:rPr>
        <w:t xml:space="preserve">    B. 社会主义现代化建设的实践</w:t>
      </w:r>
    </w:p>
    <w:p>
      <w:pPr>
        <w:spacing w:before="20" w:after="20"/>
      </w:pPr>
      <w:r>
        <w:rPr>
          <w:sz w:val="22"/>
        </w:rPr>
        <w:t xml:space="preserve">    C. 新民主主义革命的实践</w:t>
      </w:r>
    </w:p>
    <w:p>
      <w:pPr>
        <w:spacing w:before="20" w:after="20"/>
      </w:pPr>
      <w:r>
        <w:rPr>
          <w:sz w:val="22"/>
        </w:rPr>
        <w:t xml:space="preserve">    D. 社会主义革命的实践</w:t>
      </w:r>
    </w:p>
    <w:p>
      <w:pPr>
        <w:spacing w:before="20" w:after="20"/>
      </w:pPr>
      <w:r>
        <w:rPr>
          <w:sz w:val="22"/>
        </w:rPr>
        <w:t xml:space="preserve">    E. 闭关锁国的实践</w:t>
      </w:r>
    </w:p>
    <w:p>
      <w:pPr>
        <w:spacing w:before="160"/>
      </w:pPr>
      <w:r>
        <w:rPr>
          <w:b/>
          <w:sz w:val="22"/>
        </w:rPr>
        <w:t>293. 关于独立自主，下列表述正确的是( )</w:t>
      </w:r>
    </w:p>
    <w:p>
      <w:pPr>
        <w:spacing w:before="20" w:after="20"/>
      </w:pPr>
      <w:r>
        <w:rPr>
          <w:sz w:val="22"/>
        </w:rPr>
        <w:t xml:space="preserve">    A. 坚持独立自主的和平外交政策，坚定不移走和平发展道路</w:t>
      </w:r>
    </w:p>
    <w:p>
      <w:pPr>
        <w:spacing w:before="20" w:after="20"/>
      </w:pPr>
      <w:r>
        <w:rPr>
          <w:sz w:val="22"/>
        </w:rPr>
        <w:t xml:space="preserve">    B. 中国的事情必须由中国人民自己处理</w:t>
      </w:r>
    </w:p>
    <w:p>
      <w:pPr>
        <w:spacing w:before="20" w:after="20"/>
      </w:pPr>
      <w:r>
        <w:rPr>
          <w:sz w:val="22"/>
        </w:rPr>
        <w:t xml:space="preserve">    C. 独立自主就是坚持独立思考，走自己的路，坚定不移地维护民族独立.捍卫国家主权，把立足点放在依靠自己力量的基础上，同时积极争取外援，开展国际经济文化交流，学习外国一切对我们有益的先进事物</w:t>
      </w:r>
    </w:p>
    <w:p>
      <w:pPr>
        <w:spacing w:before="20" w:after="20"/>
      </w:pPr>
      <w:r>
        <w:rPr>
          <w:sz w:val="22"/>
        </w:rPr>
        <w:t xml:space="preserve">    D. 独立自主是中华民族精神之魂</w:t>
      </w:r>
    </w:p>
    <w:p>
      <w:pPr>
        <w:spacing w:before="160"/>
      </w:pPr>
      <w:r>
        <w:rPr>
          <w:b/>
          <w:sz w:val="22"/>
        </w:rPr>
        <w:t>294. 习近平新时代中国特色社会主义思想是( )。</w:t>
      </w:r>
    </w:p>
    <w:p>
      <w:pPr>
        <w:spacing w:before="20" w:after="20"/>
      </w:pPr>
      <w:r>
        <w:rPr>
          <w:sz w:val="22"/>
        </w:rPr>
        <w:t xml:space="preserve">    A. 马克思主义中国化时代化新的飞跃</w:t>
      </w:r>
    </w:p>
    <w:p>
      <w:pPr>
        <w:spacing w:before="20" w:after="20"/>
      </w:pPr>
      <w:r>
        <w:rPr>
          <w:sz w:val="22"/>
        </w:rPr>
        <w:t xml:space="preserve">    B. 当代中国马克思主义.21世纪马克思主义</w:t>
      </w:r>
    </w:p>
    <w:p>
      <w:pPr>
        <w:spacing w:before="20" w:after="20"/>
      </w:pPr>
      <w:r>
        <w:rPr>
          <w:sz w:val="22"/>
        </w:rPr>
        <w:t xml:space="preserve">    C. 中华文化和中国精神的时代精华</w:t>
      </w:r>
    </w:p>
    <w:p>
      <w:pPr>
        <w:spacing w:before="20" w:after="20"/>
      </w:pPr>
      <w:r>
        <w:rPr>
          <w:sz w:val="22"/>
        </w:rPr>
        <w:t xml:space="preserve">    D. 中国特色社会主义理论体系的重要组成部分</w:t>
      </w:r>
    </w:p>
    <w:p>
      <w:pPr>
        <w:spacing w:before="20" w:after="20"/>
      </w:pPr>
      <w:r>
        <w:rPr>
          <w:sz w:val="22"/>
        </w:rPr>
        <w:t xml:space="preserve">    E. 与马克思主义无关的全新理论</w:t>
      </w:r>
    </w:p>
    <w:p>
      <w:pPr>
        <w:spacing w:before="160"/>
      </w:pPr>
      <w:r>
        <w:rPr>
          <w:b/>
          <w:sz w:val="22"/>
        </w:rPr>
        <w:t>295. 调动一切积极因素为社会主义事业服务，必须( )。</w:t>
      </w:r>
    </w:p>
    <w:p>
      <w:pPr>
        <w:spacing w:before="20" w:after="20"/>
      </w:pPr>
      <w:r>
        <w:rPr>
          <w:sz w:val="22"/>
        </w:rPr>
        <w:t xml:space="preserve">    A. 坚持中国共产党的领导</w:t>
      </w:r>
    </w:p>
    <w:p>
      <w:pPr>
        <w:spacing w:before="20" w:after="20"/>
      </w:pPr>
      <w:r>
        <w:rPr>
          <w:sz w:val="22"/>
        </w:rPr>
        <w:t xml:space="preserve">    B. 发展社会主义民主政治</w:t>
      </w:r>
    </w:p>
    <w:p>
      <w:pPr>
        <w:spacing w:before="20" w:after="20"/>
      </w:pPr>
      <w:r>
        <w:rPr>
          <w:sz w:val="22"/>
        </w:rPr>
        <w:t xml:space="preserve">    C. 确保积极因素和消极因素不发生转化</w:t>
      </w:r>
    </w:p>
    <w:p>
      <w:pPr>
        <w:spacing w:before="20" w:after="20"/>
      </w:pPr>
      <w:r>
        <w:rPr>
          <w:sz w:val="22"/>
        </w:rPr>
        <w:t xml:space="preserve">    D. 完全消灭社会矛盾</w:t>
      </w:r>
    </w:p>
    <w:p>
      <w:pPr>
        <w:spacing w:before="160"/>
      </w:pPr>
      <w:r>
        <w:rPr>
          <w:b/>
          <w:sz w:val="22"/>
        </w:rPr>
        <w:t>296. 邓小平对社会主义本质的概括中“消灭剥削，消除两极分化，最终达到共同富裕”，从( )和( )角度认识和把握社会主义本质。</w:t>
      </w:r>
    </w:p>
    <w:p>
      <w:pPr>
        <w:spacing w:before="20" w:after="20"/>
      </w:pPr>
      <w:r>
        <w:rPr>
          <w:sz w:val="22"/>
        </w:rPr>
        <w:t xml:space="preserve">    A. 生产力</w:t>
      </w:r>
    </w:p>
    <w:p>
      <w:pPr>
        <w:spacing w:before="20" w:after="20"/>
      </w:pPr>
      <w:r>
        <w:rPr>
          <w:sz w:val="22"/>
        </w:rPr>
        <w:t xml:space="preserve">    B. 生产关系</w:t>
      </w:r>
    </w:p>
    <w:p>
      <w:pPr>
        <w:spacing w:before="20" w:after="20"/>
      </w:pPr>
      <w:r>
        <w:rPr>
          <w:sz w:val="22"/>
        </w:rPr>
        <w:t xml:space="preserve">    C. 发展目标</w:t>
      </w:r>
    </w:p>
    <w:p>
      <w:pPr>
        <w:spacing w:before="20" w:after="20"/>
      </w:pPr>
      <w:r>
        <w:rPr>
          <w:sz w:val="22"/>
        </w:rPr>
        <w:t xml:space="preserve">    D. 发展路径</w:t>
      </w:r>
    </w:p>
    <w:p>
      <w:pPr>
        <w:spacing w:before="160"/>
      </w:pPr>
      <w:r>
        <w:rPr>
          <w:b/>
          <w:sz w:val="22"/>
        </w:rPr>
        <w:t>297. 习近平新时代中国特色社会主义思想科学回答了( )等重大时代课题。</w:t>
      </w:r>
    </w:p>
    <w:p>
      <w:pPr>
        <w:spacing w:before="20" w:after="20"/>
      </w:pPr>
      <w:r>
        <w:rPr>
          <w:sz w:val="22"/>
        </w:rPr>
        <w:t xml:space="preserve">    A. 新时代坚持和发展什么样的中国特色社会主义，怎样坚持和发展中国特色社会主义</w:t>
      </w:r>
    </w:p>
    <w:p>
      <w:pPr>
        <w:spacing w:before="20" w:after="20"/>
      </w:pPr>
      <w:r>
        <w:rPr>
          <w:sz w:val="22"/>
        </w:rPr>
        <w:t xml:space="preserve">    B. 建设什么样的社会主义现代化强国.怎样建设社会主义现代化强国</w:t>
      </w:r>
    </w:p>
    <w:p>
      <w:pPr>
        <w:spacing w:before="20" w:after="20"/>
      </w:pPr>
      <w:r>
        <w:rPr>
          <w:sz w:val="22"/>
        </w:rPr>
        <w:t xml:space="preserve">    C. 建设什么样的长期执政的马克思主义政党.怎样建设长期执政的马克思主义政党</w:t>
      </w:r>
    </w:p>
    <w:p>
      <w:pPr>
        <w:spacing w:before="20" w:after="20"/>
      </w:pPr>
      <w:r>
        <w:rPr>
          <w:sz w:val="22"/>
        </w:rPr>
        <w:t xml:space="preserve">    D. 实现什么样的人类发展.怎样实现人类发展</w:t>
      </w:r>
    </w:p>
    <w:p>
      <w:pPr>
        <w:spacing w:before="160"/>
      </w:pPr>
      <w:r>
        <w:rPr>
          <w:b/>
          <w:sz w:val="22"/>
        </w:rPr>
        <w:t>298. 列宁指出:“一切民族都将走向社会主义，这是不可避免的，但是一切民族的走法却不会完全一样，在民主的这种或那种形式上，在无产阶级专政的这种或那种形态上，在社会生活各方面的社会主义改造的速度上，每个民族都会有自己的特点。”这一论述从历史唯物主义的高度揭示了各民族发展道路的多样性的内涵。下列关于社会主义发展道路多样性特点的正确观点有( )</w:t>
      </w:r>
    </w:p>
    <w:p>
      <w:pPr>
        <w:spacing w:before="20" w:after="20"/>
      </w:pPr>
      <w:r>
        <w:rPr>
          <w:sz w:val="22"/>
        </w:rPr>
        <w:t xml:space="preserve">    A. 各国生产力发展状况和社会发展阶段决定了社会主义发展道路具有不同的特点</w:t>
      </w:r>
    </w:p>
    <w:p>
      <w:pPr>
        <w:spacing w:before="20" w:after="20"/>
      </w:pPr>
      <w:r>
        <w:rPr>
          <w:sz w:val="22"/>
        </w:rPr>
        <w:t xml:space="preserve">    B. 历史文化传统的差异性是造成不同国家社会主义发展道路多样性的重要条件</w:t>
      </w:r>
    </w:p>
    <w:p>
      <w:pPr>
        <w:spacing w:before="20" w:after="20"/>
      </w:pPr>
      <w:r>
        <w:rPr>
          <w:sz w:val="22"/>
        </w:rPr>
        <w:t xml:space="preserve">    C. 各国民族因素和地理环境的不同是造成社会主义发展道路多样性的决定因素</w:t>
      </w:r>
    </w:p>
    <w:p>
      <w:pPr>
        <w:spacing w:before="20" w:after="20"/>
      </w:pPr>
      <w:r>
        <w:rPr>
          <w:sz w:val="22"/>
        </w:rPr>
        <w:t xml:space="preserve">    D. 时代和实践的不断发展是造成社会主义发展道路多样性的现实原因</w:t>
      </w:r>
    </w:p>
    <w:p>
      <w:pPr>
        <w:spacing w:before="160"/>
      </w:pPr>
      <w:r>
        <w:rPr>
          <w:b/>
          <w:sz w:val="22"/>
        </w:rPr>
        <w:t>299. 邓小平关于“科学技术是第一生产力”的重大论断，( )</w:t>
      </w:r>
    </w:p>
    <w:p>
      <w:pPr>
        <w:spacing w:before="20" w:after="20"/>
      </w:pPr>
      <w:r>
        <w:rPr>
          <w:sz w:val="22"/>
        </w:rPr>
        <w:t xml:space="preserve">    A. 继承发展了马克思主义关于科学技术是生产力的论点</w:t>
      </w:r>
    </w:p>
    <w:p>
      <w:pPr>
        <w:spacing w:before="20" w:after="20"/>
      </w:pPr>
      <w:r>
        <w:rPr>
          <w:sz w:val="22"/>
        </w:rPr>
        <w:t xml:space="preserve">    B. 反映了科学技术在当代发展的新形势和对我国现代化建设的新要求</w:t>
      </w:r>
    </w:p>
    <w:p>
      <w:pPr>
        <w:spacing w:before="20" w:after="20"/>
      </w:pPr>
      <w:r>
        <w:rPr>
          <w:sz w:val="22"/>
        </w:rPr>
        <w:t xml:space="preserve">    C. 为加快我国科技发展.推动经济社会大踏步赶上时代指明了方向</w:t>
      </w:r>
    </w:p>
    <w:p>
      <w:pPr>
        <w:spacing w:before="20" w:after="20"/>
      </w:pPr>
      <w:r>
        <w:rPr>
          <w:sz w:val="22"/>
        </w:rPr>
        <w:t xml:space="preserve">    D. 抵制外来腐朽思想的侵蚀</w:t>
      </w:r>
    </w:p>
    <w:p>
      <w:pPr>
        <w:spacing w:before="160"/>
      </w:pPr>
      <w:r>
        <w:rPr>
          <w:b/>
          <w:sz w:val="22"/>
        </w:rPr>
        <w:t>300. 邓小平指出，中国特色社会主义的依靠力量包括( )</w:t>
      </w:r>
    </w:p>
    <w:p>
      <w:pPr>
        <w:spacing w:before="20" w:after="20"/>
      </w:pPr>
      <w:r>
        <w:rPr>
          <w:sz w:val="22"/>
        </w:rPr>
        <w:t xml:space="preserve">    A. 广大工人</w:t>
      </w:r>
    </w:p>
    <w:p>
      <w:pPr>
        <w:spacing w:before="20" w:after="20"/>
      </w:pPr>
      <w:r>
        <w:rPr>
          <w:sz w:val="22"/>
        </w:rPr>
        <w:t xml:space="preserve">    B. 农民</w:t>
      </w:r>
    </w:p>
    <w:p>
      <w:pPr>
        <w:spacing w:before="20" w:after="20"/>
      </w:pPr>
      <w:r>
        <w:rPr>
          <w:sz w:val="22"/>
        </w:rPr>
        <w:t xml:space="preserve">    C. 知识分子</w:t>
      </w:r>
    </w:p>
    <w:p>
      <w:pPr>
        <w:spacing w:before="20" w:after="20"/>
      </w:pPr>
      <w:r>
        <w:rPr>
          <w:sz w:val="22"/>
        </w:rPr>
        <w:t xml:space="preserve">    D. 全体社会主义劳动者.拥护社会主义的爱国者和拥护祖国统一的爱国者</w:t>
      </w:r>
    </w:p>
    <w:p>
      <w:pPr>
        <w:spacing w:before="160"/>
      </w:pPr>
      <w:r>
        <w:rPr>
          <w:b/>
          <w:sz w:val="22"/>
        </w:rPr>
        <w:t>301. 新民主主义革命的动力包括( )。</w:t>
      </w:r>
    </w:p>
    <w:p>
      <w:pPr>
        <w:spacing w:before="20" w:after="20"/>
      </w:pPr>
      <w:r>
        <w:rPr>
          <w:sz w:val="22"/>
        </w:rPr>
        <w:t xml:space="preserve">    A. 工人阶级</w:t>
      </w:r>
    </w:p>
    <w:p>
      <w:pPr>
        <w:spacing w:before="20" w:after="20"/>
      </w:pPr>
      <w:r>
        <w:rPr>
          <w:sz w:val="22"/>
        </w:rPr>
        <w:t xml:space="preserve">    B. 农民阶级</w:t>
      </w:r>
    </w:p>
    <w:p>
      <w:pPr>
        <w:spacing w:before="20" w:after="20"/>
      </w:pPr>
      <w:r>
        <w:rPr>
          <w:sz w:val="22"/>
        </w:rPr>
        <w:t xml:space="preserve">    C. 城市小资产阶级</w:t>
      </w:r>
    </w:p>
    <w:p>
      <w:pPr>
        <w:spacing w:before="20" w:after="20"/>
      </w:pPr>
      <w:r>
        <w:rPr>
          <w:sz w:val="22"/>
        </w:rPr>
        <w:t xml:space="preserve">    D. 民族资产阶级</w:t>
      </w:r>
    </w:p>
    <w:p>
      <w:pPr>
        <w:spacing w:before="160"/>
      </w:pPr>
      <w:r>
        <w:rPr>
          <w:b/>
          <w:sz w:val="22"/>
        </w:rPr>
        <w:t>302. 下列关于“三线建设”，说法正确的有( )。</w:t>
      </w:r>
    </w:p>
    <w:p>
      <w:pPr>
        <w:spacing w:before="20" w:after="20"/>
      </w:pPr>
      <w:r>
        <w:rPr>
          <w:sz w:val="22"/>
        </w:rPr>
        <w:t xml:space="preserve">    A. “三线建设”是20世纪60-70年代我国以加强国防为中心的战略大后方建设。</w:t>
      </w:r>
    </w:p>
    <w:p>
      <w:pPr>
        <w:spacing w:before="20" w:after="20"/>
      </w:pPr>
      <w:r>
        <w:rPr>
          <w:sz w:val="22"/>
        </w:rPr>
        <w:t xml:space="preserve">    B. 表明我国经济建设的战略重点发生了向备战倾斜的重大转变。</w:t>
      </w:r>
    </w:p>
    <w:p>
      <w:pPr>
        <w:spacing w:before="20" w:after="20"/>
      </w:pPr>
      <w:r>
        <w:rPr>
          <w:sz w:val="22"/>
        </w:rPr>
        <w:t xml:space="preserve">    C. 总目标是采取多快好省的方法，在纵深地区建立起一个工农业结合的.为国防和农业服务的比较完整的战略后方基地。</w:t>
      </w:r>
    </w:p>
    <w:p>
      <w:pPr>
        <w:spacing w:before="20" w:after="20"/>
      </w:pPr>
      <w:r>
        <w:rPr>
          <w:sz w:val="22"/>
        </w:rPr>
        <w:t xml:space="preserve">    D. 目的是为了实现祖国完全统一</w:t>
      </w:r>
    </w:p>
    <w:p>
      <w:pPr>
        <w:spacing w:before="160"/>
      </w:pPr>
      <w:r>
        <w:rPr>
          <w:b/>
          <w:sz w:val="22"/>
        </w:rPr>
        <w:t>303. 学习本课程的要求包括( )。</w:t>
      </w:r>
    </w:p>
    <w:p>
      <w:pPr>
        <w:spacing w:before="20" w:after="20"/>
      </w:pPr>
      <w:r>
        <w:rPr>
          <w:sz w:val="22"/>
        </w:rPr>
        <w:t xml:space="preserve">    A. 掌握基本理论</w:t>
      </w:r>
    </w:p>
    <w:p>
      <w:pPr>
        <w:spacing w:before="20" w:after="20"/>
      </w:pPr>
      <w:r>
        <w:rPr>
          <w:sz w:val="22"/>
        </w:rPr>
        <w:t xml:space="preserve">    B. 培养理论思维</w:t>
      </w:r>
    </w:p>
    <w:p>
      <w:pPr>
        <w:spacing w:before="20" w:after="20"/>
      </w:pPr>
      <w:r>
        <w:rPr>
          <w:sz w:val="22"/>
        </w:rPr>
        <w:t xml:space="preserve">    C. 坚持理论联系实际</w:t>
      </w:r>
    </w:p>
    <w:p>
      <w:pPr>
        <w:spacing w:before="20" w:after="20"/>
      </w:pPr>
      <w:r>
        <w:rPr>
          <w:sz w:val="22"/>
        </w:rPr>
        <w:t xml:space="preserve">    D. 死记硬背教材内容</w:t>
      </w:r>
    </w:p>
    <w:p>
      <w:pPr>
        <w:spacing w:before="160"/>
      </w:pPr>
      <w:r>
        <w:rPr>
          <w:b/>
          <w:sz w:val="22"/>
        </w:rPr>
        <w:t>304. 实现全面协调可持续发展的要求包括( )</w:t>
      </w:r>
    </w:p>
    <w:p>
      <w:pPr>
        <w:spacing w:before="20" w:after="20"/>
      </w:pPr>
      <w:r>
        <w:rPr>
          <w:sz w:val="22"/>
        </w:rPr>
        <w:t xml:space="preserve">    A. 促进现代化建设各个环节.各个方面相协调</w:t>
      </w:r>
    </w:p>
    <w:p>
      <w:pPr>
        <w:spacing w:before="20" w:after="20"/>
      </w:pPr>
      <w:r>
        <w:rPr>
          <w:sz w:val="22"/>
        </w:rPr>
        <w:t xml:space="preserve">    B. 促进生产关系与生产力.上层建筑与经济基础相协调</w:t>
      </w:r>
    </w:p>
    <w:p>
      <w:pPr>
        <w:spacing w:before="20" w:after="20"/>
      </w:pPr>
      <w:r>
        <w:rPr>
          <w:sz w:val="22"/>
        </w:rPr>
        <w:t xml:space="preserve">    C. 实现经济社会各构成要素的良性互动</w:t>
      </w:r>
    </w:p>
    <w:p>
      <w:pPr>
        <w:spacing w:before="20" w:after="20"/>
      </w:pPr>
      <w:r>
        <w:rPr>
          <w:sz w:val="22"/>
        </w:rPr>
        <w:t xml:space="preserve">    D. 坚持生产发展.生活富裕.生态良好的文明发展道路</w:t>
      </w:r>
    </w:p>
    <w:p>
      <w:pPr>
        <w:spacing w:before="20" w:after="20"/>
      </w:pPr>
      <w:r>
        <w:rPr>
          <w:sz w:val="22"/>
        </w:rPr>
        <w:t xml:space="preserve">    E. 实现速度和结构质量效益相统一</w:t>
      </w:r>
    </w:p>
    <w:p>
      <w:pPr>
        <w:spacing w:before="160"/>
      </w:pPr>
      <w:r>
        <w:rPr>
          <w:b/>
          <w:sz w:val="22"/>
        </w:rPr>
        <w:t>305. 建设社会主义文化强国的重要任务包括( )</w:t>
      </w:r>
    </w:p>
    <w:p>
      <w:pPr>
        <w:spacing w:before="20" w:after="20"/>
      </w:pPr>
      <w:r>
        <w:rPr>
          <w:sz w:val="22"/>
        </w:rPr>
        <w:t xml:space="preserve">    A. 加强社会主义核心价值体系建设</w:t>
      </w:r>
    </w:p>
    <w:p>
      <w:pPr>
        <w:spacing w:before="20" w:after="20"/>
      </w:pPr>
      <w:r>
        <w:rPr>
          <w:sz w:val="22"/>
        </w:rPr>
        <w:t xml:space="preserve">    B. 全面提高公民道德素质</w:t>
      </w:r>
    </w:p>
    <w:p>
      <w:pPr>
        <w:spacing w:before="20" w:after="20"/>
      </w:pPr>
      <w:r>
        <w:rPr>
          <w:sz w:val="22"/>
        </w:rPr>
        <w:t xml:space="preserve">    C. 丰富人民精神文化生活</w:t>
      </w:r>
    </w:p>
    <w:p>
      <w:pPr>
        <w:spacing w:before="20" w:after="20"/>
      </w:pPr>
      <w:r>
        <w:rPr>
          <w:sz w:val="22"/>
        </w:rPr>
        <w:t xml:space="preserve">    D. 增强文化整体实力和竞争力</w:t>
      </w:r>
    </w:p>
    <w:p>
      <w:pPr>
        <w:spacing w:before="20" w:after="20"/>
      </w:pPr>
      <w:r>
        <w:rPr>
          <w:sz w:val="22"/>
        </w:rPr>
        <w:t xml:space="preserve">    E. 完善文化管理体制</w:t>
      </w:r>
    </w:p>
    <w:p>
      <w:pPr>
        <w:spacing w:before="160"/>
      </w:pPr>
      <w:r>
        <w:rPr>
          <w:b/>
          <w:sz w:val="22"/>
        </w:rPr>
        <w:t>306. 中国特色社会主义理论体系是中国共产党长期探索的伟大理论创造，同( )一脉相承又与时俱进，是马克思主义中国化时代化的重大理论成果。</w:t>
      </w:r>
    </w:p>
    <w:p>
      <w:pPr>
        <w:spacing w:before="20" w:after="20"/>
      </w:pPr>
      <w:r>
        <w:rPr>
          <w:sz w:val="22"/>
        </w:rPr>
        <w:t xml:space="preserve">    A. 空想社会主义</w:t>
      </w:r>
    </w:p>
    <w:p>
      <w:pPr>
        <w:spacing w:before="20" w:after="20"/>
      </w:pPr>
      <w:r>
        <w:rPr>
          <w:sz w:val="22"/>
        </w:rPr>
        <w:t xml:space="preserve">    B. 科学社会主义</w:t>
      </w:r>
    </w:p>
    <w:p>
      <w:pPr>
        <w:spacing w:before="20" w:after="20"/>
      </w:pPr>
      <w:r>
        <w:rPr>
          <w:sz w:val="22"/>
        </w:rPr>
        <w:t xml:space="preserve">    C. 马克思列宁主义</w:t>
      </w:r>
    </w:p>
    <w:p>
      <w:pPr>
        <w:spacing w:before="20" w:after="20"/>
      </w:pPr>
      <w:r>
        <w:rPr>
          <w:sz w:val="22"/>
        </w:rPr>
        <w:t xml:space="preserve">    D. 毛泽东思想</w:t>
      </w:r>
    </w:p>
    <w:p>
      <w:pPr>
        <w:spacing w:before="160"/>
      </w:pPr>
      <w:r>
        <w:rPr>
          <w:b/>
          <w:sz w:val="22"/>
        </w:rPr>
        <w:t>307. 推进政治体制改革必须坚持( )</w:t>
      </w:r>
    </w:p>
    <w:p>
      <w:pPr>
        <w:spacing w:before="20" w:after="20"/>
      </w:pPr>
      <w:r>
        <w:rPr>
          <w:sz w:val="22"/>
        </w:rPr>
        <w:t xml:space="preserve">    A. 党的领导</w:t>
      </w:r>
    </w:p>
    <w:p>
      <w:pPr>
        <w:spacing w:before="20" w:after="20"/>
      </w:pPr>
      <w:r>
        <w:rPr>
          <w:sz w:val="22"/>
        </w:rPr>
        <w:t xml:space="preserve">    B. 人民当家作主</w:t>
      </w:r>
    </w:p>
    <w:p>
      <w:pPr>
        <w:spacing w:before="20" w:after="20"/>
      </w:pPr>
      <w:r>
        <w:rPr>
          <w:sz w:val="22"/>
        </w:rPr>
        <w:t xml:space="preserve">    C. 依法治国</w:t>
      </w:r>
    </w:p>
    <w:p>
      <w:pPr>
        <w:spacing w:before="20" w:after="20"/>
      </w:pPr>
      <w:r>
        <w:rPr>
          <w:sz w:val="22"/>
        </w:rPr>
        <w:t xml:space="preserve">    D. 民主集中制</w:t>
      </w:r>
    </w:p>
    <w:p>
      <w:pPr>
        <w:spacing w:before="20" w:after="20"/>
      </w:pPr>
      <w:r>
        <w:rPr>
          <w:sz w:val="22"/>
        </w:rPr>
        <w:t xml:space="preserve">    E. 三权分立</w:t>
      </w:r>
    </w:p>
    <w:p>
      <w:pPr>
        <w:spacing w:before="160"/>
      </w:pPr>
      <w:r>
        <w:rPr>
          <w:b/>
          <w:sz w:val="22"/>
        </w:rPr>
        <w:t>308. 毛泽东对《论联合政府》曾经做过这样的一个补充说明,指出只有经过民主主义才能到达社会主义,这是马克思主义的天经地义。这说明( )。</w:t>
      </w:r>
    </w:p>
    <w:p>
      <w:pPr>
        <w:spacing w:before="20" w:after="20"/>
      </w:pPr>
      <w:r>
        <w:rPr>
          <w:sz w:val="22"/>
        </w:rPr>
        <w:t xml:space="preserve">    A. 民主主义革命是社会主义革命的必要准备</w:t>
      </w:r>
    </w:p>
    <w:p>
      <w:pPr>
        <w:spacing w:before="20" w:after="20"/>
      </w:pPr>
      <w:r>
        <w:rPr>
          <w:sz w:val="22"/>
        </w:rPr>
        <w:t xml:space="preserve">    B. 中国革命必须分两步走</w:t>
      </w:r>
    </w:p>
    <w:p>
      <w:pPr>
        <w:spacing w:before="20" w:after="20"/>
      </w:pPr>
      <w:r>
        <w:rPr>
          <w:sz w:val="22"/>
        </w:rPr>
        <w:t xml:space="preserve">    C. 民主主义革命和社会主义革命必须分两次完成</w:t>
      </w:r>
    </w:p>
    <w:p>
      <w:pPr>
        <w:spacing w:before="20" w:after="20"/>
      </w:pPr>
      <w:r>
        <w:rPr>
          <w:sz w:val="22"/>
        </w:rPr>
        <w:t xml:space="preserve">    D. 社会主义革命是民主主义革命的必然趋势</w:t>
      </w:r>
    </w:p>
    <w:p>
      <w:pPr>
        <w:spacing w:before="160"/>
      </w:pPr>
      <w:r>
        <w:rPr>
          <w:b/>
          <w:sz w:val="22"/>
        </w:rPr>
        <w:t>309. 党在社会主义初级阶段的基本路线的主要内容是( )</w:t>
      </w:r>
    </w:p>
    <w:p>
      <w:pPr>
        <w:spacing w:before="20" w:after="20"/>
      </w:pPr>
      <w:r>
        <w:rPr>
          <w:sz w:val="22"/>
        </w:rPr>
        <w:t xml:space="preserve">    A. 以经济建设为中心</w:t>
      </w:r>
    </w:p>
    <w:p>
      <w:pPr>
        <w:spacing w:before="20" w:after="20"/>
      </w:pPr>
      <w:r>
        <w:rPr>
          <w:sz w:val="22"/>
        </w:rPr>
        <w:t xml:space="preserve">    B. 坚持四项基本原则</w:t>
      </w:r>
    </w:p>
    <w:p>
      <w:pPr>
        <w:spacing w:before="20" w:after="20"/>
      </w:pPr>
      <w:r>
        <w:rPr>
          <w:sz w:val="22"/>
        </w:rPr>
        <w:t xml:space="preserve">    C. 坚持改革开放</w:t>
      </w:r>
    </w:p>
    <w:p>
      <w:pPr>
        <w:spacing w:before="20" w:after="20"/>
      </w:pPr>
      <w:r>
        <w:rPr>
          <w:sz w:val="22"/>
        </w:rPr>
        <w:t xml:space="preserve">    D. 坚持党的领导</w:t>
      </w:r>
    </w:p>
    <w:p>
      <w:pPr>
        <w:spacing w:before="160"/>
      </w:pPr>
      <w:r>
        <w:rPr>
          <w:b/>
          <w:sz w:val="22"/>
        </w:rPr>
        <w:t>310. 中国革命走农村包围城市、武装夺取政权道路的依据有( )</w:t>
      </w:r>
    </w:p>
    <w:p>
      <w:pPr>
        <w:spacing w:before="20" w:after="20"/>
      </w:pPr>
      <w:r>
        <w:rPr>
          <w:sz w:val="22"/>
        </w:rPr>
        <w:t xml:space="preserve">    A. 近代中国半殖民地半封建的基本国情</w:t>
      </w:r>
    </w:p>
    <w:p>
      <w:pPr>
        <w:spacing w:before="20" w:after="20"/>
      </w:pPr>
      <w:r>
        <w:rPr>
          <w:sz w:val="22"/>
        </w:rPr>
        <w:t xml:space="preserve">    B. 社会政治经济发展极不平衡</w:t>
      </w:r>
    </w:p>
    <w:p>
      <w:pPr>
        <w:spacing w:before="20" w:after="20"/>
      </w:pPr>
      <w:r>
        <w:rPr>
          <w:sz w:val="22"/>
        </w:rPr>
        <w:t xml:space="preserve">    C. 农民是革命的主力军</w:t>
      </w:r>
    </w:p>
    <w:p>
      <w:pPr>
        <w:spacing w:before="20" w:after="20"/>
      </w:pPr>
      <w:r>
        <w:rPr>
          <w:sz w:val="22"/>
        </w:rPr>
        <w:t xml:space="preserve">    D. 城市反动势力强大、农村统治薄弱</w:t>
      </w:r>
    </w:p>
    <w:p>
      <w:pPr>
        <w:spacing w:before="20" w:after="20"/>
      </w:pPr>
      <w:r>
        <w:rPr>
          <w:sz w:val="22"/>
        </w:rPr>
        <w:t xml:space="preserve">    E. 完全照搬俄国城市起义革命经验</w:t>
      </w:r>
    </w:p>
    <w:p>
      <w:pPr>
        <w:spacing w:before="160"/>
      </w:pPr>
      <w:r>
        <w:rPr>
          <w:b/>
          <w:sz w:val="22"/>
        </w:rPr>
        <w:t>311. 下列属于对资本主义工商业实行和平赎买的优点是( )</w:t>
      </w:r>
    </w:p>
    <w:p>
      <w:pPr>
        <w:spacing w:before="20" w:after="20"/>
      </w:pPr>
      <w:r>
        <w:rPr>
          <w:sz w:val="22"/>
        </w:rPr>
        <w:t xml:space="preserve">    A. 发挥私营工商业在国计民生方面的积极作用，促进国民经济发展</w:t>
      </w:r>
    </w:p>
    <w:p>
      <w:pPr>
        <w:spacing w:before="20" w:after="20"/>
      </w:pPr>
      <w:r>
        <w:rPr>
          <w:sz w:val="22"/>
        </w:rPr>
        <w:t xml:space="preserve">    B. 有利于争取和团结民族资产阶级</w:t>
      </w:r>
    </w:p>
    <w:p>
      <w:pPr>
        <w:spacing w:before="20" w:after="20"/>
      </w:pPr>
      <w:r>
        <w:rPr>
          <w:sz w:val="22"/>
        </w:rPr>
        <w:t xml:space="preserve">    C. 有利于团结各民主党派和各界爱国民主人士，巩固和发展统一战线</w:t>
      </w:r>
    </w:p>
    <w:p>
      <w:pPr>
        <w:spacing w:before="20" w:after="20"/>
      </w:pPr>
      <w:r>
        <w:rPr>
          <w:sz w:val="22"/>
        </w:rPr>
        <w:t xml:space="preserve">    D. 有利于发挥民族资产阶级中大多数人的知识、才能、技术专长和管理经验</w:t>
      </w:r>
    </w:p>
    <w:p>
      <w:pPr>
        <w:spacing w:before="160"/>
      </w:pPr>
      <w:r>
        <w:rPr>
          <w:b/>
          <w:sz w:val="22"/>
        </w:rPr>
        <w:t>312. 毛泽东在《&amp;lt;共产党人&amp;gt;发刊词》中，将统一战线.武装斗争.党的建设的关系概括为( )。​</w:t>
      </w:r>
    </w:p>
    <w:p>
      <w:pPr>
        <w:spacing w:before="20" w:after="20"/>
      </w:pPr>
      <w:r>
        <w:rPr>
          <w:sz w:val="22"/>
        </w:rPr>
        <w:t xml:space="preserve">    A. 统一战线和武装斗争是战胜敌人的两个基本武器</w:t>
      </w:r>
    </w:p>
    <w:p>
      <w:pPr>
        <w:spacing w:before="20" w:after="20"/>
      </w:pPr>
      <w:r>
        <w:rPr>
          <w:sz w:val="22"/>
        </w:rPr>
        <w:t xml:space="preserve">    B. 党的组织是掌握这两个武器以实行对敌冲锋陷阵的英勇战士</w:t>
      </w:r>
    </w:p>
    <w:p>
      <w:pPr>
        <w:spacing w:before="20" w:after="20"/>
      </w:pPr>
      <w:r>
        <w:rPr>
          <w:sz w:val="22"/>
        </w:rPr>
        <w:t xml:space="preserve">    C. 统一战线是实行武装斗争的统一战线</w:t>
      </w:r>
    </w:p>
    <w:p>
      <w:pPr>
        <w:spacing w:before="20" w:after="20"/>
      </w:pPr>
      <w:r>
        <w:rPr>
          <w:sz w:val="22"/>
        </w:rPr>
        <w:t xml:space="preserve">    D. 党的建设是巩固统一战线和赢得武装斗争胜利的关键</w:t>
      </w:r>
    </w:p>
    <w:p>
      <w:pPr>
        <w:spacing w:before="160"/>
      </w:pPr>
      <w:r>
        <w:rPr>
          <w:b/>
          <w:sz w:val="22"/>
        </w:rPr>
        <w:t>313. 社会主义基本制度确立以后，如何在中国这样一个经济文化比较落后的东方大国建设和巩固社会主义，是党面临的一项崭新课题。为找到一条适合中国国情的社会主义建设道路，党带领人民进行了艰难曲折的初步探索。这一初步探索的意义主要体现在( )</w:t>
      </w:r>
    </w:p>
    <w:p>
      <w:pPr>
        <w:spacing w:before="20" w:after="20"/>
      </w:pPr>
      <w:r>
        <w:rPr>
          <w:sz w:val="22"/>
        </w:rPr>
        <w:t xml:space="preserve">    A. 实现了马克思主义中国化的第二次飞跃</w:t>
      </w:r>
    </w:p>
    <w:p>
      <w:pPr>
        <w:spacing w:before="20" w:after="20"/>
      </w:pPr>
      <w:r>
        <w:rPr>
          <w:sz w:val="22"/>
        </w:rPr>
        <w:t xml:space="preserve">    B. 丰富了科学社会主义的理论和实践</w:t>
      </w:r>
    </w:p>
    <w:p>
      <w:pPr>
        <w:spacing w:before="20" w:after="20"/>
      </w:pPr>
      <w:r>
        <w:rPr>
          <w:sz w:val="22"/>
        </w:rPr>
        <w:t xml:space="preserve">    C. 巩固和发展了我国的社会主义制度</w:t>
      </w:r>
    </w:p>
    <w:p>
      <w:pPr>
        <w:spacing w:before="20" w:after="20"/>
      </w:pPr>
      <w:r>
        <w:rPr>
          <w:sz w:val="22"/>
        </w:rPr>
        <w:t xml:space="preserve">    D. 为开创中国特色社会主义提供了宝贵经验.理论准备和物质基础</w:t>
      </w:r>
    </w:p>
    <w:p>
      <w:pPr>
        <w:spacing w:before="160"/>
      </w:pPr>
      <w:r>
        <w:rPr>
          <w:b/>
          <w:sz w:val="22"/>
        </w:rPr>
        <w:t>314. 民族资产阶级与生俱来的两面性是( )</w:t>
      </w:r>
    </w:p>
    <w:p>
      <w:pPr>
        <w:spacing w:before="20" w:after="20"/>
      </w:pPr>
      <w:r>
        <w:rPr>
          <w:sz w:val="22"/>
        </w:rPr>
        <w:t xml:space="preserve">    A. 革命性:受压迫有反帝反封建诉求</w:t>
      </w:r>
    </w:p>
    <w:p>
      <w:pPr>
        <w:spacing w:before="20" w:after="20"/>
      </w:pPr>
      <w:r>
        <w:rPr>
          <w:sz w:val="22"/>
        </w:rPr>
        <w:t xml:space="preserve">    B. 妥协性:经济弱小.政治易动摇妥协</w:t>
      </w:r>
    </w:p>
    <w:p>
      <w:pPr>
        <w:spacing w:before="20" w:after="20"/>
      </w:pPr>
      <w:r>
        <w:rPr>
          <w:sz w:val="22"/>
        </w:rPr>
        <w:t xml:space="preserve">    C. 彻底的革命坚定性</w:t>
      </w:r>
    </w:p>
    <w:p>
      <w:pPr>
        <w:spacing w:before="20" w:after="20"/>
      </w:pPr>
      <w:r>
        <w:rPr>
          <w:sz w:val="22"/>
        </w:rPr>
        <w:t xml:space="preserve">    D. 完全依附帝国主义势力</w:t>
      </w:r>
    </w:p>
    <w:p>
      <w:pPr>
        <w:spacing w:before="160"/>
      </w:pPr>
      <w:r>
        <w:rPr>
          <w:b/>
          <w:sz w:val="22"/>
        </w:rPr>
        <w:t>315. 下列属于毛泽东思想中思想政治工作和文化工作的理论内容的是( )</w:t>
      </w:r>
    </w:p>
    <w:p>
      <w:pPr>
        <w:spacing w:before="20" w:after="20"/>
      </w:pPr>
      <w:r>
        <w:rPr>
          <w:sz w:val="22"/>
        </w:rPr>
        <w:t xml:space="preserve">    A. 思想政治工作是经济工作和其他一切工作的生命线</w:t>
      </w:r>
    </w:p>
    <w:p>
      <w:pPr>
        <w:spacing w:before="20" w:after="20"/>
      </w:pPr>
      <w:r>
        <w:rPr>
          <w:sz w:val="22"/>
        </w:rPr>
        <w:t xml:space="preserve">    B. 百花齐放.百家争鸣</w:t>
      </w:r>
    </w:p>
    <w:p>
      <w:pPr>
        <w:spacing w:before="20" w:after="20"/>
      </w:pPr>
      <w:r>
        <w:rPr>
          <w:sz w:val="22"/>
        </w:rPr>
        <w:t xml:space="preserve">    C. 古为今用.洋为中用.推陈出新</w:t>
      </w:r>
    </w:p>
    <w:p>
      <w:pPr>
        <w:spacing w:before="20" w:after="20"/>
      </w:pPr>
      <w:r>
        <w:rPr>
          <w:sz w:val="22"/>
        </w:rPr>
        <w:t xml:space="preserve">    D. 保持谦虚.谨慎.不骄.不躁的作风</w:t>
      </w:r>
    </w:p>
    <w:p>
      <w:pPr>
        <w:spacing w:before="160"/>
      </w:pPr>
      <w:r>
        <w:rPr>
          <w:b/>
          <w:sz w:val="22"/>
        </w:rPr>
        <w:t>316. 邓小平指出，在改革中，我们始终坚持的两条根本原则是( )</w:t>
      </w:r>
    </w:p>
    <w:p>
      <w:pPr>
        <w:spacing w:before="20" w:after="20"/>
      </w:pPr>
      <w:r>
        <w:rPr>
          <w:sz w:val="22"/>
        </w:rPr>
        <w:t xml:space="preserve">    A. 以社会主义公有制经济为主体</w:t>
      </w:r>
    </w:p>
    <w:p>
      <w:pPr>
        <w:spacing w:before="20" w:after="20"/>
      </w:pPr>
      <w:r>
        <w:rPr>
          <w:sz w:val="22"/>
        </w:rPr>
        <w:t xml:space="preserve">    B. 共同富裕</w:t>
      </w:r>
    </w:p>
    <w:p>
      <w:pPr>
        <w:spacing w:before="20" w:after="20"/>
      </w:pPr>
      <w:r>
        <w:rPr>
          <w:sz w:val="22"/>
        </w:rPr>
        <w:t xml:space="preserve">    C. 以经济建设为中心</w:t>
      </w:r>
    </w:p>
    <w:p>
      <w:pPr>
        <w:spacing w:before="20" w:after="20"/>
      </w:pPr>
      <w:r>
        <w:rPr>
          <w:sz w:val="22"/>
        </w:rPr>
        <w:t xml:space="preserve">    D. 坚持四项基本原则</w:t>
      </w:r>
    </w:p>
    <w:p>
      <w:pPr>
        <w:spacing w:before="160"/>
      </w:pPr>
      <w:r>
        <w:rPr>
          <w:b/>
          <w:sz w:val="22"/>
        </w:rPr>
        <w:t>317. 毛泽东在《星星之火，可以燎原》一文中提出的重要思想包括( )。​</w:t>
      </w:r>
    </w:p>
    <w:p>
      <w:pPr>
        <w:spacing w:before="20" w:after="20"/>
      </w:pPr>
      <w:r>
        <w:rPr>
          <w:sz w:val="22"/>
        </w:rPr>
        <w:t xml:space="preserve">    A. 批评“城市中心论”</w:t>
      </w:r>
    </w:p>
    <w:p>
      <w:pPr>
        <w:spacing w:before="20" w:after="20"/>
      </w:pPr>
      <w:r>
        <w:rPr>
          <w:sz w:val="22"/>
        </w:rPr>
        <w:t xml:space="preserve">    B. 强调建立和发展红色政权在中国革命中的重大作用</w:t>
      </w:r>
    </w:p>
    <w:p>
      <w:pPr>
        <w:spacing w:before="20" w:after="20"/>
      </w:pPr>
      <w:r>
        <w:rPr>
          <w:sz w:val="22"/>
        </w:rPr>
        <w:t xml:space="preserve">    C. 建立和发展红军、游击队和红色区域</w:t>
      </w:r>
    </w:p>
    <w:p>
      <w:pPr>
        <w:spacing w:before="20" w:after="20"/>
      </w:pPr>
      <w:r>
        <w:rPr>
          <w:sz w:val="22"/>
        </w:rPr>
        <w:t xml:space="preserve">    D. 科学预见了中国革命高潮必将到来</w:t>
      </w:r>
    </w:p>
    <w:p>
      <w:pPr>
        <w:spacing w:before="160"/>
      </w:pPr>
      <w:r>
        <w:rPr>
          <w:b/>
          <w:sz w:val="22"/>
        </w:rPr>
        <w:t>318. 以习近平同志为核心的党中央以伟大的历史主动精神.巨大的政治勇气.强烈的责任担当，统筹国内国际两个大局，统揽( )，创立习近平新时代中国特色社会主义思想，明确坚持和发展中国特色社会主义的基本方略，提出一系列治国理政新理念新思想新战略，实现了马克思主义中国化时代化新的飞跃……</w:t>
      </w:r>
    </w:p>
    <w:p>
      <w:pPr>
        <w:spacing w:before="20" w:after="20"/>
      </w:pPr>
      <w:r>
        <w:rPr>
          <w:sz w:val="22"/>
        </w:rPr>
        <w:t xml:space="preserve">    A. 伟大斗争</w:t>
      </w:r>
    </w:p>
    <w:p>
      <w:pPr>
        <w:spacing w:before="20" w:after="20"/>
      </w:pPr>
      <w:r>
        <w:rPr>
          <w:sz w:val="22"/>
        </w:rPr>
        <w:t xml:space="preserve">    B. 伟大工程</w:t>
      </w:r>
    </w:p>
    <w:p>
      <w:pPr>
        <w:spacing w:before="20" w:after="20"/>
      </w:pPr>
      <w:r>
        <w:rPr>
          <w:sz w:val="22"/>
        </w:rPr>
        <w:t xml:space="preserve">    C. 伟大事业</w:t>
      </w:r>
    </w:p>
    <w:p>
      <w:pPr>
        <w:spacing w:before="20" w:after="20"/>
      </w:pPr>
      <w:r>
        <w:rPr>
          <w:sz w:val="22"/>
        </w:rPr>
        <w:t xml:space="preserve">    D. 伟大梦想</w:t>
      </w:r>
    </w:p>
    <w:p>
      <w:pPr>
        <w:spacing w:before="160"/>
      </w:pPr>
      <w:r>
        <w:rPr>
          <w:b/>
          <w:sz w:val="22"/>
        </w:rPr>
        <w:t>319. 关于社会主义建设，毛泽东思想提出的一系列正确思想包括( )。</w:t>
      </w:r>
    </w:p>
    <w:p>
      <w:pPr>
        <w:spacing w:before="20" w:after="20"/>
      </w:pPr>
      <w:r>
        <w:rPr>
          <w:sz w:val="22"/>
        </w:rPr>
        <w:t xml:space="preserve">    A. 正确处理我国社会主义建设的十大关系</w:t>
      </w:r>
    </w:p>
    <w:p>
      <w:pPr>
        <w:spacing w:before="20" w:after="20"/>
      </w:pPr>
      <w:r>
        <w:rPr>
          <w:sz w:val="22"/>
        </w:rPr>
        <w:t xml:space="preserve">    B. 走出一条适合我国国情的工业化道路</w:t>
      </w:r>
    </w:p>
    <w:p>
      <w:pPr>
        <w:spacing w:before="20" w:after="20"/>
      </w:pPr>
      <w:r>
        <w:rPr>
          <w:sz w:val="22"/>
        </w:rPr>
        <w:t xml:space="preserve">    C. 实行单一公有制计划经济</w:t>
      </w:r>
    </w:p>
    <w:p>
      <w:pPr>
        <w:spacing w:before="20" w:after="20"/>
      </w:pPr>
      <w:r>
        <w:rPr>
          <w:sz w:val="22"/>
        </w:rPr>
        <w:t xml:space="preserve">    D. 在科学文化工作中实行“百花齐放.百家争鸣”</w:t>
      </w:r>
    </w:p>
    <w:p>
      <w:pPr>
        <w:spacing w:before="160"/>
      </w:pPr>
      <w:r>
        <w:rPr>
          <w:b/>
          <w:sz w:val="22"/>
        </w:rPr>
        <w:t>320. 中国共产党不断推进马克思主义中国化时代化，用马克思主义中国化时代化的科学理论( )。</w:t>
      </w:r>
    </w:p>
    <w:p>
      <w:pPr>
        <w:spacing w:before="20" w:after="20"/>
      </w:pPr>
      <w:r>
        <w:rPr>
          <w:sz w:val="22"/>
        </w:rPr>
        <w:t xml:space="preserve">    A. 引领伟大实践</w:t>
      </w:r>
    </w:p>
    <w:p>
      <w:pPr>
        <w:spacing w:before="20" w:after="20"/>
      </w:pPr>
      <w:r>
        <w:rPr>
          <w:sz w:val="22"/>
        </w:rPr>
        <w:t xml:space="preserve">    B. 吸收人类一切优秀文明成果</w:t>
      </w:r>
    </w:p>
    <w:p>
      <w:pPr>
        <w:spacing w:before="20" w:after="20"/>
      </w:pPr>
      <w:r>
        <w:rPr>
          <w:sz w:val="22"/>
        </w:rPr>
        <w:t xml:space="preserve">    C. 结束对真理的探索</w:t>
      </w:r>
    </w:p>
    <w:p>
      <w:pPr>
        <w:spacing w:before="20" w:after="20"/>
      </w:pPr>
      <w:r>
        <w:rPr>
          <w:sz w:val="22"/>
        </w:rPr>
        <w:t xml:space="preserve">    D. 证明马克思主义的开放性和时代性</w:t>
      </w:r>
    </w:p>
    <w:p>
      <w:pPr>
        <w:spacing w:before="20" w:after="20"/>
      </w:pPr>
      <w:r>
        <w:rPr>
          <w:sz w:val="22"/>
        </w:rPr>
        <w:t xml:space="preserve">    E. 固化思想体系</w:t>
      </w:r>
    </w:p>
    <w:p>
      <w:pPr>
        <w:spacing w:before="160"/>
      </w:pPr>
      <w:r>
        <w:rPr>
          <w:b/>
          <w:sz w:val="22"/>
        </w:rPr>
        <w:t>321. 我国社会主义改造完成后，根据毛泽东社会主义矛盾学说，属于人民内部矛盾的是( )。</w:t>
      </w:r>
    </w:p>
    <w:p>
      <w:pPr>
        <w:spacing w:before="20" w:after="20"/>
      </w:pPr>
      <w:r>
        <w:rPr>
          <w:sz w:val="22"/>
        </w:rPr>
        <w:t xml:space="preserve">    A. 工人、农民同知识分子之间的矛盾</w:t>
      </w:r>
    </w:p>
    <w:p>
      <w:pPr>
        <w:spacing w:before="20" w:after="20"/>
      </w:pPr>
      <w:r>
        <w:rPr>
          <w:sz w:val="22"/>
        </w:rPr>
        <w:t xml:space="preserve">    B. 工人阶级和其他劳动者同民族资产阶级之间的矛盾</w:t>
      </w:r>
    </w:p>
    <w:p>
      <w:pPr>
        <w:spacing w:before="20" w:after="20"/>
      </w:pPr>
      <w:r>
        <w:rPr>
          <w:sz w:val="22"/>
        </w:rPr>
        <w:t xml:space="preserve">    C. 人民同反抗社会主义主义革命的社会势力和社会集团的矛盾</w:t>
      </w:r>
    </w:p>
    <w:p>
      <w:pPr>
        <w:spacing w:before="20" w:after="20"/>
      </w:pPr>
      <w:r>
        <w:rPr>
          <w:sz w:val="22"/>
        </w:rPr>
        <w:t xml:space="preserve">    D. 工农两个阶级之间的矛盾</w:t>
      </w:r>
    </w:p>
    <w:p>
      <w:pPr>
        <w:spacing w:before="160"/>
      </w:pPr>
      <w:r>
        <w:rPr>
          <w:b/>
          <w:sz w:val="22"/>
        </w:rPr>
        <w:t>322. 我国社会主义改造是一场伟大的社会变革，但是在改造过程中也出现了一些偏差，遗留了一些问题，具体表现在( )</w:t>
      </w:r>
    </w:p>
    <w:p>
      <w:pPr>
        <w:spacing w:before="20" w:after="20"/>
      </w:pPr>
      <w:r>
        <w:rPr>
          <w:sz w:val="22"/>
        </w:rPr>
        <w:t xml:space="preserve">    A. 所有制结构过于单一，在社会主义公有制已居于绝对统治地位的条件下，没有限度地保留一部分有益于国计民生的个体经济和私营经济</w:t>
      </w:r>
    </w:p>
    <w:p>
      <w:pPr>
        <w:spacing w:before="20" w:after="20"/>
      </w:pPr>
      <w:r>
        <w:rPr>
          <w:sz w:val="22"/>
        </w:rPr>
        <w:t xml:space="preserve">    B. 高度集中的计划经济体制也随之扩大到整个社会经济生活</w:t>
      </w:r>
    </w:p>
    <w:p>
      <w:pPr>
        <w:spacing w:before="20" w:after="20"/>
      </w:pPr>
      <w:r>
        <w:rPr>
          <w:sz w:val="22"/>
        </w:rPr>
        <w:t xml:space="preserve">    C. 在一定程度上排斥了商品经济和市场经济的正常运行</w:t>
      </w:r>
    </w:p>
    <w:p>
      <w:pPr>
        <w:spacing w:before="20" w:after="20"/>
      </w:pPr>
      <w:r>
        <w:rPr>
          <w:sz w:val="22"/>
        </w:rPr>
        <w:t xml:space="preserve">    D. 要求过急，发展过快，工作过粗，改造形式过于简单</w:t>
      </w:r>
    </w:p>
    <w:p>
      <w:pPr>
        <w:spacing w:before="160"/>
      </w:pPr>
      <w:r>
        <w:rPr>
          <w:b/>
          <w:sz w:val="22"/>
        </w:rPr>
        <w:t>323. 新民主主义政治纲领的主要内容包括( )</w:t>
      </w:r>
    </w:p>
    <w:p>
      <w:pPr>
        <w:spacing w:before="20" w:after="20"/>
      </w:pPr>
      <w:r>
        <w:rPr>
          <w:sz w:val="22"/>
        </w:rPr>
        <w:t xml:space="preserve">    A. 推翻帝国主义和封建主义反动统治</w:t>
      </w:r>
    </w:p>
    <w:p>
      <w:pPr>
        <w:spacing w:before="20" w:after="20"/>
      </w:pPr>
      <w:r>
        <w:rPr>
          <w:sz w:val="22"/>
        </w:rPr>
        <w:t xml:space="preserve">    B. 建立资产阶级专政共和国</w:t>
      </w:r>
    </w:p>
    <w:p>
      <w:pPr>
        <w:spacing w:before="20" w:after="20"/>
      </w:pPr>
      <w:r>
        <w:rPr>
          <w:sz w:val="22"/>
        </w:rPr>
        <w:t xml:space="preserve">    C. 国体为各革命阶级联合专政</w:t>
      </w:r>
    </w:p>
    <w:p>
      <w:pPr>
        <w:spacing w:before="20" w:after="20"/>
      </w:pPr>
      <w:r>
        <w:rPr>
          <w:sz w:val="22"/>
        </w:rPr>
        <w:t xml:space="preserve">    D. 政体实行民主集中制的人民代表大会制度</w:t>
      </w:r>
    </w:p>
    <w:p>
      <w:pPr>
        <w:spacing w:before="160"/>
      </w:pPr>
      <w:r>
        <w:rPr>
          <w:b/>
          <w:sz w:val="22"/>
        </w:rPr>
        <w:t>324. 农业的社会主义改造的原则包括( )</w:t>
      </w:r>
    </w:p>
    <w:p>
      <w:pPr>
        <w:spacing w:before="20" w:after="20"/>
      </w:pPr>
      <w:r>
        <w:rPr>
          <w:sz w:val="22"/>
        </w:rPr>
        <w:t xml:space="preserve">    A. 和平赎买</w:t>
      </w:r>
    </w:p>
    <w:p>
      <w:pPr>
        <w:spacing w:before="20" w:after="20"/>
      </w:pPr>
      <w:r>
        <w:rPr>
          <w:sz w:val="22"/>
        </w:rPr>
        <w:t xml:space="preserve">    B. 自愿互利</w:t>
      </w:r>
    </w:p>
    <w:p>
      <w:pPr>
        <w:spacing w:before="20" w:after="20"/>
      </w:pPr>
      <w:r>
        <w:rPr>
          <w:sz w:val="22"/>
        </w:rPr>
        <w:t xml:space="preserve">    C. 典型示范</w:t>
      </w:r>
    </w:p>
    <w:p>
      <w:pPr>
        <w:spacing w:before="20" w:after="20"/>
      </w:pPr>
      <w:r>
        <w:rPr>
          <w:sz w:val="22"/>
        </w:rPr>
        <w:t xml:space="preserve">    D. 国家帮助</w:t>
      </w:r>
    </w:p>
    <w:p>
      <w:pPr>
        <w:spacing w:before="160"/>
      </w:pPr>
      <w:r>
        <w:rPr>
          <w:b/>
          <w:sz w:val="22"/>
        </w:rPr>
        <w:t>325. 坚持群众路线，下列表述正确的是( )</w:t>
      </w:r>
    </w:p>
    <w:p>
      <w:pPr>
        <w:spacing w:before="20" w:after="20"/>
      </w:pPr>
      <w:r>
        <w:rPr>
          <w:sz w:val="22"/>
        </w:rPr>
        <w:t xml:space="preserve">    A. 坚持独立自主的和平外交政策</w:t>
      </w:r>
    </w:p>
    <w:p>
      <w:pPr>
        <w:spacing w:before="20" w:after="20"/>
      </w:pPr>
      <w:r>
        <w:rPr>
          <w:sz w:val="22"/>
        </w:rPr>
        <w:t xml:space="preserve">    B. 坚持人民是推动历史发展的根本力量</w:t>
      </w:r>
    </w:p>
    <w:p>
      <w:pPr>
        <w:spacing w:before="20" w:after="20"/>
      </w:pPr>
      <w:r>
        <w:rPr>
          <w:sz w:val="22"/>
        </w:rPr>
        <w:t xml:space="preserve">    C. 坚持全心全意为人民服务的根本宗旨</w:t>
      </w:r>
    </w:p>
    <w:p>
      <w:pPr>
        <w:spacing w:before="20" w:after="20"/>
      </w:pPr>
      <w:r>
        <w:rPr>
          <w:sz w:val="22"/>
        </w:rPr>
        <w:t xml:space="preserve">    D. 保持党同人民群众的血肉联系</w:t>
      </w:r>
    </w:p>
    <w:p>
      <w:pPr>
        <w:spacing w:before="160"/>
      </w:pPr>
      <w:r>
        <w:rPr>
          <w:b/>
          <w:sz w:val="22"/>
        </w:rPr>
        <w:t>326. 毛泽东同志在党的第七次全国代表大会的政治报告中说:“以马克思列宁主义的理论思想武装起来的中国共产党，在中国人民中产生了新的工作作风。”即“三大作风”。“三大作风”包括( )</w:t>
      </w:r>
    </w:p>
    <w:p>
      <w:pPr>
        <w:spacing w:before="20" w:after="20"/>
      </w:pPr>
      <w:r>
        <w:rPr>
          <w:sz w:val="22"/>
        </w:rPr>
        <w:t xml:space="preserve">    A. 实事求是</w:t>
      </w:r>
    </w:p>
    <w:p>
      <w:pPr>
        <w:spacing w:before="20" w:after="20"/>
      </w:pPr>
      <w:r>
        <w:rPr>
          <w:sz w:val="22"/>
        </w:rPr>
        <w:t xml:space="preserve">    B. 理论联系实际</w:t>
      </w:r>
    </w:p>
    <w:p>
      <w:pPr>
        <w:spacing w:before="20" w:after="20"/>
      </w:pPr>
      <w:r>
        <w:rPr>
          <w:sz w:val="22"/>
        </w:rPr>
        <w:t xml:space="preserve">    C. 密切联系群众</w:t>
      </w:r>
    </w:p>
    <w:p>
      <w:pPr>
        <w:spacing w:before="20" w:after="20"/>
      </w:pPr>
      <w:r>
        <w:rPr>
          <w:sz w:val="22"/>
        </w:rPr>
        <w:t xml:space="preserve">    D. 批评与自我批评</w:t>
      </w:r>
    </w:p>
    <w:p>
      <w:pPr>
        <w:spacing w:before="160"/>
      </w:pPr>
      <w:r>
        <w:rPr>
          <w:b/>
          <w:sz w:val="22"/>
        </w:rPr>
        <w:t>327. 毛泽东在《新民主主义论》中提出新民主主义文化的特点是( )。</w:t>
      </w:r>
    </w:p>
    <w:p>
      <w:pPr>
        <w:spacing w:before="20" w:after="20"/>
      </w:pPr>
      <w:r>
        <w:rPr>
          <w:sz w:val="22"/>
        </w:rPr>
        <w:t xml:space="preserve">    A. 民族的</w:t>
      </w:r>
    </w:p>
    <w:p>
      <w:pPr>
        <w:spacing w:before="20" w:after="20"/>
      </w:pPr>
      <w:r>
        <w:rPr>
          <w:sz w:val="22"/>
        </w:rPr>
        <w:t xml:space="preserve">    B. 科学的</w:t>
      </w:r>
    </w:p>
    <w:p>
      <w:pPr>
        <w:spacing w:before="20" w:after="20"/>
      </w:pPr>
      <w:r>
        <w:rPr>
          <w:sz w:val="22"/>
        </w:rPr>
        <w:t xml:space="preserve">    C. 大众的</w:t>
      </w:r>
    </w:p>
    <w:p>
      <w:pPr>
        <w:spacing w:before="20" w:after="20"/>
      </w:pPr>
      <w:r>
        <w:rPr>
          <w:sz w:val="22"/>
        </w:rPr>
        <w:t xml:space="preserve">    D. 民主的</w:t>
      </w:r>
    </w:p>
    <w:p>
      <w:pPr>
        <w:spacing w:before="160"/>
      </w:pPr>
      <w:r>
        <w:rPr>
          <w:b/>
          <w:sz w:val="22"/>
        </w:rPr>
        <w:t>328. 党的十五大把( )一起确立为党的指导思想。</w:t>
      </w:r>
    </w:p>
    <w:p>
      <w:pPr>
        <w:spacing w:before="20" w:after="20"/>
      </w:pPr>
      <w:r>
        <w:rPr>
          <w:sz w:val="22"/>
        </w:rPr>
        <w:t xml:space="preserve">    A. 马克思列宁主义</w:t>
      </w:r>
    </w:p>
    <w:p>
      <w:pPr>
        <w:spacing w:before="20" w:after="20"/>
      </w:pPr>
      <w:r>
        <w:rPr>
          <w:sz w:val="22"/>
        </w:rPr>
        <w:t xml:space="preserve">    B. 毛泽东思想</w:t>
      </w:r>
    </w:p>
    <w:p>
      <w:pPr>
        <w:spacing w:before="20" w:after="20"/>
      </w:pPr>
      <w:r>
        <w:rPr>
          <w:sz w:val="22"/>
        </w:rPr>
        <w:t xml:space="preserve">    C. 邓小平理论</w:t>
      </w:r>
    </w:p>
    <w:p>
      <w:pPr>
        <w:spacing w:before="20" w:after="20"/>
      </w:pPr>
      <w:r>
        <w:rPr>
          <w:sz w:val="22"/>
        </w:rPr>
        <w:t xml:space="preserve">    D. “三个代表”重要思想</w:t>
      </w:r>
    </w:p>
    <w:p>
      <w:pPr>
        <w:spacing w:before="20" w:after="20"/>
      </w:pPr>
      <w:r>
        <w:rPr>
          <w:sz w:val="22"/>
        </w:rPr>
        <w:t xml:space="preserve">    E. 科学发展观</w:t>
      </w:r>
    </w:p>
    <w:p>
      <w:pPr>
        <w:spacing w:before="160"/>
      </w:pPr>
      <w:r>
        <w:rPr>
          <w:b/>
          <w:sz w:val="22"/>
        </w:rPr>
        <w:t>329. 邓小平关于市场经济的重要论断包括( )</w:t>
      </w:r>
    </w:p>
    <w:p>
      <w:pPr>
        <w:spacing w:before="20" w:after="20"/>
      </w:pPr>
      <w:r>
        <w:rPr>
          <w:sz w:val="22"/>
        </w:rPr>
        <w:t xml:space="preserve">    A. 计划经济不等于社会主义</w:t>
      </w:r>
    </w:p>
    <w:p>
      <w:pPr>
        <w:spacing w:before="20" w:after="20"/>
      </w:pPr>
      <w:r>
        <w:rPr>
          <w:sz w:val="22"/>
        </w:rPr>
        <w:t xml:space="preserve">    B. 市场经济不等于资本主义</w:t>
      </w:r>
    </w:p>
    <w:p>
      <w:pPr>
        <w:spacing w:before="20" w:after="20"/>
      </w:pPr>
      <w:r>
        <w:rPr>
          <w:sz w:val="22"/>
        </w:rPr>
        <w:t xml:space="preserve">    C. 社会主义也可以搞市场经济</w:t>
      </w:r>
    </w:p>
    <w:p>
      <w:pPr>
        <w:spacing w:before="20" w:after="20"/>
      </w:pPr>
      <w:r>
        <w:rPr>
          <w:sz w:val="22"/>
        </w:rPr>
        <w:t xml:space="preserve">    D. 市场经济是资本主义的专利</w:t>
      </w:r>
    </w:p>
    <w:p>
      <w:pPr>
        <w:spacing w:before="160"/>
      </w:pPr>
      <w:r>
        <w:rPr>
          <w:b/>
          <w:sz w:val="22"/>
        </w:rPr>
        <w:t>330. 中国共产党在探索中国建设道路过程中的理论成果有:( )</w:t>
      </w:r>
    </w:p>
    <w:p>
      <w:pPr>
        <w:spacing w:before="20" w:after="20"/>
      </w:pPr>
      <w:r>
        <w:rPr>
          <w:sz w:val="22"/>
        </w:rPr>
        <w:t xml:space="preserve">    A. 毛泽东《论十大关系》的发表</w:t>
      </w:r>
    </w:p>
    <w:p>
      <w:pPr>
        <w:spacing w:before="20" w:after="20"/>
      </w:pPr>
      <w:r>
        <w:rPr>
          <w:sz w:val="22"/>
        </w:rPr>
        <w:t xml:space="preserve">    B. 党在过渡时期总路线的制定</w:t>
      </w:r>
    </w:p>
    <w:p>
      <w:pPr>
        <w:spacing w:before="20" w:after="20"/>
      </w:pPr>
      <w:r>
        <w:rPr>
          <w:sz w:val="22"/>
        </w:rPr>
        <w:t xml:space="preserve">    C. 中共“八大”制定的路线</w:t>
      </w:r>
    </w:p>
    <w:p>
      <w:pPr>
        <w:spacing w:before="20" w:after="20"/>
      </w:pPr>
      <w:r>
        <w:rPr>
          <w:sz w:val="22"/>
        </w:rPr>
        <w:t xml:space="preserve">    D. 毛泽东《关于正确处理人民内部矛盾的问题》的重要讲话</w:t>
      </w:r>
    </w:p>
    <w:p>
      <w:pPr>
        <w:spacing w:before="160"/>
      </w:pPr>
      <w:r>
        <w:rPr>
          <w:b/>
          <w:sz w:val="22"/>
        </w:rPr>
        <w:t>331. 1957年2月，毛泽东作了《关于正确处理人民内部矛盾的问题》的讲话，系统论述了社会主义社会矛盾的理论。毛泽东指出( )。</w:t>
      </w:r>
    </w:p>
    <w:p>
      <w:pPr>
        <w:spacing w:before="20" w:after="20"/>
      </w:pPr>
      <w:r>
        <w:rPr>
          <w:sz w:val="22"/>
        </w:rPr>
        <w:t xml:space="preserve">    A. 矛盾是普遍存在的，社会主义社会同样充满矛盾</w:t>
      </w:r>
    </w:p>
    <w:p>
      <w:pPr>
        <w:spacing w:before="20" w:after="20"/>
      </w:pPr>
      <w:r>
        <w:rPr>
          <w:sz w:val="22"/>
        </w:rPr>
        <w:t xml:space="preserve">    B. 社会主义社会的基本矛盾仍然是生产关系和生产力之间.上层建筑和经济基础之间的矛盾，它同旧社会的基本矛盾性质是一样的</w:t>
      </w:r>
    </w:p>
    <w:p>
      <w:pPr>
        <w:spacing w:before="20" w:after="20"/>
      </w:pPr>
      <w:r>
        <w:rPr>
          <w:sz w:val="22"/>
        </w:rPr>
        <w:t xml:space="preserve">    C. 社会主义社会的矛盾反映在政治上可以划分为敌我矛盾和人民内部矛盾这两类性质完全不同的矛盾，正确处理人民内部矛盾的问题是社会主义国家政治生活的主题</w:t>
      </w:r>
    </w:p>
    <w:p>
      <w:pPr>
        <w:spacing w:before="20" w:after="20"/>
      </w:pPr>
      <w:r>
        <w:rPr>
          <w:sz w:val="22"/>
        </w:rPr>
        <w:t xml:space="preserve">    D. 社会主义社会的矛盾可以通过社会主义制度本身的自我调整和自我完善得到解决</w:t>
      </w:r>
    </w:p>
    <w:p>
      <w:pPr>
        <w:spacing w:before="160"/>
      </w:pPr>
      <w:r>
        <w:rPr>
          <w:b/>
          <w:sz w:val="22"/>
        </w:rPr>
        <w:t>332. 新旧民主主义革命的主要区别有( )</w:t>
      </w:r>
    </w:p>
    <w:p>
      <w:pPr>
        <w:spacing w:before="20" w:after="20"/>
      </w:pPr>
      <w:r>
        <w:rPr>
          <w:sz w:val="22"/>
        </w:rPr>
        <w:t xml:space="preserve">    A. 领导阶级不同</w:t>
      </w:r>
    </w:p>
    <w:p>
      <w:pPr>
        <w:spacing w:before="20" w:after="20"/>
      </w:pPr>
      <w:r>
        <w:rPr>
          <w:sz w:val="22"/>
        </w:rPr>
        <w:t xml:space="preserve">    B. 指导思想不同</w:t>
      </w:r>
    </w:p>
    <w:p>
      <w:pPr>
        <w:spacing w:before="20" w:after="20"/>
      </w:pPr>
      <w:r>
        <w:rPr>
          <w:sz w:val="22"/>
        </w:rPr>
        <w:t xml:space="preserve">    C. 革命前途不同</w:t>
      </w:r>
    </w:p>
    <w:p>
      <w:pPr>
        <w:spacing w:before="20" w:after="20"/>
      </w:pPr>
      <w:r>
        <w:rPr>
          <w:sz w:val="22"/>
        </w:rPr>
        <w:t xml:space="preserve">    D. 所处时代背景不同</w:t>
      </w:r>
    </w:p>
    <w:p>
      <w:pPr>
        <w:spacing w:before="20" w:after="20"/>
      </w:pPr>
      <w:r>
        <w:rPr>
          <w:sz w:val="22"/>
        </w:rPr>
        <w:t xml:space="preserve">    E. 革命对象不同</w:t>
      </w:r>
    </w:p>
    <w:p>
      <w:pPr>
        <w:spacing w:before="160"/>
      </w:pPr>
      <w:r>
        <w:rPr>
          <w:b/>
          <w:sz w:val="22"/>
        </w:rPr>
        <w:t>333. 从中华人民共和国成立到社会主义改造基本完成，是我国从新民主主义到社会主义的过渡时期。这一时期中国社会的阶级构成主要包括( )</w:t>
      </w:r>
    </w:p>
    <w:p>
      <w:pPr>
        <w:spacing w:before="20" w:after="20"/>
      </w:pPr>
      <w:r>
        <w:rPr>
          <w:sz w:val="22"/>
        </w:rPr>
        <w:t xml:space="preserve">    A. 工人阶级</w:t>
      </w:r>
    </w:p>
    <w:p>
      <w:pPr>
        <w:spacing w:before="20" w:after="20"/>
      </w:pPr>
      <w:r>
        <w:rPr>
          <w:sz w:val="22"/>
        </w:rPr>
        <w:t xml:space="preserve">    B. 农民阶级</w:t>
      </w:r>
    </w:p>
    <w:p>
      <w:pPr>
        <w:spacing w:before="20" w:after="20"/>
      </w:pPr>
      <w:r>
        <w:rPr>
          <w:sz w:val="22"/>
        </w:rPr>
        <w:t xml:space="preserve">    C. 民族资产阶级</w:t>
      </w:r>
    </w:p>
    <w:p>
      <w:pPr>
        <w:spacing w:before="20" w:after="20"/>
      </w:pPr>
      <w:r>
        <w:rPr>
          <w:sz w:val="22"/>
        </w:rPr>
        <w:t xml:space="preserve">    D. 城市小资产阶级</w:t>
      </w:r>
    </w:p>
    <w:p>
      <w:pPr>
        <w:spacing w:before="160"/>
      </w:pPr>
      <w:r>
        <w:rPr>
          <w:b/>
          <w:sz w:val="22"/>
        </w:rPr>
        <w:t>334. 社会主义改造的任务完成以后，我国社会的基本矛盾是( )。</w:t>
      </w:r>
    </w:p>
    <w:p>
      <w:pPr>
        <w:spacing w:before="20" w:after="20"/>
      </w:pPr>
      <w:r>
        <w:rPr>
          <w:sz w:val="22"/>
        </w:rPr>
        <w:t xml:space="preserve">    A. 敌我矛盾</w:t>
      </w:r>
    </w:p>
    <w:p>
      <w:pPr>
        <w:spacing w:before="20" w:after="20"/>
      </w:pPr>
      <w:r>
        <w:rPr>
          <w:sz w:val="22"/>
        </w:rPr>
        <w:t xml:space="preserve">    B. 人民内部矛盾</w:t>
      </w:r>
    </w:p>
    <w:p>
      <w:pPr>
        <w:spacing w:before="20" w:after="20"/>
      </w:pPr>
      <w:r>
        <w:rPr>
          <w:sz w:val="22"/>
        </w:rPr>
        <w:t xml:space="preserve">    C. 生产力和生产关系的矛盾</w:t>
      </w:r>
    </w:p>
    <w:p>
      <w:pPr>
        <w:spacing w:before="20" w:after="20"/>
      </w:pPr>
      <w:r>
        <w:rPr>
          <w:sz w:val="22"/>
        </w:rPr>
        <w:t xml:space="preserve">    D. 经济基础和上层建筑的矛盾</w:t>
      </w:r>
    </w:p>
    <w:p>
      <w:pPr>
        <w:spacing w:before="160"/>
      </w:pPr>
      <w:r>
        <w:rPr>
          <w:b/>
          <w:sz w:val="22"/>
        </w:rPr>
        <w:t>335. 为了更好地实现“三步走”的现代化发展战略，邓小平提出了以重点带动全局的思想。1982年9月，他提出三个战略重点:一是( )，二是( )，三是( )</w:t>
      </w:r>
    </w:p>
    <w:p>
      <w:pPr>
        <w:spacing w:before="20" w:after="20"/>
      </w:pPr>
      <w:r>
        <w:rPr>
          <w:sz w:val="22"/>
        </w:rPr>
        <w:t xml:space="preserve">    A. 农业</w:t>
      </w:r>
    </w:p>
    <w:p>
      <w:pPr>
        <w:spacing w:before="20" w:after="20"/>
      </w:pPr>
      <w:r>
        <w:rPr>
          <w:sz w:val="22"/>
        </w:rPr>
        <w:t xml:space="preserve">    B. 能源和交通</w:t>
      </w:r>
    </w:p>
    <w:p>
      <w:pPr>
        <w:spacing w:before="20" w:after="20"/>
      </w:pPr>
      <w:r>
        <w:rPr>
          <w:sz w:val="22"/>
        </w:rPr>
        <w:t xml:space="preserve">    C. 教育和科学</w:t>
      </w:r>
    </w:p>
    <w:p>
      <w:pPr>
        <w:spacing w:before="20" w:after="20"/>
      </w:pPr>
      <w:r>
        <w:rPr>
          <w:sz w:val="22"/>
        </w:rPr>
        <w:t xml:space="preserve">    D. 工业</w:t>
      </w:r>
    </w:p>
    <w:p>
      <w:pPr>
        <w:spacing w:before="160"/>
      </w:pPr>
      <w:r>
        <w:rPr>
          <w:b/>
          <w:sz w:val="22"/>
        </w:rPr>
        <w:t>336. 社会主义建设道路初步探索的理论成果为后来的改革开放提供了( )。</w:t>
      </w:r>
    </w:p>
    <w:p>
      <w:pPr>
        <w:spacing w:before="20" w:after="20"/>
      </w:pPr>
      <w:r>
        <w:rPr>
          <w:sz w:val="22"/>
        </w:rPr>
        <w:t xml:space="preserve">    A. 重要的思想基础</w:t>
      </w:r>
    </w:p>
    <w:p>
      <w:pPr>
        <w:spacing w:before="20" w:after="20"/>
      </w:pPr>
      <w:r>
        <w:rPr>
          <w:sz w:val="22"/>
        </w:rPr>
        <w:t xml:space="preserve">    B. 物质基础</w:t>
      </w:r>
    </w:p>
    <w:p>
      <w:pPr>
        <w:spacing w:before="20" w:after="20"/>
      </w:pPr>
      <w:r>
        <w:rPr>
          <w:sz w:val="22"/>
        </w:rPr>
        <w:t xml:space="preserve">    C. 宝贵经验</w:t>
      </w:r>
    </w:p>
    <w:p>
      <w:pPr>
        <w:spacing w:before="20" w:after="20"/>
      </w:pPr>
      <w:r>
        <w:rPr>
          <w:sz w:val="22"/>
        </w:rPr>
        <w:t xml:space="preserve">    D. 现成模式</w:t>
      </w:r>
    </w:p>
    <w:p>
      <w:pPr>
        <w:spacing w:before="160"/>
      </w:pPr>
      <w:r>
        <w:rPr>
          <w:b/>
          <w:sz w:val="22"/>
        </w:rPr>
        <w:t>337. 1952年党中央在酝酿过渡时期总路线时，毛泽东把实现向社会主义转变的设想，由建国之初的“先搞工业化建设”再一举过渡，改变为“建设和改造同时并举，逐步过渡”，这一改变原因和条件是:( )</w:t>
      </w:r>
    </w:p>
    <w:p>
      <w:pPr>
        <w:spacing w:before="20" w:after="20"/>
      </w:pPr>
      <w:r>
        <w:rPr>
          <w:sz w:val="22"/>
        </w:rPr>
        <w:t xml:space="preserve">    A. 我国社会主义经济因素的不断增长和对资本主义经济的限制</w:t>
      </w:r>
    </w:p>
    <w:p>
      <w:pPr>
        <w:spacing w:before="20" w:after="20"/>
      </w:pPr>
      <w:r>
        <w:rPr>
          <w:sz w:val="22"/>
        </w:rPr>
        <w:t xml:space="preserve">    B. 为了确定我国工业化建设的社会主义方向</w:t>
      </w:r>
    </w:p>
    <w:p>
      <w:pPr>
        <w:spacing w:before="20" w:after="20"/>
      </w:pPr>
      <w:r>
        <w:rPr>
          <w:sz w:val="22"/>
        </w:rPr>
        <w:t xml:space="preserve">    C. 我国工业化建设取得了重大成就</w:t>
      </w:r>
    </w:p>
    <w:p>
      <w:pPr>
        <w:spacing w:before="20" w:after="20"/>
      </w:pPr>
      <w:r>
        <w:rPr>
          <w:sz w:val="22"/>
        </w:rPr>
        <w:t xml:space="preserve">    D. 民主革命的遗留任务已经完成</w:t>
      </w:r>
    </w:p>
    <w:p>
      <w:pPr>
        <w:spacing w:before="160"/>
      </w:pPr>
      <w:r>
        <w:rPr>
          <w:b/>
          <w:sz w:val="22"/>
        </w:rPr>
        <w:t>338. 邓小平提出的“三个有利于”标准包括( )</w:t>
      </w:r>
    </w:p>
    <w:p>
      <w:pPr>
        <w:spacing w:before="20" w:after="20"/>
      </w:pPr>
      <w:r>
        <w:rPr>
          <w:sz w:val="22"/>
        </w:rPr>
        <w:t xml:space="preserve">    A. 是否有利于发展社会主义社会的生产力</w:t>
      </w:r>
    </w:p>
    <w:p>
      <w:pPr>
        <w:spacing w:before="20" w:after="20"/>
      </w:pPr>
      <w:r>
        <w:rPr>
          <w:sz w:val="22"/>
        </w:rPr>
        <w:t xml:space="preserve">    B. 是否有利于增强社会主义国家的综合国力</w:t>
      </w:r>
    </w:p>
    <w:p>
      <w:pPr>
        <w:spacing w:before="20" w:after="20"/>
      </w:pPr>
      <w:r>
        <w:rPr>
          <w:sz w:val="22"/>
        </w:rPr>
        <w:t xml:space="preserve">    C. 是否有利于提高人民的生活水平</w:t>
      </w:r>
    </w:p>
    <w:p>
      <w:pPr>
        <w:spacing w:before="20" w:after="20"/>
      </w:pPr>
      <w:r>
        <w:rPr>
          <w:sz w:val="22"/>
        </w:rPr>
        <w:t xml:space="preserve">    D. 是否有利于扩大对外开放</w:t>
      </w:r>
    </w:p>
    <w:p>
      <w:pPr>
        <w:spacing w:before="160"/>
      </w:pPr>
      <w:r>
        <w:rPr>
          <w:b/>
          <w:sz w:val="22"/>
        </w:rPr>
        <w:t>339. 中国特色社会主义理论体系在新的历史条件下丰富和发展了毛泽东思想，例如( )。</w:t>
      </w:r>
    </w:p>
    <w:p>
      <w:pPr>
        <w:spacing w:before="20" w:after="20"/>
      </w:pPr>
      <w:r>
        <w:rPr>
          <w:sz w:val="22"/>
        </w:rPr>
        <w:t xml:space="preserve">    A. 提出社会主义初级阶段理论</w:t>
      </w:r>
    </w:p>
    <w:p>
      <w:pPr>
        <w:spacing w:before="20" w:after="20"/>
      </w:pPr>
      <w:r>
        <w:rPr>
          <w:sz w:val="22"/>
        </w:rPr>
        <w:t xml:space="preserve">    B. 提出中国式现代化</w:t>
      </w:r>
    </w:p>
    <w:p>
      <w:pPr>
        <w:spacing w:before="20" w:after="20"/>
      </w:pPr>
      <w:r>
        <w:rPr>
          <w:sz w:val="22"/>
        </w:rPr>
        <w:t xml:space="preserve">    C. 提出全面从严治党</w:t>
      </w:r>
    </w:p>
    <w:p>
      <w:pPr>
        <w:spacing w:before="20" w:after="20"/>
      </w:pPr>
      <w:r>
        <w:rPr>
          <w:sz w:val="22"/>
        </w:rPr>
        <w:t xml:space="preserve">    D. 提出走和平发展道路</w:t>
      </w:r>
    </w:p>
    <w:p>
      <w:pPr>
        <w:spacing w:before="20" w:after="20"/>
      </w:pPr>
      <w:r>
        <w:rPr>
          <w:sz w:val="22"/>
        </w:rPr>
        <w:t xml:space="preserve">    E. 提出了农村包围城市的道路</w:t>
      </w:r>
    </w:p>
    <w:p>
      <w:pPr>
        <w:spacing w:before="160"/>
      </w:pPr>
      <w:r>
        <w:rPr>
          <w:b/>
          <w:sz w:val="22"/>
        </w:rPr>
        <w:t>340. 坚持和发展马克思主义，必须( )。</w:t>
      </w:r>
    </w:p>
    <w:p>
      <w:pPr>
        <w:spacing w:before="20" w:after="20"/>
      </w:pPr>
      <w:r>
        <w:rPr>
          <w:sz w:val="22"/>
        </w:rPr>
        <w:t xml:space="preserve">    A. 同中国具体实际相结合</w:t>
      </w:r>
    </w:p>
    <w:p>
      <w:pPr>
        <w:spacing w:before="20" w:after="20"/>
      </w:pPr>
      <w:r>
        <w:rPr>
          <w:sz w:val="22"/>
        </w:rPr>
        <w:t xml:space="preserve">    B. 同中华优秀传统文化相结合</w:t>
      </w:r>
    </w:p>
    <w:p>
      <w:pPr>
        <w:spacing w:before="20" w:after="20"/>
      </w:pPr>
      <w:r>
        <w:rPr>
          <w:sz w:val="22"/>
        </w:rPr>
        <w:t xml:space="preserve">    C. 同社会主义现代化发展相结合</w:t>
      </w:r>
    </w:p>
    <w:p>
      <w:pPr>
        <w:spacing w:before="20" w:after="20"/>
      </w:pPr>
      <w:r>
        <w:rPr>
          <w:sz w:val="22"/>
        </w:rPr>
        <w:t xml:space="preserve">    D. 同中华民族伟大复兴相结合</w:t>
      </w:r>
    </w:p>
    <w:p>
      <w:pPr>
        <w:spacing w:before="160"/>
      </w:pPr>
      <w:r>
        <w:rPr>
          <w:b/>
          <w:sz w:val="22"/>
        </w:rPr>
        <w:t>341. 邓小平指出，对外开放包括( )</w:t>
      </w:r>
    </w:p>
    <w:p>
      <w:pPr>
        <w:spacing w:before="20" w:after="20"/>
      </w:pPr>
      <w:r>
        <w:rPr>
          <w:sz w:val="22"/>
        </w:rPr>
        <w:t xml:space="preserve">    A. 对发达国家的开放</w:t>
      </w:r>
    </w:p>
    <w:p>
      <w:pPr>
        <w:spacing w:before="20" w:after="20"/>
      </w:pPr>
      <w:r>
        <w:rPr>
          <w:sz w:val="22"/>
        </w:rPr>
        <w:t xml:space="preserve">    B. 对发展中国家的开放</w:t>
      </w:r>
    </w:p>
    <w:p>
      <w:pPr>
        <w:spacing w:before="20" w:after="20"/>
      </w:pPr>
      <w:r>
        <w:rPr>
          <w:sz w:val="22"/>
        </w:rPr>
        <w:t xml:space="preserve">    C. 对世界所有国家的开放</w:t>
      </w:r>
    </w:p>
    <w:p>
      <w:pPr>
        <w:spacing w:before="20" w:after="20"/>
      </w:pPr>
      <w:r>
        <w:rPr>
          <w:sz w:val="22"/>
        </w:rPr>
        <w:t xml:space="preserve">    D. 仅对社会主义国家的开放</w:t>
      </w:r>
    </w:p>
    <w:p>
      <w:pPr>
        <w:spacing w:before="160"/>
      </w:pPr>
      <w:r>
        <w:rPr>
          <w:b/>
          <w:sz w:val="22"/>
        </w:rPr>
        <w:t>342. “一国两制”的基本内容有( )</w:t>
      </w:r>
    </w:p>
    <w:p>
      <w:pPr>
        <w:spacing w:before="20" w:after="20"/>
      </w:pPr>
      <w:r>
        <w:rPr>
          <w:sz w:val="22"/>
        </w:rPr>
        <w:t xml:space="preserve">    A. 坚持一个中国</w:t>
      </w:r>
    </w:p>
    <w:p>
      <w:pPr>
        <w:spacing w:before="20" w:after="20"/>
      </w:pPr>
      <w:r>
        <w:rPr>
          <w:sz w:val="22"/>
        </w:rPr>
        <w:t xml:space="preserve">    B. 两制并存</w:t>
      </w:r>
    </w:p>
    <w:p>
      <w:pPr>
        <w:spacing w:before="20" w:after="20"/>
      </w:pPr>
      <w:r>
        <w:rPr>
          <w:sz w:val="22"/>
        </w:rPr>
        <w:t xml:space="preserve">    C. 高度自治</w:t>
      </w:r>
    </w:p>
    <w:p>
      <w:pPr>
        <w:spacing w:before="20" w:after="20"/>
      </w:pPr>
      <w:r>
        <w:rPr>
          <w:sz w:val="22"/>
        </w:rPr>
        <w:t xml:space="preserve">    D. 尽最大努力争取和平统一，但不承诺放弃使用武力</w:t>
      </w:r>
    </w:p>
    <w:p>
      <w:pPr>
        <w:spacing w:before="160"/>
      </w:pPr>
      <w:r>
        <w:rPr>
          <w:b/>
          <w:sz w:val="22"/>
        </w:rPr>
        <w:t>343. 党的八大正确分析了社会主义改造完成后我国社会主要矛盾的变化，指出，社会主义制度在我国已经基本上建立起来了。我们国内的主要矛盾，已经是:( )</w:t>
      </w:r>
    </w:p>
    <w:p>
      <w:pPr>
        <w:spacing w:before="20" w:after="20"/>
      </w:pPr>
      <w:r>
        <w:rPr>
          <w:sz w:val="22"/>
        </w:rPr>
        <w:t xml:space="preserve">    A. 人民日益增长的物质文化需要同落后的社会生产之间的矛盾</w:t>
      </w:r>
    </w:p>
    <w:p>
      <w:pPr>
        <w:spacing w:before="20" w:after="20"/>
      </w:pPr>
      <w:r>
        <w:rPr>
          <w:sz w:val="22"/>
        </w:rPr>
        <w:t xml:space="preserve">    B. 人民对于建立先进的工业国的要求同落后的农业国的现实之间的矛盾</w:t>
      </w:r>
    </w:p>
    <w:p>
      <w:pPr>
        <w:spacing w:before="20" w:after="20"/>
      </w:pPr>
      <w:r>
        <w:rPr>
          <w:sz w:val="22"/>
        </w:rPr>
        <w:t xml:space="preserve">    C. 人民对于经济文化迅速发展的需要同当前经济文化不能满足人民需要的状况之间的矛盾</w:t>
      </w:r>
    </w:p>
    <w:p>
      <w:pPr>
        <w:spacing w:before="20" w:after="20"/>
      </w:pPr>
      <w:r>
        <w:rPr>
          <w:sz w:val="22"/>
        </w:rPr>
        <w:t xml:space="preserve">    D. 无产阶级和资产阶级的矛盾</w:t>
      </w:r>
    </w:p>
    <w:p>
      <w:pPr>
        <w:spacing w:before="160"/>
      </w:pPr>
      <w:r>
        <w:rPr>
          <w:b/>
          <w:sz w:val="22"/>
        </w:rPr>
        <w:t>344. 马克思主义中国化时代化提出的背景包括( )。</w:t>
      </w:r>
    </w:p>
    <w:p>
      <w:pPr>
        <w:spacing w:before="20" w:after="20"/>
      </w:pPr>
      <w:r>
        <w:rPr>
          <w:sz w:val="22"/>
        </w:rPr>
        <w:t xml:space="preserve">    A. 十月革命给中国送来了马克思列宁主义</w:t>
      </w:r>
    </w:p>
    <w:p>
      <w:pPr>
        <w:spacing w:before="20" w:after="20"/>
      </w:pPr>
      <w:r>
        <w:rPr>
          <w:sz w:val="22"/>
        </w:rPr>
        <w:t xml:space="preserve">    B. 五四运动促进了马克思主义在中国的广泛传播</w:t>
      </w:r>
    </w:p>
    <w:p>
      <w:pPr>
        <w:spacing w:before="20" w:after="20"/>
      </w:pPr>
      <w:r>
        <w:rPr>
          <w:sz w:val="22"/>
        </w:rPr>
        <w:t xml:space="preserve">    C. 中国共产党应运而生</w:t>
      </w:r>
    </w:p>
    <w:p>
      <w:pPr>
        <w:spacing w:before="20" w:after="20"/>
      </w:pPr>
      <w:r>
        <w:rPr>
          <w:sz w:val="22"/>
        </w:rPr>
        <w:t xml:space="preserve">    D. 中国革命遭受严重挫折的教训</w:t>
      </w:r>
    </w:p>
    <w:p>
      <w:pPr>
        <w:spacing w:before="160"/>
      </w:pPr>
      <w:r>
        <w:rPr>
          <w:b/>
          <w:sz w:val="22"/>
        </w:rPr>
        <w:t>345. 群众路线是毛泽东思想活的灵魂的三个基本方面的内容之一。群众路线就是( )。</w:t>
      </w:r>
    </w:p>
    <w:p>
      <w:pPr>
        <w:spacing w:before="20" w:after="20"/>
      </w:pPr>
      <w:r>
        <w:rPr>
          <w:sz w:val="22"/>
        </w:rPr>
        <w:t xml:space="preserve">    A. 一切为了群众</w:t>
      </w:r>
    </w:p>
    <w:p>
      <w:pPr>
        <w:spacing w:before="20" w:after="20"/>
      </w:pPr>
      <w:r>
        <w:rPr>
          <w:sz w:val="22"/>
        </w:rPr>
        <w:t xml:space="preserve">    B. 一切依靠群众</w:t>
      </w:r>
    </w:p>
    <w:p>
      <w:pPr>
        <w:spacing w:before="20" w:after="20"/>
      </w:pPr>
      <w:r>
        <w:rPr>
          <w:sz w:val="22"/>
        </w:rPr>
        <w:t xml:space="preserve">    C. 从群众中来</w:t>
      </w:r>
    </w:p>
    <w:p>
      <w:pPr>
        <w:spacing w:before="20" w:after="20"/>
      </w:pPr>
      <w:r>
        <w:rPr>
          <w:sz w:val="22"/>
        </w:rPr>
        <w:t xml:space="preserve">    D. 到群众中去</w:t>
      </w:r>
    </w:p>
    <w:p>
      <w:pPr>
        <w:spacing w:before="160"/>
      </w:pPr>
      <w:r>
        <w:rPr>
          <w:b/>
          <w:sz w:val="22"/>
        </w:rPr>
        <w:t>346. 我国在社会主义建设初期走了不少弯路.犯了不少错误,其深层原因是:( )</w:t>
      </w:r>
    </w:p>
    <w:p>
      <w:pPr>
        <w:spacing w:before="20" w:after="20"/>
      </w:pPr>
      <w:r>
        <w:rPr>
          <w:sz w:val="22"/>
        </w:rPr>
        <w:t xml:space="preserve">    A. 经济上急于求成.盲目求纯和急于过渡</w:t>
      </w:r>
    </w:p>
    <w:p>
      <w:pPr>
        <w:spacing w:before="20" w:after="20"/>
      </w:pPr>
      <w:r>
        <w:rPr>
          <w:sz w:val="22"/>
        </w:rPr>
        <w:t xml:space="preserve">    B. 在政治上坚持以阶级斗争为纲</w:t>
      </w:r>
    </w:p>
    <w:p>
      <w:pPr>
        <w:spacing w:before="20" w:after="20"/>
      </w:pPr>
      <w:r>
        <w:rPr>
          <w:sz w:val="22"/>
        </w:rPr>
        <w:t xml:space="preserve">    C. 偏离了党的实事求是的思想路线</w:t>
      </w:r>
    </w:p>
    <w:p>
      <w:pPr>
        <w:spacing w:before="20" w:after="20"/>
      </w:pPr>
      <w:r>
        <w:rPr>
          <w:sz w:val="22"/>
        </w:rPr>
        <w:t xml:space="preserve">    D. 对什么是社会主义和如何建设社会主义的问题没有完全搞清楚</w:t>
      </w:r>
    </w:p>
    <w:p>
      <w:pPr>
        <w:spacing w:before="160"/>
      </w:pPr>
      <w:r>
        <w:rPr>
          <w:b/>
          <w:sz w:val="22"/>
        </w:rPr>
        <w:t>347. 邓小平指出，社会主义初级阶段的基本特征包括( )</w:t>
      </w:r>
    </w:p>
    <w:p>
      <w:pPr>
        <w:spacing w:before="20" w:after="20"/>
      </w:pPr>
      <w:r>
        <w:rPr>
          <w:sz w:val="22"/>
        </w:rPr>
        <w:t xml:space="preserve">    A. 逐步摆脱不发达状态，基本实现社会主义现代化的历史阶段</w:t>
      </w:r>
    </w:p>
    <w:p>
      <w:pPr>
        <w:spacing w:before="20" w:after="20"/>
      </w:pPr>
      <w:r>
        <w:rPr>
          <w:sz w:val="22"/>
        </w:rPr>
        <w:t xml:space="preserve">    B. 由农业人口占很大比重，逐步转变为非农业人口占多数的历史阶段</w:t>
      </w:r>
    </w:p>
    <w:p>
      <w:pPr>
        <w:spacing w:before="20" w:after="20"/>
      </w:pPr>
      <w:r>
        <w:rPr>
          <w:sz w:val="22"/>
        </w:rPr>
        <w:t xml:space="preserve">    C. 由自然经济半自然经济占很大比重，逐步转变为经济市场化程度较高的历史阶段</w:t>
      </w:r>
    </w:p>
    <w:p>
      <w:pPr>
        <w:spacing w:before="20" w:after="20"/>
      </w:pPr>
      <w:r>
        <w:rPr>
          <w:sz w:val="22"/>
        </w:rPr>
        <w:t xml:space="preserve">    D. 由贫困人口占很大比重，逐步转变为全体人民比较富裕的历史阶段</w:t>
      </w:r>
    </w:p>
    <w:p>
      <w:pPr>
        <w:spacing w:before="160"/>
      </w:pPr>
      <w:r>
        <w:rPr>
          <w:b/>
          <w:sz w:val="22"/>
        </w:rPr>
        <w:t>348. 建设社会主义和谐社会的总要求包括( )</w:t>
      </w:r>
    </w:p>
    <w:p>
      <w:pPr>
        <w:spacing w:before="20" w:after="20"/>
      </w:pPr>
      <w:r>
        <w:rPr>
          <w:sz w:val="22"/>
        </w:rPr>
        <w:t xml:space="preserve">    A. 民主法治.公平正义</w:t>
      </w:r>
    </w:p>
    <w:p>
      <w:pPr>
        <w:spacing w:before="20" w:after="20"/>
      </w:pPr>
      <w:r>
        <w:rPr>
          <w:sz w:val="22"/>
        </w:rPr>
        <w:t xml:space="preserve">    B. 诚信友爱.充满活力</w:t>
      </w:r>
    </w:p>
    <w:p>
      <w:pPr>
        <w:spacing w:before="20" w:after="20"/>
      </w:pPr>
      <w:r>
        <w:rPr>
          <w:sz w:val="22"/>
        </w:rPr>
        <w:t xml:space="preserve">    C. 安定有序</w:t>
      </w:r>
    </w:p>
    <w:p>
      <w:pPr>
        <w:spacing w:before="20" w:after="20"/>
      </w:pPr>
      <w:r>
        <w:rPr>
          <w:sz w:val="22"/>
        </w:rPr>
        <w:t xml:space="preserve">    D. 人与自然和谐相处</w:t>
      </w:r>
    </w:p>
    <w:p>
      <w:pPr>
        <w:spacing w:before="20" w:after="20"/>
      </w:pPr>
      <w:r>
        <w:rPr>
          <w:sz w:val="22"/>
        </w:rPr>
        <w:t xml:space="preserve">    E. 共同富裕</w:t>
      </w:r>
    </w:p>
    <w:p>
      <w:pPr>
        <w:spacing w:before="160"/>
      </w:pPr>
      <w:r>
        <w:rPr>
          <w:b/>
          <w:sz w:val="22"/>
        </w:rPr>
        <w:t>349. 邓小平指出，为了保障人民民主，必须加强法制，做到( )</w:t>
      </w:r>
    </w:p>
    <w:p>
      <w:pPr>
        <w:spacing w:before="20" w:after="20"/>
      </w:pPr>
      <w:r>
        <w:rPr>
          <w:sz w:val="22"/>
        </w:rPr>
        <w:t xml:space="preserve">    A. 有法可依</w:t>
      </w:r>
    </w:p>
    <w:p>
      <w:pPr>
        <w:spacing w:before="20" w:after="20"/>
      </w:pPr>
      <w:r>
        <w:rPr>
          <w:sz w:val="22"/>
        </w:rPr>
        <w:t xml:space="preserve">    B. 有法必依</w:t>
      </w:r>
    </w:p>
    <w:p>
      <w:pPr>
        <w:spacing w:before="20" w:after="20"/>
      </w:pPr>
      <w:r>
        <w:rPr>
          <w:sz w:val="22"/>
        </w:rPr>
        <w:t xml:space="preserve">    C. 执法必严</w:t>
      </w:r>
    </w:p>
    <w:p>
      <w:pPr>
        <w:spacing w:before="20" w:after="20"/>
      </w:pPr>
      <w:r>
        <w:rPr>
          <w:sz w:val="22"/>
        </w:rPr>
        <w:t xml:space="preserve">    D. 违法必究</w:t>
      </w:r>
    </w:p>
    <w:p>
      <w:pPr>
        <w:spacing w:before="160"/>
      </w:pPr>
      <w:r>
        <w:rPr>
          <w:b/>
          <w:sz w:val="22"/>
        </w:rPr>
        <w:t>350. 在新民主主义革命时期，保护民族工商业的原因在于( )。</w:t>
      </w:r>
    </w:p>
    <w:p>
      <w:pPr>
        <w:spacing w:before="20" w:after="20"/>
      </w:pPr>
      <w:r>
        <w:rPr>
          <w:sz w:val="22"/>
        </w:rPr>
        <w:t xml:space="preserve">    A. 民族资本主义经济是一种与新生产力相联系的先进生产方式</w:t>
      </w:r>
    </w:p>
    <w:p>
      <w:pPr>
        <w:spacing w:before="20" w:after="20"/>
      </w:pPr>
      <w:r>
        <w:rPr>
          <w:sz w:val="22"/>
        </w:rPr>
        <w:t xml:space="preserve">    B. 民族资产阶级可以参加革命或保持中立</w:t>
      </w:r>
    </w:p>
    <w:p>
      <w:pPr>
        <w:spacing w:before="20" w:after="20"/>
      </w:pPr>
      <w:r>
        <w:rPr>
          <w:sz w:val="22"/>
        </w:rPr>
        <w:t xml:space="preserve">    C. 保护民族工商业有利于国民经济的恢复和发展</w:t>
      </w:r>
    </w:p>
    <w:p>
      <w:pPr>
        <w:spacing w:before="20" w:after="20"/>
      </w:pPr>
      <w:r>
        <w:rPr>
          <w:sz w:val="22"/>
        </w:rPr>
        <w:t xml:space="preserve">    D. 它是社会主义性质的国营经济的有益补充</w:t>
      </w:r>
    </w:p>
    <w:p>
      <w:pPr>
        <w:spacing w:before="160"/>
      </w:pPr>
      <w:r>
        <w:rPr>
          <w:b/>
          <w:sz w:val="22"/>
        </w:rPr>
        <w:t>351. 毛泽东在《中国革命和中国共产党》中指出中国革命的主要敌人是( )。</w:t>
      </w:r>
    </w:p>
    <w:p>
      <w:pPr>
        <w:spacing w:before="20" w:after="20"/>
      </w:pPr>
      <w:r>
        <w:rPr>
          <w:sz w:val="22"/>
        </w:rPr>
        <w:t xml:space="preserve">    A. 帝国主义</w:t>
      </w:r>
    </w:p>
    <w:p>
      <w:pPr>
        <w:spacing w:before="20" w:after="20"/>
      </w:pPr>
      <w:r>
        <w:rPr>
          <w:sz w:val="22"/>
        </w:rPr>
        <w:t xml:space="preserve">    B. 封建主义</w:t>
      </w:r>
    </w:p>
    <w:p>
      <w:pPr>
        <w:spacing w:before="20" w:after="20"/>
      </w:pPr>
      <w:r>
        <w:rPr>
          <w:sz w:val="22"/>
        </w:rPr>
        <w:t xml:space="preserve">    C. 官僚资本主义</w:t>
      </w:r>
    </w:p>
    <w:p>
      <w:pPr>
        <w:spacing w:before="20" w:after="20"/>
      </w:pPr>
      <w:r>
        <w:rPr>
          <w:sz w:val="22"/>
        </w:rPr>
        <w:t xml:space="preserve">    D. 民族资产阶级</w:t>
      </w:r>
    </w:p>
    <w:p>
      <w:pPr>
        <w:spacing w:before="160"/>
      </w:pPr>
      <w:r>
        <w:rPr>
          <w:b/>
          <w:sz w:val="22"/>
        </w:rPr>
        <w:t>352. “三个代表”重要思想对党的建设的指导意义体现在( )​​</w:t>
      </w:r>
    </w:p>
    <w:p>
      <w:pPr>
        <w:spacing w:before="20" w:after="20"/>
      </w:pPr>
      <w:r>
        <w:rPr>
          <w:sz w:val="22"/>
        </w:rPr>
        <w:t xml:space="preserve">    A. 明确了党的建设的总目标</w:t>
      </w:r>
    </w:p>
    <w:p>
      <w:pPr>
        <w:spacing w:before="20" w:after="20"/>
      </w:pPr>
      <w:r>
        <w:rPr>
          <w:sz w:val="22"/>
        </w:rPr>
        <w:t xml:space="preserve">    B. 提出党要始终做到“三个代表”</w:t>
      </w:r>
    </w:p>
    <w:p>
      <w:pPr>
        <w:spacing w:before="20" w:after="20"/>
      </w:pPr>
      <w:r>
        <w:rPr>
          <w:sz w:val="22"/>
        </w:rPr>
        <w:t xml:space="preserve">    C. 强调扩大党的群众基础和阶级基础</w:t>
      </w:r>
    </w:p>
    <w:p>
      <w:pPr>
        <w:spacing w:before="20" w:after="20"/>
      </w:pPr>
      <w:r>
        <w:rPr>
          <w:sz w:val="22"/>
        </w:rPr>
        <w:t xml:space="preserve">    D. 要求党必须坚持四项基本原则不动摇</w:t>
      </w:r>
    </w:p>
    <w:p>
      <w:pPr>
        <w:spacing w:before="160"/>
      </w:pPr>
      <w:r>
        <w:rPr>
          <w:b/>
          <w:sz w:val="22"/>
        </w:rPr>
        <w:t>353. 改革是( )</w:t>
      </w:r>
    </w:p>
    <w:p>
      <w:pPr>
        <w:spacing w:before="20" w:after="20"/>
      </w:pPr>
      <w:r>
        <w:rPr>
          <w:sz w:val="22"/>
        </w:rPr>
        <w:t xml:space="preserve">    A. 中国的第二次革命</w:t>
      </w:r>
    </w:p>
    <w:p>
      <w:pPr>
        <w:spacing w:before="20" w:after="20"/>
      </w:pPr>
      <w:r>
        <w:rPr>
          <w:sz w:val="22"/>
        </w:rPr>
        <w:t xml:space="preserve">    B. 社会主义制度的自我完善</w:t>
      </w:r>
    </w:p>
    <w:p>
      <w:pPr>
        <w:spacing w:before="20" w:after="20"/>
      </w:pPr>
      <w:r>
        <w:rPr>
          <w:sz w:val="22"/>
        </w:rPr>
        <w:t xml:space="preserve">    C. 对体制的根本性变革</w:t>
      </w:r>
    </w:p>
    <w:p>
      <w:pPr>
        <w:spacing w:before="20" w:after="20"/>
      </w:pPr>
      <w:r>
        <w:rPr>
          <w:sz w:val="22"/>
        </w:rPr>
        <w:t xml:space="preserve">    D. 对社会主义基本制度的否定</w:t>
      </w:r>
    </w:p>
    <w:p>
      <w:pPr>
        <w:spacing w:before="160"/>
      </w:pPr>
      <w:r>
        <w:rPr>
          <w:b/>
          <w:sz w:val="22"/>
        </w:rPr>
        <w:t>354. 解放思想.实事求是的思想路线( )</w:t>
      </w:r>
    </w:p>
    <w:p>
      <w:pPr>
        <w:spacing w:before="20" w:after="20"/>
      </w:pPr>
      <w:r>
        <w:rPr>
          <w:sz w:val="22"/>
        </w:rPr>
        <w:t xml:space="preserve">    A. 有力推动和保证了拨乱反正的进行</w:t>
      </w:r>
    </w:p>
    <w:p>
      <w:pPr>
        <w:spacing w:before="20" w:after="20"/>
      </w:pPr>
      <w:r>
        <w:rPr>
          <w:sz w:val="22"/>
        </w:rPr>
        <w:t xml:space="preserve">    B. 破除僵化的社会主义模式观念，坚持走自己的路</w:t>
      </w:r>
    </w:p>
    <w:p>
      <w:pPr>
        <w:spacing w:before="20" w:after="20"/>
      </w:pPr>
      <w:r>
        <w:rPr>
          <w:sz w:val="22"/>
        </w:rPr>
        <w:t xml:space="preserve">    C. 一切从社会主义初级阶段的实际出发</w:t>
      </w:r>
    </w:p>
    <w:p>
      <w:pPr>
        <w:spacing w:before="20" w:after="20"/>
      </w:pPr>
      <w:r>
        <w:rPr>
          <w:sz w:val="22"/>
        </w:rPr>
        <w:t xml:space="preserve">    D. 破除了在改革开放进程中离开发展生产力抽象谈论姓“社”姓“资”的思维定势</w:t>
      </w:r>
    </w:p>
    <w:p>
      <w:pPr>
        <w:spacing w:before="160"/>
      </w:pPr>
      <w:r>
        <w:rPr>
          <w:b/>
          <w:sz w:val="22"/>
        </w:rPr>
        <w:t>355. 在毛泽东思想的指导下，中国共产党团结带领中国人民创造的伟大成就有( )。</w:t>
      </w:r>
    </w:p>
    <w:p>
      <w:pPr>
        <w:spacing w:before="20" w:after="20"/>
      </w:pPr>
      <w:r>
        <w:rPr>
          <w:sz w:val="22"/>
        </w:rPr>
        <w:t xml:space="preserve">    A. 新民主主义革命的伟大成就</w:t>
      </w:r>
    </w:p>
    <w:p>
      <w:pPr>
        <w:spacing w:before="20" w:after="20"/>
      </w:pPr>
      <w:r>
        <w:rPr>
          <w:sz w:val="22"/>
        </w:rPr>
        <w:t xml:space="preserve">    B. 社会主义革命和建设的伟大成就</w:t>
      </w:r>
    </w:p>
    <w:p>
      <w:pPr>
        <w:spacing w:before="20" w:after="20"/>
      </w:pPr>
      <w:r>
        <w:rPr>
          <w:sz w:val="22"/>
        </w:rPr>
        <w:t xml:space="preserve">    C. 改革开放和社会主义现代化建设的伟大成就</w:t>
      </w:r>
    </w:p>
    <w:p>
      <w:pPr>
        <w:spacing w:before="20" w:after="20"/>
      </w:pPr>
      <w:r>
        <w:rPr>
          <w:sz w:val="22"/>
        </w:rPr>
        <w:t xml:space="preserve">    D. 新时代中国特色社会主义的伟大成就</w:t>
      </w:r>
    </w:p>
    <w:p>
      <w:pPr>
        <w:spacing w:before="20" w:after="20"/>
      </w:pPr>
      <w:r>
        <w:rPr>
          <w:sz w:val="22"/>
        </w:rPr>
        <w:t xml:space="preserve">    E. 实现了民族独立.人民解放</w:t>
      </w:r>
    </w:p>
    <w:p>
      <w:pPr>
        <w:spacing w:before="160"/>
      </w:pPr>
      <w:r>
        <w:rPr>
          <w:b/>
          <w:sz w:val="22"/>
        </w:rPr>
        <w:t>356. 实践证明，中国共产党为什么能，中国特色社会主义为什么好，归根到底是( )。</w:t>
      </w:r>
    </w:p>
    <w:p>
      <w:pPr>
        <w:spacing w:before="20" w:after="20"/>
      </w:pPr>
      <w:r>
        <w:rPr>
          <w:sz w:val="22"/>
        </w:rPr>
        <w:t xml:space="preserve">    A. 科学社会主义行</w:t>
      </w:r>
    </w:p>
    <w:p>
      <w:pPr>
        <w:spacing w:before="20" w:after="20"/>
      </w:pPr>
      <w:r>
        <w:rPr>
          <w:sz w:val="22"/>
        </w:rPr>
        <w:t xml:space="preserve">    B. 马克思主义行</w:t>
      </w:r>
    </w:p>
    <w:p>
      <w:pPr>
        <w:spacing w:before="20" w:after="20"/>
      </w:pPr>
      <w:r>
        <w:rPr>
          <w:sz w:val="22"/>
        </w:rPr>
        <w:t xml:space="preserve">    C. 马克思经典作家行</w:t>
      </w:r>
    </w:p>
    <w:p>
      <w:pPr>
        <w:spacing w:before="20" w:after="20"/>
      </w:pPr>
      <w:r>
        <w:rPr>
          <w:sz w:val="22"/>
        </w:rPr>
        <w:t xml:space="preserve">    D. 中国化时代化的马克思主义行</w:t>
      </w:r>
    </w:p>
    <w:p>
      <w:pPr>
        <w:spacing w:before="160"/>
      </w:pPr>
      <w:r>
        <w:rPr>
          <w:b/>
          <w:sz w:val="22"/>
        </w:rPr>
        <w:t>357. 党的制度建设包括( )</w:t>
      </w:r>
    </w:p>
    <w:p>
      <w:pPr>
        <w:spacing w:before="20" w:after="20"/>
      </w:pPr>
      <w:r>
        <w:rPr>
          <w:sz w:val="22"/>
        </w:rPr>
        <w:t xml:space="preserve">    A. 健全党的各级代表大会制度</w:t>
      </w:r>
    </w:p>
    <w:p>
      <w:pPr>
        <w:spacing w:before="20" w:after="20"/>
      </w:pPr>
      <w:r>
        <w:rPr>
          <w:sz w:val="22"/>
        </w:rPr>
        <w:t xml:space="preserve">    B. 健全党内选举制度</w:t>
      </w:r>
    </w:p>
    <w:p>
      <w:pPr>
        <w:spacing w:before="20" w:after="20"/>
      </w:pPr>
      <w:r>
        <w:rPr>
          <w:sz w:val="22"/>
        </w:rPr>
        <w:t xml:space="preserve">    C. 健全党的组织生活制度</w:t>
      </w:r>
    </w:p>
    <w:p>
      <w:pPr>
        <w:spacing w:before="20" w:after="20"/>
      </w:pPr>
      <w:r>
        <w:rPr>
          <w:sz w:val="22"/>
        </w:rPr>
        <w:t xml:space="preserve">    D. 健全集体领导和个人分工负责相结合的制度</w:t>
      </w:r>
    </w:p>
    <w:p>
      <w:pPr>
        <w:spacing w:before="160"/>
      </w:pPr>
      <w:r>
        <w:rPr>
          <w:b/>
          <w:sz w:val="22"/>
        </w:rPr>
        <w:t>358. 关于毛泽东提出的中国革命“两步走”战略，表述正确的有( )</w:t>
      </w:r>
    </w:p>
    <w:p>
      <w:pPr>
        <w:spacing w:before="20" w:after="20"/>
      </w:pPr>
      <w:r>
        <w:rPr>
          <w:sz w:val="22"/>
        </w:rPr>
        <w:t xml:space="preserve">    A. 第一步完成新民主主义革命，第二步进行社会主义革命</w:t>
      </w:r>
    </w:p>
    <w:p>
      <w:pPr>
        <w:spacing w:before="20" w:after="20"/>
      </w:pPr>
      <w:r>
        <w:rPr>
          <w:sz w:val="22"/>
        </w:rPr>
        <w:t xml:space="preserve">    B. 新民主主义革命是社会主义革命的必要准备</w:t>
      </w:r>
    </w:p>
    <w:p>
      <w:pPr>
        <w:spacing w:before="20" w:after="20"/>
      </w:pPr>
      <w:r>
        <w:rPr>
          <w:sz w:val="22"/>
        </w:rPr>
        <w:t xml:space="preserve">    C. 社会主义革命是新民主主义革命的必然趋势</w:t>
      </w:r>
    </w:p>
    <w:p>
      <w:pPr>
        <w:spacing w:before="20" w:after="20"/>
      </w:pPr>
      <w:r>
        <w:rPr>
          <w:sz w:val="22"/>
        </w:rPr>
        <w:t xml:space="preserve">    D. 两步可以同步进行.不分先后次序</w:t>
      </w:r>
    </w:p>
    <w:p>
      <w:pPr>
        <w:spacing w:before="160"/>
      </w:pPr>
      <w:r>
        <w:rPr>
          <w:b/>
          <w:sz w:val="22"/>
        </w:rPr>
        <w:t>359. 武装斗争成为中国革命主要斗争形式的原因有( )</w:t>
      </w:r>
    </w:p>
    <w:p>
      <w:pPr>
        <w:spacing w:before="20" w:after="20"/>
      </w:pPr>
      <w:r>
        <w:rPr>
          <w:sz w:val="22"/>
        </w:rPr>
        <w:t xml:space="preserve">    A. 反动统治阶级凭借暴力镇压人民革命</w:t>
      </w:r>
    </w:p>
    <w:p>
      <w:pPr>
        <w:spacing w:before="20" w:after="20"/>
      </w:pPr>
      <w:r>
        <w:rPr>
          <w:sz w:val="22"/>
        </w:rPr>
        <w:t xml:space="preserve">    B. 中国缺乏合法议会斗争的社会条件</w:t>
      </w:r>
    </w:p>
    <w:p>
      <w:pPr>
        <w:spacing w:before="20" w:after="20"/>
      </w:pPr>
      <w:r>
        <w:rPr>
          <w:sz w:val="22"/>
        </w:rPr>
        <w:t xml:space="preserve">    C. 农民武装是革命武装的主要力量</w:t>
      </w:r>
    </w:p>
    <w:p>
      <w:pPr>
        <w:spacing w:before="20" w:after="20"/>
      </w:pPr>
      <w:r>
        <w:rPr>
          <w:sz w:val="22"/>
        </w:rPr>
        <w:t xml:space="preserve">    D. 必须建立和建设新型人民军队</w:t>
      </w:r>
    </w:p>
    <w:p>
      <w:pPr>
        <w:spacing w:before="160"/>
      </w:pPr>
      <w:r>
        <w:rPr>
          <w:b/>
          <w:sz w:val="22"/>
        </w:rPr>
        <w:t>360. 邓小平指出，建设中国特色社会主义，必须( )</w:t>
      </w:r>
    </w:p>
    <w:p>
      <w:pPr>
        <w:spacing w:before="20" w:after="20"/>
      </w:pPr>
      <w:r>
        <w:rPr>
          <w:sz w:val="22"/>
        </w:rPr>
        <w:t xml:space="preserve">    A. 坚持党的领导</w:t>
      </w:r>
    </w:p>
    <w:p>
      <w:pPr>
        <w:spacing w:before="20" w:after="20"/>
      </w:pPr>
      <w:r>
        <w:rPr>
          <w:sz w:val="22"/>
        </w:rPr>
        <w:t xml:space="preserve">    B. 加强党的建设</w:t>
      </w:r>
    </w:p>
    <w:p>
      <w:pPr>
        <w:spacing w:before="20" w:after="20"/>
      </w:pPr>
      <w:r>
        <w:rPr>
          <w:sz w:val="22"/>
        </w:rPr>
        <w:t xml:space="preserve">    C. 改善党的领导</w:t>
      </w:r>
    </w:p>
    <w:p>
      <w:pPr>
        <w:spacing w:before="20" w:after="20"/>
      </w:pPr>
      <w:r>
        <w:rPr>
          <w:sz w:val="22"/>
        </w:rPr>
        <w:t xml:space="preserve">    D. 放弃党的领导</w:t>
      </w:r>
    </w:p>
    <w:p>
      <w:pPr>
        <w:spacing w:before="160"/>
      </w:pPr>
      <w:r>
        <w:rPr>
          <w:b/>
          <w:sz w:val="22"/>
        </w:rPr>
        <w:t>361. 开设“毛泽东思想和中国特色社会主义理论体系概论”课程的目的包括( )。</w:t>
      </w:r>
    </w:p>
    <w:p>
      <w:pPr>
        <w:spacing w:before="20" w:after="20"/>
      </w:pPr>
      <w:r>
        <w:rPr>
          <w:sz w:val="22"/>
        </w:rPr>
        <w:t xml:space="preserve">    A. 使大学生对党的历史进程和成就有更全面了解</w:t>
      </w:r>
    </w:p>
    <w:p>
      <w:pPr>
        <w:spacing w:before="20" w:after="20"/>
      </w:pPr>
      <w:r>
        <w:rPr>
          <w:sz w:val="22"/>
        </w:rPr>
        <w:t xml:space="preserve">    B. 对推进马克思主义中国化时代化有更深刻理解</w:t>
      </w:r>
    </w:p>
    <w:p>
      <w:pPr>
        <w:spacing w:before="20" w:after="20"/>
      </w:pPr>
      <w:r>
        <w:rPr>
          <w:sz w:val="22"/>
        </w:rPr>
        <w:t xml:space="preserve">    C. 对马克思主义中国化时代化理论成果有更准确把握</w:t>
      </w:r>
    </w:p>
    <w:p>
      <w:pPr>
        <w:spacing w:before="20" w:after="20"/>
      </w:pPr>
      <w:r>
        <w:rPr>
          <w:sz w:val="22"/>
        </w:rPr>
        <w:t xml:space="preserve">    D. 提升运用马克思主义立场观点方法解决问题的能力</w:t>
      </w:r>
    </w:p>
    <w:p>
      <w:pPr>
        <w:spacing w:before="20" w:after="20"/>
      </w:pPr>
      <w:r>
        <w:rPr>
          <w:sz w:val="22"/>
        </w:rPr>
        <w:t xml:space="preserve">    E. 单纯记忆历史事件和人物</w:t>
      </w:r>
    </w:p>
    <w:p>
      <w:pPr>
        <w:spacing w:before="160"/>
      </w:pPr>
      <w:r>
        <w:rPr>
          <w:b/>
          <w:sz w:val="22"/>
        </w:rPr>
        <w:t>362. 1956年起，毛泽东开始探索适合中国特点的社会主义建设道路。与此相联系，毛泽东提出了一系列新思想，主要有:( )</w:t>
      </w:r>
    </w:p>
    <w:p>
      <w:pPr>
        <w:spacing w:before="20" w:after="20"/>
      </w:pPr>
      <w:r>
        <w:rPr>
          <w:sz w:val="22"/>
        </w:rPr>
        <w:t xml:space="preserve">    A. 强调独立自主地探索适合中国情况的社会主义建设道路</w:t>
      </w:r>
    </w:p>
    <w:p>
      <w:pPr>
        <w:spacing w:before="20" w:after="20"/>
      </w:pPr>
      <w:r>
        <w:rPr>
          <w:sz w:val="22"/>
        </w:rPr>
        <w:t xml:space="preserve">    B. 提出以苏联为鉴</w:t>
      </w:r>
    </w:p>
    <w:p>
      <w:pPr>
        <w:spacing w:before="20" w:after="20"/>
      </w:pPr>
      <w:r>
        <w:rPr>
          <w:sz w:val="22"/>
        </w:rPr>
        <w:t xml:space="preserve">    C. 提出马克思主义同中国实际的“第二次结合”</w:t>
      </w:r>
    </w:p>
    <w:p>
      <w:pPr>
        <w:spacing w:before="20" w:after="20"/>
      </w:pPr>
      <w:r>
        <w:rPr>
          <w:sz w:val="22"/>
        </w:rPr>
        <w:t xml:space="preserve">    D. 强调改革开放</w:t>
      </w:r>
    </w:p>
    <w:p>
      <w:pPr>
        <w:spacing w:before="160"/>
      </w:pPr>
      <w:r>
        <w:rPr>
          <w:b/>
          <w:sz w:val="22"/>
        </w:rPr>
        <w:t>363. 毛泽东思想的活的灵魂之一――实事求是的基本要求是:( )</w:t>
      </w:r>
    </w:p>
    <w:p>
      <w:pPr>
        <w:spacing w:before="20" w:after="20"/>
      </w:pPr>
      <w:r>
        <w:rPr>
          <w:sz w:val="22"/>
        </w:rPr>
        <w:t xml:space="preserve">    A. 理论联系实际</w:t>
      </w:r>
    </w:p>
    <w:p>
      <w:pPr>
        <w:spacing w:before="20" w:after="20"/>
      </w:pPr>
      <w:r>
        <w:rPr>
          <w:sz w:val="22"/>
        </w:rPr>
        <w:t xml:space="preserve">    B. 调查研究</w:t>
      </w:r>
    </w:p>
    <w:p>
      <w:pPr>
        <w:spacing w:before="20" w:after="20"/>
      </w:pPr>
      <w:r>
        <w:rPr>
          <w:sz w:val="22"/>
        </w:rPr>
        <w:t xml:space="preserve">    C. 坚持在实践中检验真理和发展真理</w:t>
      </w:r>
    </w:p>
    <w:p>
      <w:pPr>
        <w:spacing w:before="20" w:after="20"/>
      </w:pPr>
      <w:r>
        <w:rPr>
          <w:sz w:val="22"/>
        </w:rPr>
        <w:t xml:space="preserve">    D. 一切从实际出发</w:t>
      </w:r>
    </w:p>
    <w:p>
      <w:pPr>
        <w:spacing w:before="160"/>
      </w:pPr>
      <w:r>
        <w:rPr>
          <w:b/>
          <w:sz w:val="22"/>
        </w:rPr>
        <w:t>364. 党的十八大以来，在习近平新时代中国特色社会主义思想的指导下( )。</w:t>
      </w:r>
    </w:p>
    <w:p>
      <w:pPr>
        <w:spacing w:before="20" w:after="20"/>
      </w:pPr>
      <w:r>
        <w:rPr>
          <w:sz w:val="22"/>
        </w:rPr>
        <w:t xml:space="preserve">    A. 全面建成小康社会目标如期实现</w:t>
      </w:r>
    </w:p>
    <w:p>
      <w:pPr>
        <w:spacing w:before="20" w:after="20"/>
      </w:pPr>
      <w:r>
        <w:rPr>
          <w:sz w:val="22"/>
        </w:rPr>
        <w:t xml:space="preserve">    B. 党和国家事业取得历史性成就.发生历史性变革</w:t>
      </w:r>
    </w:p>
    <w:p>
      <w:pPr>
        <w:spacing w:before="20" w:after="20"/>
      </w:pPr>
      <w:r>
        <w:rPr>
          <w:sz w:val="22"/>
        </w:rPr>
        <w:t xml:space="preserve">    C. 推动我国迈上全面建设社会主义现代化国家新征程</w:t>
      </w:r>
    </w:p>
    <w:p>
      <w:pPr>
        <w:spacing w:before="20" w:after="20"/>
      </w:pPr>
      <w:r>
        <w:rPr>
          <w:sz w:val="22"/>
        </w:rPr>
        <w:t xml:space="preserve">    D. 中华民族迎来了从站起来.富起来到强起来的伟大飞跃</w:t>
      </w:r>
    </w:p>
    <w:p>
      <w:pPr>
        <w:spacing w:before="20" w:after="20"/>
      </w:pPr>
      <w:r>
        <w:rPr>
          <w:sz w:val="22"/>
        </w:rPr>
        <w:t xml:space="preserve">    E. 实现中华民族伟大复兴进入了不可逆转的历史进程</w:t>
      </w:r>
    </w:p>
    <w:p>
      <w:pPr>
        <w:spacing w:before="160"/>
      </w:pPr>
      <w:r>
        <w:rPr>
          <w:b/>
          <w:sz w:val="22"/>
        </w:rPr>
        <w:t>365. 党领导人民探索社会主义建设道路，历经艰辛和曲折，在理论和实践上取得了一系列重要成果。这些成果具有重要意义:( )</w:t>
      </w:r>
    </w:p>
    <w:p>
      <w:pPr>
        <w:spacing w:before="20" w:after="20"/>
      </w:pPr>
      <w:r>
        <w:rPr>
          <w:sz w:val="22"/>
        </w:rPr>
        <w:t xml:space="preserve">    A. 巩固和发展了我国的社会主义制度</w:t>
      </w:r>
    </w:p>
    <w:p>
      <w:pPr>
        <w:spacing w:before="20" w:after="20"/>
      </w:pPr>
      <w:r>
        <w:rPr>
          <w:sz w:val="22"/>
        </w:rPr>
        <w:t xml:space="preserve">    B. 为开创中国特色社会主义提供了宝贵经验、理论准备、物质基础</w:t>
      </w:r>
    </w:p>
    <w:p>
      <w:pPr>
        <w:spacing w:before="20" w:after="20"/>
      </w:pPr>
      <w:r>
        <w:rPr>
          <w:sz w:val="22"/>
        </w:rPr>
        <w:t xml:space="preserve">    C. 丰富了科学社会主义的理论和实践</w:t>
      </w:r>
    </w:p>
    <w:p>
      <w:pPr>
        <w:spacing w:before="20" w:after="20"/>
      </w:pPr>
      <w:r>
        <w:rPr>
          <w:sz w:val="22"/>
        </w:rPr>
        <w:t xml:space="preserve">    D. 为其他国家的社会主义建设提供了经验和借鉴</w:t>
      </w:r>
    </w:p>
    <w:p>
      <w:pPr>
        <w:spacing w:before="160"/>
      </w:pPr>
      <w:r>
        <w:rPr>
          <w:b/>
          <w:sz w:val="22"/>
        </w:rPr>
        <w:t>366. 体现毛泽东思想得到多方面展开而趋于成熟的著作主要有:( )</w:t>
      </w:r>
    </w:p>
    <w:p>
      <w:pPr>
        <w:spacing w:before="20" w:after="20"/>
      </w:pPr>
      <w:r>
        <w:rPr>
          <w:sz w:val="22"/>
        </w:rPr>
        <w:t xml:space="preserve">    A. 《新民主主义论》</w:t>
      </w:r>
    </w:p>
    <w:p>
      <w:pPr>
        <w:spacing w:before="20" w:after="20"/>
      </w:pPr>
      <w:r>
        <w:rPr>
          <w:sz w:val="22"/>
        </w:rPr>
        <w:t xml:space="preserve">    B. 《矛盾论》、《实践论》</w:t>
      </w:r>
    </w:p>
    <w:p>
      <w:pPr>
        <w:spacing w:before="20" w:after="20"/>
      </w:pPr>
      <w:r>
        <w:rPr>
          <w:sz w:val="22"/>
        </w:rPr>
        <w:t xml:space="preserve">    C. 《中国革命和中国共产党》、《论联合政府》</w:t>
      </w:r>
    </w:p>
    <w:p>
      <w:pPr>
        <w:spacing w:before="20" w:after="20"/>
      </w:pPr>
      <w:r>
        <w:rPr>
          <w:sz w:val="22"/>
        </w:rPr>
        <w:t xml:space="preserve">    D. 《&amp;lt;共产党人&amp;gt;发刊词》</w:t>
      </w:r>
    </w:p>
    <w:p>
      <w:pPr>
        <w:spacing w:before="160"/>
      </w:pPr>
      <w:r>
        <w:rPr>
          <w:b/>
          <w:sz w:val="22"/>
        </w:rPr>
        <w:t>367. 毛泽东思想的科学内涵是:( )</w:t>
      </w:r>
    </w:p>
    <w:p>
      <w:pPr>
        <w:spacing w:before="20" w:after="20"/>
      </w:pPr>
      <w:r>
        <w:rPr>
          <w:sz w:val="22"/>
        </w:rPr>
        <w:t xml:space="preserve">    A. 马克思列宁主义在中国的运用和发展</w:t>
      </w:r>
    </w:p>
    <w:p>
      <w:pPr>
        <w:spacing w:before="20" w:after="20"/>
      </w:pPr>
      <w:r>
        <w:rPr>
          <w:sz w:val="22"/>
        </w:rPr>
        <w:t xml:space="preserve">    B. 中国共产党集体智慧的结晶</w:t>
      </w:r>
    </w:p>
    <w:p>
      <w:pPr>
        <w:spacing w:before="20" w:after="20"/>
      </w:pPr>
      <w:r>
        <w:rPr>
          <w:sz w:val="22"/>
        </w:rPr>
        <w:t xml:space="preserve">    C. 被实践证明了的关于中国革命和建设的正确的理论原则和经验总结</w:t>
      </w:r>
    </w:p>
    <w:p>
      <w:pPr>
        <w:spacing w:before="20" w:after="20"/>
      </w:pPr>
      <w:r>
        <w:rPr>
          <w:sz w:val="22"/>
        </w:rPr>
        <w:t xml:space="preserve">    D. 毛泽东的思想</w:t>
      </w:r>
    </w:p>
    <w:p>
      <w:pPr>
        <w:spacing w:before="160"/>
      </w:pPr>
      <w:r>
        <w:rPr>
          <w:b/>
          <w:sz w:val="22"/>
        </w:rPr>
        <w:t>368. 近代中国城市小资产阶级的构成群体包括( )</w:t>
      </w:r>
    </w:p>
    <w:p>
      <w:pPr>
        <w:spacing w:before="20" w:after="20"/>
      </w:pPr>
      <w:r>
        <w:rPr>
          <w:sz w:val="22"/>
        </w:rPr>
        <w:t xml:space="preserve">    A. 广大知识分子</w:t>
      </w:r>
    </w:p>
    <w:p>
      <w:pPr>
        <w:spacing w:before="20" w:after="20"/>
      </w:pPr>
      <w:r>
        <w:rPr>
          <w:sz w:val="22"/>
        </w:rPr>
        <w:t xml:space="preserve">    B. 小商人</w:t>
      </w:r>
    </w:p>
    <w:p>
      <w:pPr>
        <w:spacing w:before="20" w:after="20"/>
      </w:pPr>
      <w:r>
        <w:rPr>
          <w:sz w:val="22"/>
        </w:rPr>
        <w:t xml:space="preserve">    C. 手工业者</w:t>
      </w:r>
    </w:p>
    <w:p>
      <w:pPr>
        <w:spacing w:before="20" w:after="20"/>
      </w:pPr>
      <w:r>
        <w:rPr>
          <w:sz w:val="22"/>
        </w:rPr>
        <w:t xml:space="preserve">    D. 自由职业者</w:t>
      </w:r>
    </w:p>
    <w:p>
      <w:pPr>
        <w:spacing w:before="160"/>
      </w:pPr>
      <w:r>
        <w:rPr>
          <w:b/>
          <w:sz w:val="22"/>
        </w:rPr>
        <w:t>369. 以习近平同志为核心的党中央以伟大的历史主动精神、巨大的政治勇气、强烈的责任担当，统筹国内国际两个大局，统揽( )，创立习近平新时代中国特色社会主义思想，明确坚持和发展中国特色社会主义的基本方略，提出一系列治国理政新理念新思想新战略，实现了马克思主义中国化时代化新的飞跃。</w:t>
      </w:r>
    </w:p>
    <w:p>
      <w:pPr>
        <w:spacing w:before="20" w:after="20"/>
      </w:pPr>
      <w:r>
        <w:rPr>
          <w:sz w:val="22"/>
        </w:rPr>
        <w:t xml:space="preserve">    A. 伟大斗争</w:t>
      </w:r>
    </w:p>
    <w:p>
      <w:pPr>
        <w:spacing w:before="20" w:after="20"/>
      </w:pPr>
      <w:r>
        <w:rPr>
          <w:sz w:val="22"/>
        </w:rPr>
        <w:t xml:space="preserve">    B. 伟大工程</w:t>
      </w:r>
    </w:p>
    <w:p>
      <w:pPr>
        <w:spacing w:before="20" w:after="20"/>
      </w:pPr>
      <w:r>
        <w:rPr>
          <w:sz w:val="22"/>
        </w:rPr>
        <w:t xml:space="preserve">    C. 伟大事业</w:t>
      </w:r>
    </w:p>
    <w:p>
      <w:pPr>
        <w:spacing w:before="20" w:after="20"/>
      </w:pPr>
      <w:r>
        <w:rPr>
          <w:sz w:val="22"/>
        </w:rPr>
        <w:t xml:space="preserve">    D. 伟大梦想</w:t>
      </w:r>
    </w:p>
    <w:p>
      <w:pPr>
        <w:spacing w:before="160"/>
      </w:pPr>
      <w:r>
        <w:rPr>
          <w:b/>
          <w:sz w:val="22"/>
        </w:rPr>
        <w:t>370. 下列对马克思主义在中国得到贯彻的评价中，正确的有( )。</w:t>
      </w:r>
    </w:p>
    <w:p>
      <w:pPr>
        <w:spacing w:before="20" w:after="20"/>
      </w:pPr>
      <w:r>
        <w:rPr>
          <w:sz w:val="22"/>
        </w:rPr>
        <w:t xml:space="preserve">    A. 马克思主义的人民性和实践性在中国得到了充分贯彻</w:t>
      </w:r>
    </w:p>
    <w:p>
      <w:pPr>
        <w:spacing w:before="20" w:after="20"/>
      </w:pPr>
      <w:r>
        <w:rPr>
          <w:sz w:val="22"/>
        </w:rPr>
        <w:t xml:space="preserve">    B. 马克思主义的科学性和真理性在中国得到了充分检验</w:t>
      </w:r>
    </w:p>
    <w:p>
      <w:pPr>
        <w:spacing w:before="20" w:after="20"/>
      </w:pPr>
      <w:r>
        <w:rPr>
          <w:sz w:val="22"/>
        </w:rPr>
        <w:t xml:space="preserve">    C. 马克思主义的开放性和时代性在中国得到了充分彰显</w:t>
      </w:r>
    </w:p>
    <w:p>
      <w:pPr>
        <w:spacing w:before="20" w:after="20"/>
      </w:pPr>
      <w:r>
        <w:rPr>
          <w:sz w:val="22"/>
        </w:rPr>
        <w:t xml:space="preserve">    D. 马克思主义的基本原理在中国被彻底否定和抛弃</w:t>
      </w:r>
    </w:p>
    <w:p>
      <w:pPr>
        <w:spacing w:before="20" w:after="20"/>
      </w:pPr>
      <w:r>
        <w:rPr>
          <w:sz w:val="22"/>
        </w:rPr>
        <w:t xml:space="preserve">    E. 马克思主义的指导作用在中国仅得到部分体现</w:t>
      </w:r>
    </w:p>
    <w:p>
      <w:pPr>
        <w:spacing w:before="160"/>
      </w:pPr>
      <w:r>
        <w:rPr>
          <w:b/>
          <w:sz w:val="22"/>
        </w:rPr>
        <w:t>371. 马克思主义中国化时代化理论成果是( )。</w:t>
      </w:r>
    </w:p>
    <w:p>
      <w:pPr>
        <w:spacing w:before="20" w:after="20"/>
      </w:pPr>
      <w:r>
        <w:rPr>
          <w:sz w:val="22"/>
        </w:rPr>
        <w:t xml:space="preserve">    A. 马克思列宁主义在中国的运用和发展</w:t>
      </w:r>
    </w:p>
    <w:p>
      <w:pPr>
        <w:spacing w:before="20" w:after="20"/>
      </w:pPr>
      <w:r>
        <w:rPr>
          <w:sz w:val="22"/>
        </w:rPr>
        <w:t xml:space="preserve">    B. 党和国家的指导思想</w:t>
      </w:r>
    </w:p>
    <w:p>
      <w:pPr>
        <w:spacing w:before="20" w:after="20"/>
      </w:pPr>
      <w:r>
        <w:rPr>
          <w:sz w:val="22"/>
        </w:rPr>
        <w:t xml:space="preserve">    C. 全国各族人民团结奋斗的共同思想基础</w:t>
      </w:r>
    </w:p>
    <w:p>
      <w:pPr>
        <w:spacing w:before="20" w:after="20"/>
      </w:pPr>
      <w:r>
        <w:rPr>
          <w:sz w:val="22"/>
        </w:rPr>
        <w:t xml:space="preserve">    D. 彼此完全孤立的</w:t>
      </w:r>
    </w:p>
    <w:p>
      <w:pPr>
        <w:spacing w:before="20" w:after="20"/>
      </w:pPr>
      <w:r>
        <w:rPr>
          <w:sz w:val="22"/>
        </w:rPr>
        <w:t xml:space="preserve">    E. 一脉相承又与时俱进</w:t>
      </w:r>
    </w:p>
    <w:p>
      <w:pPr>
        <w:spacing w:before="160"/>
      </w:pPr>
      <w:r>
        <w:rPr>
          <w:b/>
          <w:sz w:val="22"/>
        </w:rPr>
        <w:t>372. 全面建设小康社会的目标包括:</w:t>
      </w:r>
    </w:p>
    <w:p>
      <w:pPr>
        <w:spacing w:before="20" w:after="20"/>
      </w:pPr>
      <w:r>
        <w:rPr>
          <w:sz w:val="22"/>
        </w:rPr>
        <w:t xml:space="preserve">    A. 经济更加发展</w:t>
      </w:r>
    </w:p>
    <w:p>
      <w:pPr>
        <w:spacing w:before="20" w:after="20"/>
      </w:pPr>
      <w:r>
        <w:rPr>
          <w:sz w:val="22"/>
        </w:rPr>
        <w:t xml:space="preserve">    B. 民主更加健全</w:t>
      </w:r>
    </w:p>
    <w:p>
      <w:pPr>
        <w:spacing w:before="20" w:after="20"/>
      </w:pPr>
      <w:r>
        <w:rPr>
          <w:sz w:val="22"/>
        </w:rPr>
        <w:t xml:space="preserve">    C. 科教更加进步</w:t>
      </w:r>
    </w:p>
    <w:p>
      <w:pPr>
        <w:spacing w:before="20" w:after="20"/>
      </w:pPr>
      <w:r>
        <w:rPr>
          <w:sz w:val="22"/>
        </w:rPr>
        <w:t xml:space="preserve">    D. 文化更加繁荣</w:t>
      </w:r>
    </w:p>
    <w:p>
      <w:pPr>
        <w:spacing w:before="160"/>
      </w:pPr>
      <w:r>
        <w:rPr>
          <w:b/>
          <w:sz w:val="22"/>
        </w:rPr>
        <w:t>373. “以经济建设为中心，坚持四项基本原则，坚持改革开放”是实现奋斗目标的基本途径。其中，( )</w:t>
      </w:r>
    </w:p>
    <w:p>
      <w:pPr>
        <w:spacing w:before="20" w:after="20"/>
      </w:pPr>
      <w:r>
        <w:rPr>
          <w:sz w:val="22"/>
        </w:rPr>
        <w:t xml:space="preserve">    A. “以经济建设为中心”回答了社会主义的根本任务问题</w:t>
      </w:r>
    </w:p>
    <w:p>
      <w:pPr>
        <w:spacing w:before="20" w:after="20"/>
      </w:pPr>
      <w:r>
        <w:rPr>
          <w:sz w:val="22"/>
        </w:rPr>
        <w:t xml:space="preserve">    B. “坚持四项基本原则”回答了解放和发展生产力的政治保证问题</w:t>
      </w:r>
    </w:p>
    <w:p>
      <w:pPr>
        <w:spacing w:before="20" w:after="20"/>
      </w:pPr>
      <w:r>
        <w:rPr>
          <w:sz w:val="22"/>
        </w:rPr>
        <w:t xml:space="preserve">    C. “坚持改革开放”回答了社会主义的发展动力和外部条件问题</w:t>
      </w:r>
    </w:p>
    <w:p>
      <w:pPr>
        <w:spacing w:before="20" w:after="20"/>
      </w:pPr>
      <w:r>
        <w:rPr>
          <w:sz w:val="22"/>
        </w:rPr>
        <w:t xml:space="preserve">    D. 它们是一个整体，集中体现了我国社会主义现代化建设的战略布局</w:t>
      </w:r>
    </w:p>
    <w:p>
      <w:pPr>
        <w:spacing w:before="160"/>
      </w:pPr>
      <w:r>
        <w:rPr>
          <w:b/>
          <w:sz w:val="22"/>
        </w:rPr>
        <w:t>374. 毛泽东提出的社会主义现代化建设“两步走”的发展战略是:( )</w:t>
      </w:r>
    </w:p>
    <w:p>
      <w:pPr>
        <w:spacing w:before="20" w:after="20"/>
      </w:pPr>
      <w:r>
        <w:rPr>
          <w:sz w:val="22"/>
        </w:rPr>
        <w:t xml:space="preserve">    A. 第一步建成一个独立的比较完整的工业体系和国民经济体系</w:t>
      </w:r>
    </w:p>
    <w:p>
      <w:pPr>
        <w:spacing w:before="20" w:after="20"/>
      </w:pPr>
      <w:r>
        <w:rPr>
          <w:sz w:val="22"/>
        </w:rPr>
        <w:t xml:space="preserve">    B. 第一步使中国逐步由农业国转变为工业国</w:t>
      </w:r>
    </w:p>
    <w:p>
      <w:pPr>
        <w:spacing w:before="20" w:after="20"/>
      </w:pPr>
      <w:r>
        <w:rPr>
          <w:sz w:val="22"/>
        </w:rPr>
        <w:t xml:space="preserve">    C. 第二步全面实现工业、农业、国防和科学技术现代化，使中国走在世界前列</w:t>
      </w:r>
    </w:p>
    <w:p>
      <w:pPr>
        <w:spacing w:before="20" w:after="20"/>
      </w:pPr>
      <w:r>
        <w:rPr>
          <w:sz w:val="22"/>
        </w:rPr>
        <w:t xml:space="preserve">    D. 第二步到本世纪末全面实现现代化，人民生活达到小康水平</w:t>
      </w:r>
    </w:p>
    <w:p>
      <w:pPr>
        <w:spacing w:before="160"/>
      </w:pPr>
      <w:r>
        <w:rPr>
          <w:b/>
          <w:sz w:val="22"/>
        </w:rPr>
        <w:t>375. 毛泽东关于社会主义发展阶段的思想，正确的有( )。</w:t>
      </w:r>
    </w:p>
    <w:p>
      <w:pPr>
        <w:spacing w:before="20" w:after="20"/>
      </w:pPr>
      <w:r>
        <w:rPr>
          <w:sz w:val="22"/>
        </w:rPr>
        <w:t xml:space="preserve">    A. 可能分为两个阶段，第一个阶段是社会主义初级阶段，第二个阶段是社会主义高级阶段</w:t>
      </w:r>
    </w:p>
    <w:p>
      <w:pPr>
        <w:spacing w:before="20" w:after="20"/>
      </w:pPr>
      <w:r>
        <w:rPr>
          <w:sz w:val="22"/>
        </w:rPr>
        <w:t xml:space="preserve">    B. 可能分为两个阶段，第一个阶段是不发达的社会主义，第二个阶段是比较发达的社会主义</w:t>
      </w:r>
    </w:p>
    <w:p>
      <w:pPr>
        <w:spacing w:before="20" w:after="20"/>
      </w:pPr>
      <w:r>
        <w:rPr>
          <w:sz w:val="22"/>
        </w:rPr>
        <w:t xml:space="preserve">    C. 后一阶段可能比前一阶段需要更长的时间</w:t>
      </w:r>
    </w:p>
    <w:p>
      <w:pPr>
        <w:spacing w:before="20" w:after="20"/>
      </w:pPr>
      <w:r>
        <w:rPr>
          <w:sz w:val="22"/>
        </w:rPr>
        <w:t xml:space="preserve">    D. 经过后一阶段，到了物质产品.精神财富都极为丰富和人们的共产主义觉悟极大提高的时候，就可以进入共产主义社会了。</w:t>
      </w:r>
    </w:p>
    <w:p>
      <w:pPr>
        <w:spacing w:before="160"/>
      </w:pPr>
      <w:r>
        <w:rPr>
          <w:b/>
          <w:sz w:val="22"/>
        </w:rPr>
        <w:t>376. 邓小平指出，现在世界上真正大的问题，带全球性的战略问题是( )</w:t>
      </w:r>
    </w:p>
    <w:p>
      <w:pPr>
        <w:spacing w:before="20" w:after="20"/>
      </w:pPr>
      <w:r>
        <w:rPr>
          <w:sz w:val="22"/>
        </w:rPr>
        <w:t xml:space="preserve">    A. 和平问题</w:t>
      </w:r>
    </w:p>
    <w:p>
      <w:pPr>
        <w:spacing w:before="20" w:after="20"/>
      </w:pPr>
      <w:r>
        <w:rPr>
          <w:sz w:val="22"/>
        </w:rPr>
        <w:t xml:space="preserve">    B. 发展问题</w:t>
      </w:r>
    </w:p>
    <w:p>
      <w:pPr>
        <w:spacing w:before="20" w:after="20"/>
      </w:pPr>
      <w:r>
        <w:rPr>
          <w:sz w:val="22"/>
        </w:rPr>
        <w:t xml:space="preserve">    C. 战争问题</w:t>
      </w:r>
    </w:p>
    <w:p>
      <w:pPr>
        <w:spacing w:before="20" w:after="20"/>
      </w:pPr>
      <w:r>
        <w:rPr>
          <w:sz w:val="22"/>
        </w:rPr>
        <w:t xml:space="preserve">    D. 环境问题</w:t>
      </w:r>
    </w:p>
    <w:p>
      <w:pPr>
        <w:spacing w:before="160"/>
      </w:pPr>
      <w:r>
        <w:rPr>
          <w:b/>
          <w:sz w:val="22"/>
        </w:rPr>
        <w:t>377. 党的十三大确立的“三步走”发展战略中，第三步的目标是( )</w:t>
      </w:r>
    </w:p>
    <w:p>
      <w:pPr>
        <w:spacing w:before="20" w:after="20"/>
      </w:pPr>
      <w:r>
        <w:rPr>
          <w:sz w:val="22"/>
        </w:rPr>
        <w:t xml:space="preserve">    A. 人均国民生产总值达到中等发达国家水平</w:t>
      </w:r>
    </w:p>
    <w:p>
      <w:pPr>
        <w:spacing w:before="20" w:after="20"/>
      </w:pPr>
      <w:r>
        <w:rPr>
          <w:sz w:val="22"/>
        </w:rPr>
        <w:t xml:space="preserve">    B. 人民生活比较富裕</w:t>
      </w:r>
    </w:p>
    <w:p>
      <w:pPr>
        <w:spacing w:before="20" w:after="20"/>
      </w:pPr>
      <w:r>
        <w:rPr>
          <w:sz w:val="22"/>
        </w:rPr>
        <w:t xml:space="preserve">    C. 基本实现现代化</w:t>
      </w:r>
    </w:p>
    <w:p>
      <w:pPr>
        <w:spacing w:before="20" w:after="20"/>
      </w:pPr>
      <w:r>
        <w:rPr>
          <w:sz w:val="22"/>
        </w:rPr>
        <w:t xml:space="preserve">    D. 全面建成小康社会</w:t>
      </w:r>
    </w:p>
    <w:p>
      <w:pPr>
        <w:spacing w:before="160"/>
      </w:pPr>
      <w:r>
        <w:rPr>
          <w:b/>
          <w:sz w:val="22"/>
        </w:rPr>
        <w:t>378. 邓小平指出，发展社会主义民主，必须( )</w:t>
      </w:r>
    </w:p>
    <w:p>
      <w:pPr>
        <w:spacing w:before="20" w:after="20"/>
      </w:pPr>
      <w:r>
        <w:rPr>
          <w:sz w:val="22"/>
        </w:rPr>
        <w:t xml:space="preserve">    A. 使民主制度化</w:t>
      </w:r>
    </w:p>
    <w:p>
      <w:pPr>
        <w:spacing w:before="20" w:after="20"/>
      </w:pPr>
      <w:r>
        <w:rPr>
          <w:sz w:val="22"/>
        </w:rPr>
        <w:t xml:space="preserve">    B. 使民主法律化</w:t>
      </w:r>
    </w:p>
    <w:p>
      <w:pPr>
        <w:spacing w:before="20" w:after="20"/>
      </w:pPr>
      <w:r>
        <w:rPr>
          <w:sz w:val="22"/>
        </w:rPr>
        <w:t xml:space="preserve">    C. 使民主不因领导人的改变而改变</w:t>
      </w:r>
    </w:p>
    <w:p>
      <w:pPr>
        <w:spacing w:before="20" w:after="20"/>
      </w:pPr>
      <w:r>
        <w:rPr>
          <w:sz w:val="22"/>
        </w:rPr>
        <w:t xml:space="preserve">    D. 使民主不因领导人看法和注意力的改变而改变</w:t>
      </w:r>
    </w:p>
    <w:p>
      <w:pPr>
        <w:spacing w:before="160"/>
      </w:pPr>
      <w:r>
        <w:rPr>
          <w:b/>
          <w:sz w:val="22"/>
        </w:rPr>
        <w:t>379. 本课程的学习方法强调要紧密联系( )。</w:t>
      </w:r>
    </w:p>
    <w:p>
      <w:pPr>
        <w:spacing w:before="20" w:after="20"/>
      </w:pPr>
      <w:r>
        <w:rPr>
          <w:sz w:val="22"/>
        </w:rPr>
        <w:t xml:space="preserve">    A. 党史.新中国史.改革开放史.社会主义发展史</w:t>
      </w:r>
    </w:p>
    <w:p>
      <w:pPr>
        <w:spacing w:before="20" w:after="20"/>
      </w:pPr>
      <w:r>
        <w:rPr>
          <w:sz w:val="22"/>
        </w:rPr>
        <w:t xml:space="preserve">    B. 中华民族发展史</w:t>
      </w:r>
    </w:p>
    <w:p>
      <w:pPr>
        <w:spacing w:before="20" w:after="20"/>
      </w:pPr>
      <w:r>
        <w:rPr>
          <w:sz w:val="22"/>
        </w:rPr>
        <w:t xml:space="preserve">    C. 伟大斗争.伟大工程.伟大事业.伟大梦想的实践</w:t>
      </w:r>
    </w:p>
    <w:p>
      <w:pPr>
        <w:spacing w:before="20" w:after="20"/>
      </w:pPr>
      <w:r>
        <w:rPr>
          <w:sz w:val="22"/>
        </w:rPr>
        <w:t xml:space="preserve">    D. 全面建设社会主义现代化国家的实际</w:t>
      </w:r>
    </w:p>
    <w:p>
      <w:pPr>
        <w:spacing w:before="20" w:after="20"/>
      </w:pPr>
      <w:r>
        <w:rPr>
          <w:sz w:val="22"/>
        </w:rPr>
        <w:t xml:space="preserve">    E. 自己的思想实际</w:t>
      </w:r>
    </w:p>
    <w:p>
      <w:pPr>
        <w:spacing w:before="160"/>
      </w:pPr>
      <w:r>
        <w:rPr>
          <w:b/>
          <w:sz w:val="22"/>
        </w:rPr>
        <w:t>380. 2002年5月，江泽民在中共中央党校省部级干部进修班毕业典礼上深刻阐述了 “三个代表”重要思想的内在联系，提出“贯彻’三个代表’重要思想，( )。</w:t>
      </w:r>
    </w:p>
    <w:p>
      <w:pPr>
        <w:spacing w:before="20" w:after="20"/>
      </w:pPr>
      <w:r>
        <w:rPr>
          <w:sz w:val="22"/>
        </w:rPr>
        <w:t xml:space="preserve">    A. 关键在坚持与时俱进</w:t>
      </w:r>
    </w:p>
    <w:p>
      <w:pPr>
        <w:spacing w:before="20" w:after="20"/>
      </w:pPr>
      <w:r>
        <w:rPr>
          <w:sz w:val="22"/>
        </w:rPr>
        <w:t xml:space="preserve">    B. 核心在坚持党的先进性</w:t>
      </w:r>
    </w:p>
    <w:p>
      <w:pPr>
        <w:spacing w:before="20" w:after="20"/>
      </w:pPr>
      <w:r>
        <w:rPr>
          <w:sz w:val="22"/>
        </w:rPr>
        <w:t xml:space="preserve">    C. 本质在坚持执政为民</w:t>
      </w:r>
    </w:p>
    <w:p>
      <w:pPr>
        <w:spacing w:before="20" w:after="20"/>
      </w:pPr>
      <w:r>
        <w:rPr>
          <w:sz w:val="22"/>
        </w:rPr>
        <w:t xml:space="preserve">    D. 目标在坚持党的宗旨</w:t>
      </w:r>
    </w:p>
    <w:p>
      <w:pPr>
        <w:spacing w:before="160"/>
      </w:pPr>
      <w:r>
        <w:rPr>
          <w:b/>
          <w:sz w:val="22"/>
        </w:rPr>
        <w:t>381. 关于《论十大关系》的表述正确的有:( )</w:t>
      </w:r>
    </w:p>
    <w:p>
      <w:pPr>
        <w:spacing w:before="20" w:after="20"/>
      </w:pPr>
      <w:r>
        <w:rPr>
          <w:sz w:val="22"/>
        </w:rPr>
        <w:t xml:space="preserve">    A. 它是新中国成立以来中央领导集体深入调查研究的成果</w:t>
      </w:r>
    </w:p>
    <w:p>
      <w:pPr>
        <w:spacing w:before="20" w:after="20"/>
      </w:pPr>
      <w:r>
        <w:rPr>
          <w:sz w:val="22"/>
        </w:rPr>
        <w:t xml:space="preserve">    B. 它为中共八大的召开作了理论准备</w:t>
      </w:r>
    </w:p>
    <w:p>
      <w:pPr>
        <w:spacing w:before="20" w:after="20"/>
      </w:pPr>
      <w:r>
        <w:rPr>
          <w:sz w:val="22"/>
        </w:rPr>
        <w:t xml:space="preserve">    C. 探讨了中央与地方的关系</w:t>
      </w:r>
    </w:p>
    <w:p>
      <w:pPr>
        <w:spacing w:before="20" w:after="20"/>
      </w:pPr>
      <w:r>
        <w:rPr>
          <w:sz w:val="22"/>
        </w:rPr>
        <w:t xml:space="preserve">    D. 探讨了沿海工业和内地工业的关系</w:t>
      </w:r>
    </w:p>
    <w:p>
      <w:pPr>
        <w:spacing w:before="160"/>
      </w:pPr>
      <w:r>
        <w:rPr>
          <w:b/>
          <w:sz w:val="22"/>
        </w:rPr>
        <w:t>382. 1959年底至1960年初，毛泽东在读苏联《政治经济学教科书》时，认为社会主义社会的发展阶段有( )</w:t>
      </w:r>
    </w:p>
    <w:p>
      <w:pPr>
        <w:spacing w:before="20" w:after="20"/>
      </w:pPr>
      <w:r>
        <w:rPr>
          <w:sz w:val="22"/>
        </w:rPr>
        <w:t xml:space="preserve">    A. 不发达的社会主义</w:t>
      </w:r>
    </w:p>
    <w:p>
      <w:pPr>
        <w:spacing w:before="20" w:after="20"/>
      </w:pPr>
      <w:r>
        <w:rPr>
          <w:sz w:val="22"/>
        </w:rPr>
        <w:t xml:space="preserve">    B. 比较发达的社会主义</w:t>
      </w:r>
    </w:p>
    <w:p>
      <w:pPr>
        <w:spacing w:before="20" w:after="20"/>
      </w:pPr>
      <w:r>
        <w:rPr>
          <w:sz w:val="22"/>
        </w:rPr>
        <w:t xml:space="preserve">    C. 发达的社会主义</w:t>
      </w:r>
    </w:p>
    <w:p>
      <w:pPr>
        <w:spacing w:before="20" w:after="20"/>
      </w:pPr>
      <w:r>
        <w:rPr>
          <w:sz w:val="22"/>
        </w:rPr>
        <w:t xml:space="preserve">    D. 社会主义初级阶段</w:t>
      </w:r>
    </w:p>
    <w:p>
      <w:pPr>
        <w:spacing w:before="20" w:after="20"/>
      </w:pPr>
      <w:r>
        <w:rPr>
          <w:sz w:val="22"/>
        </w:rPr>
        <w:t xml:space="preserve">    E. 社会主义高级阶段</w:t>
      </w:r>
    </w:p>
    <w:p>
      <w:pPr>
        <w:spacing w:before="160"/>
      </w:pPr>
      <w:r>
        <w:rPr>
          <w:b/>
          <w:sz w:val="22"/>
        </w:rPr>
        <w:t>383. 邓小平指出，坚持四项基本原则包括( )</w:t>
      </w:r>
    </w:p>
    <w:p>
      <w:pPr>
        <w:spacing w:before="20" w:after="20"/>
      </w:pPr>
      <w:r>
        <w:rPr>
          <w:sz w:val="22"/>
        </w:rPr>
        <w:t xml:space="preserve">    A. 坚持社会主义道路</w:t>
      </w:r>
    </w:p>
    <w:p>
      <w:pPr>
        <w:spacing w:before="20" w:after="20"/>
      </w:pPr>
      <w:r>
        <w:rPr>
          <w:sz w:val="22"/>
        </w:rPr>
        <w:t xml:space="preserve">    B. 坚持人民民主专政</w:t>
      </w:r>
    </w:p>
    <w:p>
      <w:pPr>
        <w:spacing w:before="20" w:after="20"/>
      </w:pPr>
      <w:r>
        <w:rPr>
          <w:sz w:val="22"/>
        </w:rPr>
        <w:t xml:space="preserve">    C. 坚持共产党的领导</w:t>
      </w:r>
    </w:p>
    <w:p>
      <w:pPr>
        <w:spacing w:before="20" w:after="20"/>
      </w:pPr>
      <w:r>
        <w:rPr>
          <w:sz w:val="22"/>
        </w:rPr>
        <w:t xml:space="preserve">    D. 坚持马列主义毛泽东思想</w:t>
      </w:r>
    </w:p>
    <w:p>
      <w:pPr>
        <w:spacing w:before="160"/>
      </w:pPr>
      <w:r>
        <w:rPr>
          <w:b/>
          <w:sz w:val="22"/>
        </w:rPr>
        <w:t>384. 邓小平从不同角度阐明了发展的重要性，( )</w:t>
      </w:r>
    </w:p>
    <w:p>
      <w:pPr>
        <w:spacing w:before="20" w:after="20"/>
      </w:pPr>
      <w:r>
        <w:rPr>
          <w:sz w:val="22"/>
        </w:rPr>
        <w:t xml:space="preserve">    A. 维护世界和平离不开发展</w:t>
      </w:r>
    </w:p>
    <w:p>
      <w:pPr>
        <w:spacing w:before="20" w:after="20"/>
      </w:pPr>
      <w:r>
        <w:rPr>
          <w:sz w:val="22"/>
        </w:rPr>
        <w:t xml:space="preserve">    B. 振兴中华民族离不开发展</w:t>
      </w:r>
    </w:p>
    <w:p>
      <w:pPr>
        <w:spacing w:before="20" w:after="20"/>
      </w:pPr>
      <w:r>
        <w:rPr>
          <w:sz w:val="22"/>
        </w:rPr>
        <w:t xml:space="preserve">    C. 坚持和完善社会主义制度离不开发展</w:t>
      </w:r>
    </w:p>
    <w:p>
      <w:pPr>
        <w:spacing w:before="20" w:after="20"/>
      </w:pPr>
      <w:r>
        <w:rPr>
          <w:sz w:val="22"/>
        </w:rPr>
        <w:t xml:space="preserve">    D. 解决国内各种问题离不开发展</w:t>
      </w:r>
    </w:p>
    <w:p>
      <w:pPr>
        <w:spacing w:before="160"/>
      </w:pPr>
      <w:r>
        <w:rPr>
          <w:b/>
          <w:sz w:val="22"/>
        </w:rPr>
        <w:t>385. 邓小平关于社会主义本质的概括，( )</w:t>
      </w:r>
    </w:p>
    <w:p>
      <w:pPr>
        <w:spacing w:before="20" w:after="20"/>
      </w:pPr>
      <w:r>
        <w:rPr>
          <w:sz w:val="22"/>
        </w:rPr>
        <w:t xml:space="preserve">    A. 反映了人民的利益和时代的要求</w:t>
      </w:r>
    </w:p>
    <w:p>
      <w:pPr>
        <w:spacing w:before="20" w:after="20"/>
      </w:pPr>
      <w:r>
        <w:rPr>
          <w:sz w:val="22"/>
        </w:rPr>
        <w:t xml:space="preserve">    B. 廓清了不合乎时代进步和社会发展规律的模糊观念</w:t>
      </w:r>
    </w:p>
    <w:p>
      <w:pPr>
        <w:spacing w:before="20" w:after="20"/>
      </w:pPr>
      <w:r>
        <w:rPr>
          <w:sz w:val="22"/>
        </w:rPr>
        <w:t xml:space="preserve">    C. 摆脱了长期以来拘泥于具体模式而忽略社会主义本质的错误倾向</w:t>
      </w:r>
    </w:p>
    <w:p>
      <w:pPr>
        <w:spacing w:before="20" w:after="20"/>
      </w:pPr>
      <w:r>
        <w:rPr>
          <w:sz w:val="22"/>
        </w:rPr>
        <w:t xml:space="preserve">    D. 把对社会主义的认识提高到新的科学水平</w:t>
      </w:r>
    </w:p>
    <w:p>
      <w:pPr>
        <w:spacing w:before="160"/>
      </w:pPr>
      <w:r>
        <w:rPr>
          <w:b/>
          <w:sz w:val="22"/>
        </w:rPr>
        <w:t>386. 社会主义革命时期，民族资产阶级具有两面性，即( )</w:t>
      </w:r>
    </w:p>
    <w:p>
      <w:pPr>
        <w:spacing w:before="20" w:after="20"/>
      </w:pPr>
      <w:r>
        <w:rPr>
          <w:sz w:val="22"/>
        </w:rPr>
        <w:t xml:space="preserve">    A. 剥削工人取得利润</w:t>
      </w:r>
    </w:p>
    <w:p>
      <w:pPr>
        <w:spacing w:before="20" w:after="20"/>
      </w:pPr>
      <w:r>
        <w:rPr>
          <w:sz w:val="22"/>
        </w:rPr>
        <w:t xml:space="preserve">    B. 革命性</w:t>
      </w:r>
    </w:p>
    <w:p>
      <w:pPr>
        <w:spacing w:before="20" w:after="20"/>
      </w:pPr>
      <w:r>
        <w:rPr>
          <w:sz w:val="22"/>
        </w:rPr>
        <w:t xml:space="preserve">    C. 拥护宪法、愿意接受社会主义改造</w:t>
      </w:r>
    </w:p>
    <w:p>
      <w:pPr>
        <w:spacing w:before="20" w:after="20"/>
      </w:pPr>
      <w:r>
        <w:rPr>
          <w:sz w:val="22"/>
        </w:rPr>
        <w:t xml:space="preserve">    D. 动摇性</w:t>
      </w:r>
    </w:p>
    <w:p>
      <w:pPr>
        <w:spacing w:before="160"/>
      </w:pPr>
      <w:r>
        <w:rPr>
          <w:b/>
          <w:sz w:val="22"/>
        </w:rPr>
        <w:t>387. 新民主主义革命总路线的内容包括( )。</w:t>
      </w:r>
    </w:p>
    <w:p>
      <w:pPr>
        <w:spacing w:before="20" w:after="20"/>
      </w:pPr>
      <w:r>
        <w:rPr>
          <w:sz w:val="22"/>
        </w:rPr>
        <w:t xml:space="preserve">    A. 无产阶级领导</w:t>
      </w:r>
    </w:p>
    <w:p>
      <w:pPr>
        <w:spacing w:before="20" w:after="20"/>
      </w:pPr>
      <w:r>
        <w:rPr>
          <w:sz w:val="22"/>
        </w:rPr>
        <w:t xml:space="preserve">    B. 人民大众参与</w:t>
      </w:r>
    </w:p>
    <w:p>
      <w:pPr>
        <w:spacing w:before="20" w:after="20"/>
      </w:pPr>
      <w:r>
        <w:rPr>
          <w:sz w:val="22"/>
        </w:rPr>
        <w:t xml:space="preserve">    C. 反对帝国主义、封建主义、官僚资本主义</w:t>
      </w:r>
    </w:p>
    <w:p>
      <w:pPr>
        <w:spacing w:before="20" w:after="20"/>
      </w:pPr>
      <w:r>
        <w:rPr>
          <w:sz w:val="22"/>
        </w:rPr>
        <w:t xml:space="preserve">    D. 革命前途是社会主义</w:t>
      </w:r>
    </w:p>
    <w:p>
      <w:pPr>
        <w:spacing w:before="160"/>
      </w:pPr>
      <w:r>
        <w:rPr>
          <w:b/>
          <w:sz w:val="22"/>
        </w:rPr>
        <w:t>388. 邓小平理论的历史地位包括( )</w:t>
      </w:r>
    </w:p>
    <w:p>
      <w:pPr>
        <w:spacing w:before="20" w:after="20"/>
      </w:pPr>
      <w:r>
        <w:rPr>
          <w:sz w:val="22"/>
        </w:rPr>
        <w:t xml:space="preserve">    A. 马克思列宁主义.毛泽东思想的继承和发展</w:t>
      </w:r>
    </w:p>
    <w:p>
      <w:pPr>
        <w:spacing w:before="20" w:after="20"/>
      </w:pPr>
      <w:r>
        <w:rPr>
          <w:sz w:val="22"/>
        </w:rPr>
        <w:t xml:space="preserve">    B. 中国特色社会主义理论体系的开篇之作</w:t>
      </w:r>
    </w:p>
    <w:p>
      <w:pPr>
        <w:spacing w:before="20" w:after="20"/>
      </w:pPr>
      <w:r>
        <w:rPr>
          <w:sz w:val="22"/>
        </w:rPr>
        <w:t xml:space="preserve">    C. 改革开放和社会主义现代化建设的科学指南</w:t>
      </w:r>
    </w:p>
    <w:p>
      <w:pPr>
        <w:spacing w:before="20" w:after="20"/>
      </w:pPr>
      <w:r>
        <w:rPr>
          <w:sz w:val="22"/>
        </w:rPr>
        <w:t xml:space="preserve">    D. 习近平新时代中国特色社会主义思想的基础</w:t>
      </w:r>
    </w:p>
    <w:p>
      <w:pPr>
        <w:spacing w:before="160"/>
      </w:pPr>
      <w:r>
        <w:rPr>
          <w:b/>
          <w:sz w:val="22"/>
        </w:rPr>
        <w:t>389. 我国社会主义初级阶段的论断包括( )</w:t>
      </w:r>
    </w:p>
    <w:p>
      <w:pPr>
        <w:spacing w:before="20" w:after="20"/>
      </w:pPr>
      <w:r>
        <w:rPr>
          <w:sz w:val="22"/>
        </w:rPr>
        <w:t xml:space="preserve">    A. 我国已经进入社会主义社会</w:t>
      </w:r>
    </w:p>
    <w:p>
      <w:pPr>
        <w:spacing w:before="20" w:after="20"/>
      </w:pPr>
      <w:r>
        <w:rPr>
          <w:sz w:val="22"/>
        </w:rPr>
        <w:t xml:space="preserve">    B. 我国的社会主义还处在初级阶段</w:t>
      </w:r>
    </w:p>
    <w:p>
      <w:pPr>
        <w:spacing w:before="20" w:after="20"/>
      </w:pPr>
      <w:r>
        <w:rPr>
          <w:sz w:val="22"/>
        </w:rPr>
        <w:t xml:space="preserve">    C. 我国已经实现现代化</w:t>
      </w:r>
    </w:p>
    <w:p>
      <w:pPr>
        <w:spacing w:before="20" w:after="20"/>
      </w:pPr>
      <w:r>
        <w:rPr>
          <w:sz w:val="22"/>
        </w:rPr>
        <w:t xml:space="preserve">    D. 我国已经成为发达国家</w:t>
      </w:r>
    </w:p>
    <w:p>
      <w:pPr>
        <w:spacing w:before="160"/>
      </w:pPr>
      <w:r>
        <w:rPr>
          <w:b/>
          <w:sz w:val="22"/>
        </w:rPr>
        <w:t>390. 我党在社会主义建设道路初步探索中提出的重要思想理论观点包括:( )</w:t>
      </w:r>
    </w:p>
    <w:p>
      <w:pPr>
        <w:spacing w:before="20" w:after="20"/>
      </w:pPr>
      <w:r>
        <w:rPr>
          <w:sz w:val="22"/>
        </w:rPr>
        <w:t xml:space="preserve">    A. 社会主义发展两阶段理论</w:t>
      </w:r>
    </w:p>
    <w:p>
      <w:pPr>
        <w:spacing w:before="20" w:after="20"/>
      </w:pPr>
      <w:r>
        <w:rPr>
          <w:sz w:val="22"/>
        </w:rPr>
        <w:t xml:space="preserve">    B. 社会主义现代化建设“两步走”发展战略</w:t>
      </w:r>
    </w:p>
    <w:p>
      <w:pPr>
        <w:spacing w:before="20" w:after="20"/>
      </w:pPr>
      <w:r>
        <w:rPr>
          <w:sz w:val="22"/>
        </w:rPr>
        <w:t xml:space="preserve">    C. 资本主义经济是社会主义经济的有益补充</w:t>
      </w:r>
    </w:p>
    <w:p>
      <w:pPr>
        <w:spacing w:before="20" w:after="20"/>
      </w:pPr>
      <w:r>
        <w:rPr>
          <w:sz w:val="22"/>
        </w:rPr>
        <w:t xml:space="preserve">    D. 要建立适合我国情况和人民需要的社会主义的市场</w:t>
      </w:r>
    </w:p>
    <w:p>
      <w:pPr>
        <w:spacing w:before="160"/>
      </w:pPr>
      <w:r>
        <w:rPr>
          <w:b/>
          <w:sz w:val="22"/>
        </w:rPr>
        <w:t>391. 资本主义工商业的社会主义改造高级形式包括 ( )</w:t>
      </w:r>
    </w:p>
    <w:p>
      <w:pPr>
        <w:spacing w:before="20" w:after="20"/>
      </w:pPr>
      <w:r>
        <w:rPr>
          <w:sz w:val="22"/>
        </w:rPr>
        <w:t xml:space="preserve">    A. 个别企业的公私合营</w:t>
      </w:r>
    </w:p>
    <w:p>
      <w:pPr>
        <w:spacing w:before="20" w:after="20"/>
      </w:pPr>
      <w:r>
        <w:rPr>
          <w:sz w:val="22"/>
        </w:rPr>
        <w:t xml:space="preserve">    B. 全行业的公私合营</w:t>
      </w:r>
    </w:p>
    <w:p>
      <w:pPr>
        <w:spacing w:before="20" w:after="20"/>
      </w:pPr>
      <w:r>
        <w:rPr>
          <w:sz w:val="22"/>
        </w:rPr>
        <w:t xml:space="preserve">    C. 在私营商业中实行:委托经销、代销</w:t>
      </w:r>
    </w:p>
    <w:p>
      <w:pPr>
        <w:spacing w:before="20" w:after="20"/>
      </w:pPr>
      <w:r>
        <w:rPr>
          <w:sz w:val="22"/>
        </w:rPr>
        <w:t xml:space="preserve">    D. 在私营工业中实行:委托加工、计划订货、统购包销</w:t>
      </w:r>
    </w:p>
    <w:p>
      <w:pPr>
        <w:spacing w:before="160"/>
      </w:pPr>
      <w:r>
        <w:rPr>
          <w:b/>
          <w:sz w:val="22"/>
        </w:rPr>
        <w:t>392. 加强党的建设，要( )</w:t>
      </w:r>
    </w:p>
    <w:p>
      <w:pPr>
        <w:spacing w:before="20" w:after="20"/>
      </w:pPr>
      <w:r>
        <w:rPr>
          <w:sz w:val="22"/>
        </w:rPr>
        <w:t xml:space="preserve">    A. 加强思想建设</w:t>
      </w:r>
    </w:p>
    <w:p>
      <w:pPr>
        <w:spacing w:before="20" w:after="20"/>
      </w:pPr>
      <w:r>
        <w:rPr>
          <w:sz w:val="22"/>
        </w:rPr>
        <w:t xml:space="preserve">    B. 加强组织建设</w:t>
      </w:r>
    </w:p>
    <w:p>
      <w:pPr>
        <w:spacing w:before="20" w:after="20"/>
      </w:pPr>
      <w:r>
        <w:rPr>
          <w:sz w:val="22"/>
        </w:rPr>
        <w:t xml:space="preserve">    C. 加强作风建设</w:t>
      </w:r>
    </w:p>
    <w:p>
      <w:pPr>
        <w:spacing w:before="20" w:after="20"/>
      </w:pPr>
      <w:r>
        <w:rPr>
          <w:sz w:val="22"/>
        </w:rPr>
        <w:t xml:space="preserve">    D. 加强制度建设</w:t>
      </w:r>
    </w:p>
    <w:p>
      <w:pPr>
        <w:spacing w:before="160"/>
      </w:pPr>
      <w:r>
        <w:rPr>
          <w:b/>
          <w:sz w:val="22"/>
        </w:rPr>
        <w:t>393. 土地改革完成后农民表现出两种积极性，即( )</w:t>
      </w:r>
    </w:p>
    <w:p>
      <w:pPr>
        <w:spacing w:before="20" w:after="20"/>
      </w:pPr>
      <w:r>
        <w:rPr>
          <w:sz w:val="22"/>
        </w:rPr>
        <w:t xml:space="preserve">    A. 工业生产的积极性</w:t>
      </w:r>
    </w:p>
    <w:p>
      <w:pPr>
        <w:spacing w:before="20" w:after="20"/>
      </w:pPr>
      <w:r>
        <w:rPr>
          <w:sz w:val="22"/>
        </w:rPr>
        <w:t xml:space="preserve">    B. 资源整合的积极性</w:t>
      </w:r>
    </w:p>
    <w:p>
      <w:pPr>
        <w:spacing w:before="20" w:after="20"/>
      </w:pPr>
      <w:r>
        <w:rPr>
          <w:sz w:val="22"/>
        </w:rPr>
        <w:t xml:space="preserve">    C. 互助合作的积极性</w:t>
      </w:r>
    </w:p>
    <w:p>
      <w:pPr>
        <w:spacing w:before="20" w:after="20"/>
      </w:pPr>
      <w:r>
        <w:rPr>
          <w:sz w:val="22"/>
        </w:rPr>
        <w:t xml:space="preserve">    D. 个体经济的积极性</w:t>
      </w:r>
    </w:p>
    <w:p>
      <w:pPr>
        <w:spacing w:before="160"/>
      </w:pPr>
      <w:r>
        <w:rPr>
          <w:b/>
          <w:sz w:val="22"/>
        </w:rPr>
        <w:t>394. 中国从开始全面建设社会主义到1976年，尽管经历过严重的曲折，但从总体上说，社会主义建设取得的成就是巨大的。这主要表现在( )</w:t>
      </w:r>
    </w:p>
    <w:p>
      <w:pPr>
        <w:spacing w:before="20" w:after="20"/>
      </w:pPr>
      <w:r>
        <w:rPr>
          <w:sz w:val="22"/>
        </w:rPr>
        <w:t xml:space="preserve">    A. 独立的、比较完整的工业体系和国民经济体系的建立</w:t>
      </w:r>
    </w:p>
    <w:p>
      <w:pPr>
        <w:spacing w:before="20" w:after="20"/>
      </w:pPr>
      <w:r>
        <w:rPr>
          <w:sz w:val="22"/>
        </w:rPr>
        <w:t xml:space="preserve">    B. 人民生活水平的提高与文化.教育.医疗.科技事业的发展</w:t>
      </w:r>
    </w:p>
    <w:p>
      <w:pPr>
        <w:spacing w:before="20" w:after="20"/>
      </w:pPr>
      <w:r>
        <w:rPr>
          <w:sz w:val="22"/>
        </w:rPr>
        <w:t xml:space="preserve">    C. 国际地位的提高与国际环境的改善</w:t>
      </w:r>
    </w:p>
    <w:p>
      <w:pPr>
        <w:spacing w:before="20" w:after="20"/>
      </w:pPr>
      <w:r>
        <w:rPr>
          <w:sz w:val="22"/>
        </w:rPr>
        <w:t xml:space="preserve">    D. 探索中形成的建设社会主义的若干重要原则</w:t>
      </w:r>
    </w:p>
    <w:p>
      <w:pPr>
        <w:spacing w:before="160"/>
      </w:pPr>
      <w:r>
        <w:rPr>
          <w:b/>
          <w:sz w:val="22"/>
        </w:rPr>
        <w:t>395. 毛泽东提出的社会主义发展阶段理论包括( )。</w:t>
      </w:r>
    </w:p>
    <w:p>
      <w:pPr>
        <w:spacing w:before="20" w:after="20"/>
      </w:pPr>
      <w:r>
        <w:rPr>
          <w:sz w:val="22"/>
        </w:rPr>
        <w:t xml:space="preserve">    A. 不发达的社会主义</w:t>
      </w:r>
    </w:p>
    <w:p>
      <w:pPr>
        <w:spacing w:before="20" w:after="20"/>
      </w:pPr>
      <w:r>
        <w:rPr>
          <w:sz w:val="22"/>
        </w:rPr>
        <w:t xml:space="preserve">    B. 比较发达的社会主义</w:t>
      </w:r>
    </w:p>
    <w:p>
      <w:pPr>
        <w:spacing w:before="20" w:after="20"/>
      </w:pPr>
      <w:r>
        <w:rPr>
          <w:sz w:val="22"/>
        </w:rPr>
        <w:t xml:space="preserve">    C. 发达的社会主义</w:t>
      </w:r>
    </w:p>
    <w:p>
      <w:pPr>
        <w:spacing w:before="20" w:after="20"/>
      </w:pPr>
      <w:r>
        <w:rPr>
          <w:sz w:val="22"/>
        </w:rPr>
        <w:t xml:space="preserve">    D. 共产主义</w:t>
      </w:r>
    </w:p>
    <w:p>
      <w:pPr>
        <w:spacing w:before="160"/>
      </w:pPr>
      <w:r>
        <w:rPr>
          <w:b/>
          <w:sz w:val="22"/>
        </w:rPr>
        <w:t>396. 中国革命.建设和改革的实践证明,要运用马克思主义指导实践,必须实现马克思主义中国化,马克思主义之所以能够中国化的原因在于( )。</w:t>
      </w:r>
    </w:p>
    <w:p>
      <w:pPr>
        <w:spacing w:before="20" w:after="20"/>
      </w:pPr>
      <w:r>
        <w:rPr>
          <w:sz w:val="22"/>
        </w:rPr>
        <w:t xml:space="preserve">    A. 马克思主义理论的内在要求</w:t>
      </w:r>
    </w:p>
    <w:p>
      <w:pPr>
        <w:spacing w:before="20" w:after="20"/>
      </w:pPr>
      <w:r>
        <w:rPr>
          <w:sz w:val="22"/>
        </w:rPr>
        <w:t xml:space="preserve">    B. 马克思主义与中华民族优秀文化具有相融性</w:t>
      </w:r>
    </w:p>
    <w:p>
      <w:pPr>
        <w:spacing w:before="20" w:after="20"/>
      </w:pPr>
      <w:r>
        <w:rPr>
          <w:sz w:val="22"/>
        </w:rPr>
        <w:t xml:space="preserve">    C. 中国革命.建设和改革的实践需要马克思主义指导</w:t>
      </w:r>
    </w:p>
    <w:p>
      <w:pPr>
        <w:spacing w:before="20" w:after="20"/>
      </w:pPr>
      <w:r>
        <w:rPr>
          <w:sz w:val="22"/>
        </w:rPr>
        <w:t xml:space="preserve">    D. 马克思主义为中国革命.建设和改革提供了现实的发展模式</w:t>
      </w:r>
    </w:p>
    <w:p>
      <w:pPr>
        <w:spacing w:before="160"/>
      </w:pPr>
      <w:r>
        <w:rPr>
          <w:b/>
          <w:sz w:val="22"/>
        </w:rPr>
        <w:t>397. 社会主义基本制度确立的重大意义包括( )</w:t>
      </w:r>
    </w:p>
    <w:p>
      <w:pPr>
        <w:spacing w:before="20" w:after="20"/>
      </w:pPr>
      <w:r>
        <w:rPr>
          <w:sz w:val="22"/>
        </w:rPr>
        <w:t xml:space="preserve">    A. 使广大劳动人民成为国家的主人</w:t>
      </w:r>
    </w:p>
    <w:p>
      <w:pPr>
        <w:spacing w:before="20" w:after="20"/>
      </w:pPr>
      <w:r>
        <w:rPr>
          <w:sz w:val="22"/>
        </w:rPr>
        <w:t xml:space="preserve">    B. 极大地提高工人阶级和广大劳动人民的积极性、创造性，极大地促进了我国社会生产力的发展</w:t>
      </w:r>
    </w:p>
    <w:p>
      <w:pPr>
        <w:spacing w:before="20" w:after="20"/>
      </w:pPr>
      <w:r>
        <w:rPr>
          <w:sz w:val="22"/>
        </w:rPr>
        <w:t xml:space="preserve">    C. 使占世界人口1/4的东方大国进入了社会主义社会，是世界社会主义发展的又一个历史性伟大胜利</w:t>
      </w:r>
    </w:p>
    <w:p>
      <w:pPr>
        <w:spacing w:before="20" w:after="20"/>
      </w:pPr>
      <w:r>
        <w:rPr>
          <w:sz w:val="22"/>
        </w:rPr>
        <w:t xml:space="preserve">    D. 是以毛泽东同志为主要代表的中国共产党人对一个脱胎于半殖民地半封建的东方大国如何进行社会主义革命问题的系统回答和正确解决，是马克思列宁主义关于社会主义革命理论在中国的正确运用和创造性发展的结果</w:t>
      </w:r>
    </w:p>
    <w:p>
      <w:pPr>
        <w:spacing w:before="160"/>
      </w:pPr>
      <w:r>
        <w:rPr>
          <w:b/>
          <w:sz w:val="22"/>
        </w:rPr>
        <w:t>398. 毛泽东认为，中国资产阶级包括:( )(1.0) `[分]`</w:t>
      </w:r>
    </w:p>
    <w:p>
      <w:pPr>
        <w:spacing w:before="20" w:after="20"/>
      </w:pPr>
      <w:r>
        <w:rPr>
          <w:sz w:val="22"/>
        </w:rPr>
        <w:t xml:space="preserve">    A. 大资产阶级(或买办资产阶级)</w:t>
      </w:r>
    </w:p>
    <w:p>
      <w:pPr>
        <w:spacing w:before="20" w:after="20"/>
      </w:pPr>
      <w:r>
        <w:rPr>
          <w:sz w:val="22"/>
        </w:rPr>
        <w:t xml:space="preserve">    B. 城市小资产阶级</w:t>
      </w:r>
    </w:p>
    <w:p>
      <w:pPr>
        <w:spacing w:before="20" w:after="20"/>
      </w:pPr>
      <w:r>
        <w:rPr>
          <w:sz w:val="22"/>
        </w:rPr>
        <w:t xml:space="preserve">    C. 民族资产阶级</w:t>
      </w:r>
    </w:p>
    <w:p>
      <w:pPr>
        <w:spacing w:before="20" w:after="20"/>
      </w:pPr>
      <w:r>
        <w:rPr>
          <w:sz w:val="22"/>
        </w:rPr>
        <w:t xml:space="preserve">    D. 知识分子</w:t>
      </w:r>
    </w:p>
    <w:p>
      <w:pPr>
        <w:spacing w:before="160"/>
      </w:pPr>
      <w:r>
        <w:rPr>
          <w:b/>
          <w:sz w:val="22"/>
        </w:rPr>
        <w:t>399. 邓小平指出，对外开放要正确对待资本主义社会创造的现代文明成果，要( )</w:t>
      </w:r>
    </w:p>
    <w:p>
      <w:pPr>
        <w:spacing w:before="20" w:after="20"/>
      </w:pPr>
      <w:r>
        <w:rPr>
          <w:sz w:val="22"/>
        </w:rPr>
        <w:t xml:space="preserve">    A. 大胆借鉴</w:t>
      </w:r>
    </w:p>
    <w:p>
      <w:pPr>
        <w:spacing w:before="20" w:after="20"/>
      </w:pPr>
      <w:r>
        <w:rPr>
          <w:sz w:val="22"/>
        </w:rPr>
        <w:t xml:space="preserve">    B. 大胆吸收</w:t>
      </w:r>
    </w:p>
    <w:p>
      <w:pPr>
        <w:spacing w:before="20" w:after="20"/>
      </w:pPr>
      <w:r>
        <w:rPr>
          <w:sz w:val="22"/>
        </w:rPr>
        <w:t xml:space="preserve">    C. 结合新的实践进行新的创造</w:t>
      </w:r>
    </w:p>
    <w:p>
      <w:pPr>
        <w:spacing w:before="20" w:after="20"/>
      </w:pPr>
      <w:r>
        <w:rPr>
          <w:sz w:val="22"/>
        </w:rPr>
        <w:t xml:space="preserve">    D. 全盘照搬</w:t>
      </w:r>
    </w:p>
    <w:p>
      <w:pPr>
        <w:spacing w:before="160"/>
      </w:pPr>
      <w:r>
        <w:rPr>
          <w:b/>
          <w:sz w:val="22"/>
        </w:rPr>
        <w:t>400. 推进马克思主义中国化时代化，是( )。</w:t>
      </w:r>
    </w:p>
    <w:p>
      <w:pPr>
        <w:spacing w:before="20" w:after="20"/>
      </w:pPr>
      <w:r>
        <w:rPr>
          <w:sz w:val="22"/>
        </w:rPr>
        <w:t xml:space="preserve">    A. 马克思主义唯物史观的要求</w:t>
      </w:r>
    </w:p>
    <w:p>
      <w:pPr>
        <w:spacing w:before="20" w:after="20"/>
      </w:pPr>
      <w:r>
        <w:rPr>
          <w:sz w:val="22"/>
        </w:rPr>
        <w:t xml:space="preserve">    B. 马克思主义理论本身发展的内在要求</w:t>
      </w:r>
    </w:p>
    <w:p>
      <w:pPr>
        <w:spacing w:before="20" w:after="20"/>
      </w:pPr>
      <w:r>
        <w:rPr>
          <w:sz w:val="22"/>
        </w:rPr>
        <w:t xml:space="preserve">    C. 解决中国实际问题的客观需要</w:t>
      </w:r>
    </w:p>
    <w:p>
      <w:pPr>
        <w:spacing w:before="20" w:after="20"/>
      </w:pPr>
      <w:r>
        <w:rPr>
          <w:sz w:val="22"/>
        </w:rPr>
        <w:t xml:space="preserve">    D. 社会主义经济社会发展的需要</w:t>
      </w:r>
    </w:p>
    <w:p>
      <w:pPr>
        <w:spacing w:before="160"/>
      </w:pPr>
      <w:r>
        <w:rPr>
          <w:b/>
          <w:sz w:val="22"/>
        </w:rPr>
        <w:t>401. 改革是社会主义社会发展的直接动力，这是因为( )</w:t>
      </w:r>
    </w:p>
    <w:p>
      <w:pPr>
        <w:spacing w:before="20" w:after="20"/>
      </w:pPr>
      <w:r>
        <w:rPr>
          <w:sz w:val="22"/>
        </w:rPr>
        <w:t xml:space="preserve">    A. 改革能够解放生产力</w:t>
      </w:r>
    </w:p>
    <w:p>
      <w:pPr>
        <w:spacing w:before="20" w:after="20"/>
      </w:pPr>
      <w:r>
        <w:rPr>
          <w:sz w:val="22"/>
        </w:rPr>
        <w:t xml:space="preserve">    B. 改革能够发展生产力</w:t>
      </w:r>
    </w:p>
    <w:p>
      <w:pPr>
        <w:spacing w:before="20" w:after="20"/>
      </w:pPr>
      <w:r>
        <w:rPr>
          <w:sz w:val="22"/>
        </w:rPr>
        <w:t xml:space="preserve">    C. 改革能够解决社会主义社会的基本矛盾</w:t>
      </w:r>
    </w:p>
    <w:p>
      <w:pPr>
        <w:spacing w:before="20" w:after="20"/>
      </w:pPr>
      <w:r>
        <w:rPr>
          <w:sz w:val="22"/>
        </w:rPr>
        <w:t xml:space="preserve">    D. 改革能够消灭阶级矛盾</w:t>
      </w:r>
    </w:p>
    <w:p>
      <w:pPr>
        <w:spacing w:before="160"/>
      </w:pPr>
      <w:r>
        <w:rPr>
          <w:b/>
          <w:sz w:val="22"/>
        </w:rPr>
        <w:t>402. 中国共产党在抗日战争时期为巩固抗日民族统一战线而采取的方针是( )。</w:t>
      </w:r>
    </w:p>
    <w:p>
      <w:pPr>
        <w:spacing w:before="20" w:after="20"/>
      </w:pPr>
      <w:r>
        <w:rPr>
          <w:sz w:val="22"/>
        </w:rPr>
        <w:t xml:space="preserve">    A. 发展进步势力</w:t>
      </w:r>
    </w:p>
    <w:p>
      <w:pPr>
        <w:spacing w:before="20" w:after="20"/>
      </w:pPr>
      <w:r>
        <w:rPr>
          <w:sz w:val="22"/>
        </w:rPr>
        <w:t xml:space="preserve">    B. 争取中间势力</w:t>
      </w:r>
    </w:p>
    <w:p>
      <w:pPr>
        <w:spacing w:before="20" w:after="20"/>
      </w:pPr>
      <w:r>
        <w:rPr>
          <w:sz w:val="22"/>
        </w:rPr>
        <w:t xml:space="preserve">    C. 孤立顽固势力</w:t>
      </w:r>
    </w:p>
    <w:p>
      <w:pPr>
        <w:spacing w:before="20" w:after="20"/>
      </w:pPr>
      <w:r>
        <w:rPr>
          <w:sz w:val="22"/>
        </w:rPr>
        <w:t xml:space="preserve">    D. 打击反动势力</w:t>
      </w:r>
    </w:p>
    <w:p>
      <w:pPr>
        <w:spacing w:before="160"/>
      </w:pPr>
      <w:r>
        <w:rPr>
          <w:b/>
          <w:sz w:val="22"/>
        </w:rPr>
        <w:t>403. 中国共产党根据马克思列宁主义关于农业社会主义改造的思想，从我国的实际出发，开创了一条有中国特点的农业合作化道路，成功实现了对个体农业的社会主义改造，其成功经验主要有( )</w:t>
      </w:r>
    </w:p>
    <w:p>
      <w:pPr>
        <w:spacing w:before="20" w:after="20"/>
      </w:pPr>
      <w:r>
        <w:rPr>
          <w:sz w:val="22"/>
        </w:rPr>
        <w:t xml:space="preserve">    A. 在土地改革基础上，不失时机地引导个体农民走互助合作道路</w:t>
      </w:r>
    </w:p>
    <w:p>
      <w:pPr>
        <w:spacing w:before="20" w:after="20"/>
      </w:pPr>
      <w:r>
        <w:rPr>
          <w:sz w:val="22"/>
        </w:rPr>
        <w:t xml:space="preserve">    B. 遵循自愿互利、典型示范、国家帮助的原则</w:t>
      </w:r>
    </w:p>
    <w:p>
      <w:pPr>
        <w:spacing w:before="20" w:after="20"/>
      </w:pPr>
      <w:r>
        <w:rPr>
          <w:sz w:val="22"/>
        </w:rPr>
        <w:t xml:space="preserve">    C. 实行“三级所有、队为基础”的农村集体经济体制</w:t>
      </w:r>
    </w:p>
    <w:p>
      <w:pPr>
        <w:spacing w:before="20" w:after="20"/>
      </w:pPr>
      <w:r>
        <w:rPr>
          <w:sz w:val="22"/>
        </w:rPr>
        <w:t xml:space="preserve">    D. 采取从互助组到初级合作社到高级合作社的逐步过渡形式</w:t>
      </w:r>
    </w:p>
    <w:p>
      <w:pPr>
        <w:spacing w:before="160"/>
      </w:pPr>
      <w:r>
        <w:rPr>
          <w:b/>
          <w:sz w:val="22"/>
        </w:rPr>
        <w:t>404. 毛泽东在《中国革命战争的战略问题》中提出的中国革命战争的特点是( )。</w:t>
      </w:r>
    </w:p>
    <w:p>
      <w:pPr>
        <w:spacing w:before="20" w:after="20"/>
      </w:pPr>
      <w:r>
        <w:rPr>
          <w:sz w:val="22"/>
        </w:rPr>
        <w:t xml:space="preserve">    A. 中国是一个政治经济发展不平衡的半殖民地半封建大国</w:t>
      </w:r>
    </w:p>
    <w:p>
      <w:pPr>
        <w:spacing w:before="20" w:after="20"/>
      </w:pPr>
      <w:r>
        <w:rPr>
          <w:sz w:val="22"/>
        </w:rPr>
        <w:t xml:space="preserve">    B. 敌人的强大</w:t>
      </w:r>
    </w:p>
    <w:p>
      <w:pPr>
        <w:spacing w:before="20" w:after="20"/>
      </w:pPr>
      <w:r>
        <w:rPr>
          <w:sz w:val="22"/>
        </w:rPr>
        <w:t xml:space="preserve">    C. 红军的弱小</w:t>
      </w:r>
    </w:p>
    <w:p>
      <w:pPr>
        <w:spacing w:before="20" w:after="20"/>
      </w:pPr>
      <w:r>
        <w:rPr>
          <w:sz w:val="22"/>
        </w:rPr>
        <w:t xml:space="preserve">    D. 共产党的领导和土地革命</w:t>
      </w:r>
    </w:p>
    <w:p>
      <w:pPr>
        <w:spacing w:before="160"/>
      </w:pPr>
      <w:r>
        <w:rPr>
          <w:b/>
          <w:sz w:val="22"/>
        </w:rPr>
        <w:t>405. 党的十八大以来，( )正以前所未有的方式展开，世界百年未有之大变局加速演进。</w:t>
      </w:r>
    </w:p>
    <w:p>
      <w:pPr>
        <w:spacing w:before="20" w:after="20"/>
      </w:pPr>
      <w:r>
        <w:rPr>
          <w:sz w:val="22"/>
        </w:rPr>
        <w:t xml:space="preserve">    A. 世界之变</w:t>
      </w:r>
    </w:p>
    <w:p>
      <w:pPr>
        <w:spacing w:before="20" w:after="20"/>
      </w:pPr>
      <w:r>
        <w:rPr>
          <w:sz w:val="22"/>
        </w:rPr>
        <w:t xml:space="preserve">    B. 时代之变</w:t>
      </w:r>
    </w:p>
    <w:p>
      <w:pPr>
        <w:spacing w:before="20" w:after="20"/>
      </w:pPr>
      <w:r>
        <w:rPr>
          <w:sz w:val="22"/>
        </w:rPr>
        <w:t xml:space="preserve">    C. 历史之变</w:t>
      </w:r>
    </w:p>
    <w:p>
      <w:pPr>
        <w:spacing w:before="20" w:after="20"/>
      </w:pPr>
      <w:r>
        <w:rPr>
          <w:sz w:val="22"/>
        </w:rPr>
        <w:t xml:space="preserve">    D. 人类之变</w:t>
      </w:r>
    </w:p>
    <w:p>
      <w:pPr>
        <w:spacing w:before="160"/>
      </w:pPr>
      <w:r>
        <w:rPr>
          <w:b/>
          <w:sz w:val="22"/>
        </w:rPr>
        <w:t>406. 邓小平指出，处理同各国共产党和其他政党的关系，要坚持( )</w:t>
      </w:r>
    </w:p>
    <w:p>
      <w:pPr>
        <w:spacing w:before="20" w:after="20"/>
      </w:pPr>
      <w:r>
        <w:rPr>
          <w:sz w:val="22"/>
        </w:rPr>
        <w:t xml:space="preserve">    A. 独立自主</w:t>
      </w:r>
    </w:p>
    <w:p>
      <w:pPr>
        <w:spacing w:before="20" w:after="20"/>
      </w:pPr>
      <w:r>
        <w:rPr>
          <w:sz w:val="22"/>
        </w:rPr>
        <w:t xml:space="preserve">    B. 完全平等</w:t>
      </w:r>
    </w:p>
    <w:p>
      <w:pPr>
        <w:spacing w:before="20" w:after="20"/>
      </w:pPr>
      <w:r>
        <w:rPr>
          <w:sz w:val="22"/>
        </w:rPr>
        <w:t xml:space="preserve">    C. 互相尊重</w:t>
      </w:r>
    </w:p>
    <w:p>
      <w:pPr>
        <w:spacing w:before="20" w:after="20"/>
      </w:pPr>
      <w:r>
        <w:rPr>
          <w:sz w:val="22"/>
        </w:rPr>
        <w:t xml:space="preserve">    D. 互不干涉内部事务</w:t>
      </w:r>
    </w:p>
    <w:p>
      <w:pPr>
        <w:spacing w:before="160"/>
      </w:pPr>
      <w:r>
        <w:rPr>
          <w:b/>
          <w:sz w:val="22"/>
        </w:rPr>
        <w:t>407. 习近平新时代中国特色社会主义思想是( )。</w:t>
      </w:r>
    </w:p>
    <w:p>
      <w:pPr>
        <w:spacing w:before="20" w:after="20"/>
      </w:pPr>
      <w:r>
        <w:rPr>
          <w:sz w:val="22"/>
        </w:rPr>
        <w:t xml:space="preserve">    A. 当代中国马克思主义</w:t>
      </w:r>
    </w:p>
    <w:p>
      <w:pPr>
        <w:spacing w:before="20" w:after="20"/>
      </w:pPr>
      <w:r>
        <w:rPr>
          <w:sz w:val="22"/>
        </w:rPr>
        <w:t xml:space="preserve">    B. 21世纪马克思主义</w:t>
      </w:r>
    </w:p>
    <w:p>
      <w:pPr>
        <w:spacing w:before="20" w:after="20"/>
      </w:pPr>
      <w:r>
        <w:rPr>
          <w:sz w:val="22"/>
        </w:rPr>
        <w:t xml:space="preserve">    C. 创新的马克思主义</w:t>
      </w:r>
    </w:p>
    <w:p>
      <w:pPr>
        <w:spacing w:before="20" w:after="20"/>
      </w:pPr>
      <w:r>
        <w:rPr>
          <w:sz w:val="22"/>
        </w:rPr>
        <w:t xml:space="preserve">    D. 时代的马克思主义</w:t>
      </w:r>
    </w:p>
    <w:p>
      <w:pPr>
        <w:spacing w:before="160"/>
      </w:pPr>
      <w:r>
        <w:rPr>
          <w:b/>
          <w:sz w:val="22"/>
        </w:rPr>
        <w:t>408. 毛泽东在《青年运动的方向》一文中指出:革命的动力,有无产阶级,有农民阶级,还有其他阶级中一切愿意反帝反封建的人,他们都是反帝反封建的革命力量。下列关于新民主主义革命的动力理解正确的是( )。</w:t>
      </w:r>
    </w:p>
    <w:p>
      <w:pPr>
        <w:spacing w:before="20" w:after="20"/>
      </w:pPr>
      <w:r>
        <w:rPr>
          <w:sz w:val="22"/>
        </w:rPr>
        <w:t xml:space="preserve">    A. 工农联盟是中国革命最基本的动力</w:t>
      </w:r>
    </w:p>
    <w:p>
      <w:pPr>
        <w:spacing w:before="20" w:after="20"/>
      </w:pPr>
      <w:r>
        <w:rPr>
          <w:sz w:val="22"/>
        </w:rPr>
        <w:t xml:space="preserve">    B. 农民阶级是中国革命的主力军</w:t>
      </w:r>
    </w:p>
    <w:p>
      <w:pPr>
        <w:spacing w:before="20" w:after="20"/>
      </w:pPr>
      <w:r>
        <w:rPr>
          <w:sz w:val="22"/>
        </w:rPr>
        <w:t xml:space="preserve">    C. 贫雇农是无产阶级最可靠的同盟军</w:t>
      </w:r>
    </w:p>
    <w:p>
      <w:pPr>
        <w:spacing w:before="20" w:after="20"/>
      </w:pPr>
      <w:r>
        <w:rPr>
          <w:sz w:val="22"/>
        </w:rPr>
        <w:t xml:space="preserve">    D. 城市小资产阶级是无产阶级的可靠同盟者</w:t>
      </w:r>
    </w:p>
    <w:p>
      <w:pPr>
        <w:spacing w:before="160"/>
      </w:pPr>
      <w:r>
        <w:rPr>
          <w:b/>
          <w:sz w:val="22"/>
        </w:rPr>
        <w:t>409. 广大青年要( )。</w:t>
      </w:r>
    </w:p>
    <w:p>
      <w:pPr>
        <w:spacing w:before="20" w:after="20"/>
      </w:pPr>
      <w:r>
        <w:rPr>
          <w:sz w:val="22"/>
        </w:rPr>
        <w:t xml:space="preserve">    A. 立大志.明大德.成大才.担大任</w:t>
      </w:r>
    </w:p>
    <w:p>
      <w:pPr>
        <w:spacing w:before="20" w:after="20"/>
      </w:pPr>
      <w:r>
        <w:rPr>
          <w:sz w:val="22"/>
        </w:rPr>
        <w:t xml:space="preserve">    B. 增强做中国人的志气.骨气.底气</w:t>
      </w:r>
    </w:p>
    <w:p>
      <w:pPr>
        <w:spacing w:before="20" w:after="20"/>
      </w:pPr>
      <w:r>
        <w:rPr>
          <w:sz w:val="22"/>
        </w:rPr>
        <w:t xml:space="preserve">    C. 做有理想.敢担当.能吃苦.肯奋斗的新时代好青年</w:t>
      </w:r>
    </w:p>
    <w:p>
      <w:pPr>
        <w:spacing w:before="20" w:after="20"/>
      </w:pPr>
      <w:r>
        <w:rPr>
          <w:sz w:val="22"/>
        </w:rPr>
        <w:t xml:space="preserve">    D. 成为堪当民族复兴重任的时代新人</w:t>
      </w:r>
    </w:p>
    <w:p>
      <w:pPr>
        <w:spacing w:before="20" w:after="20"/>
      </w:pPr>
      <w:r>
        <w:rPr>
          <w:sz w:val="22"/>
        </w:rPr>
        <w:t xml:space="preserve">    E. 脱离实际，空谈理想</w:t>
      </w:r>
    </w:p>
    <w:p>
      <w:pPr>
        <w:spacing w:before="160"/>
      </w:pPr>
      <w:r>
        <w:rPr>
          <w:b/>
          <w:sz w:val="22"/>
        </w:rPr>
        <w:t>410. 党的十三大提出了党在社会主义初级阶段的基本路线:领导和团结全国各族人民，以( )为中心，坚持( )，坚持( )，自力更生，艰苦创业，为把我国建设成为富强.民主.文明的社会主义现代化国家而奋斗。</w:t>
      </w:r>
    </w:p>
    <w:p>
      <w:pPr>
        <w:spacing w:before="20" w:after="20"/>
      </w:pPr>
      <w:r>
        <w:rPr>
          <w:sz w:val="22"/>
        </w:rPr>
        <w:t xml:space="preserve">    A. 经济建设</w:t>
      </w:r>
    </w:p>
    <w:p>
      <w:pPr>
        <w:spacing w:before="20" w:after="20"/>
      </w:pPr>
      <w:r>
        <w:rPr>
          <w:sz w:val="22"/>
        </w:rPr>
        <w:t xml:space="preserve">    B. 四项基本原则</w:t>
      </w:r>
    </w:p>
    <w:p>
      <w:pPr>
        <w:spacing w:before="20" w:after="20"/>
      </w:pPr>
      <w:r>
        <w:rPr>
          <w:sz w:val="22"/>
        </w:rPr>
        <w:t xml:space="preserve">    C. 改革开放</w:t>
      </w:r>
    </w:p>
    <w:p>
      <w:pPr>
        <w:spacing w:before="20" w:after="20"/>
      </w:pPr>
      <w:r>
        <w:rPr>
          <w:sz w:val="22"/>
        </w:rPr>
        <w:t xml:space="preserve">    D. 政治建设</w:t>
      </w:r>
    </w:p>
    <w:p>
      <w:pPr>
        <w:spacing w:before="160"/>
      </w:pPr>
      <w:r>
        <w:rPr>
          <w:b/>
          <w:sz w:val="22"/>
        </w:rPr>
        <w:t>411. 党建立革命统一战线的必要性在于( )</w:t>
      </w:r>
    </w:p>
    <w:p>
      <w:pPr>
        <w:spacing w:before="20" w:after="20"/>
      </w:pPr>
      <w:r>
        <w:rPr>
          <w:sz w:val="22"/>
        </w:rPr>
        <w:t xml:space="preserve">    A. 国内外反动势力强大，革命力量相对弱小</w:t>
      </w:r>
    </w:p>
    <w:p>
      <w:pPr>
        <w:spacing w:before="20" w:after="20"/>
      </w:pPr>
      <w:r>
        <w:rPr>
          <w:sz w:val="22"/>
        </w:rPr>
        <w:t xml:space="preserve">    B. 中国社会结构两头小、中间大</w:t>
      </w:r>
    </w:p>
    <w:p>
      <w:pPr>
        <w:spacing w:before="20" w:after="20"/>
      </w:pPr>
      <w:r>
        <w:rPr>
          <w:sz w:val="22"/>
        </w:rPr>
        <w:t xml:space="preserve">    C. 必须团结一切可以团结的力量</w:t>
      </w:r>
    </w:p>
    <w:p>
      <w:pPr>
        <w:spacing w:before="20" w:after="20"/>
      </w:pPr>
      <w:r>
        <w:rPr>
          <w:sz w:val="22"/>
        </w:rPr>
        <w:t xml:space="preserve">    D. 巩固工农联盟这一核心基础</w:t>
      </w:r>
    </w:p>
    <w:p>
      <w:pPr>
        <w:spacing w:before="160"/>
      </w:pPr>
      <w:r>
        <w:rPr>
          <w:b/>
          <w:sz w:val="22"/>
        </w:rPr>
        <w:t>412. 邓小平指出，实现现代化发展战略，要( )</w:t>
      </w:r>
    </w:p>
    <w:p>
      <w:pPr>
        <w:spacing w:before="20" w:after="20"/>
      </w:pPr>
      <w:r>
        <w:rPr>
          <w:sz w:val="22"/>
        </w:rPr>
        <w:t xml:space="preserve">    A. 抓住机遇</w:t>
      </w:r>
    </w:p>
    <w:p>
      <w:pPr>
        <w:spacing w:before="20" w:after="20"/>
      </w:pPr>
      <w:r>
        <w:rPr>
          <w:sz w:val="22"/>
        </w:rPr>
        <w:t xml:space="preserve">    B. 加快发展</w:t>
      </w:r>
    </w:p>
    <w:p>
      <w:pPr>
        <w:spacing w:before="20" w:after="20"/>
      </w:pPr>
      <w:r>
        <w:rPr>
          <w:sz w:val="22"/>
        </w:rPr>
        <w:t xml:space="preserve">    C. 争取隔几年使国民经济上一个新台阶</w:t>
      </w:r>
    </w:p>
    <w:p>
      <w:pPr>
        <w:spacing w:before="20" w:after="20"/>
      </w:pPr>
      <w:r>
        <w:rPr>
          <w:sz w:val="22"/>
        </w:rPr>
        <w:t xml:space="preserve">    D. 稳步前进</w:t>
      </w:r>
    </w:p>
    <w:p>
      <w:pPr>
        <w:spacing w:before="160"/>
      </w:pPr>
      <w:r>
        <w:rPr>
          <w:b/>
          <w:sz w:val="22"/>
        </w:rPr>
        <w:t>413. 邓小平理论是( )。</w:t>
      </w:r>
    </w:p>
    <w:p>
      <w:pPr>
        <w:spacing w:before="20" w:after="20"/>
      </w:pPr>
      <w:r>
        <w:rPr>
          <w:sz w:val="22"/>
        </w:rPr>
        <w:t xml:space="preserve">    A. 马克思列宁主义.毛泽东思想的继承和发展</w:t>
      </w:r>
    </w:p>
    <w:p>
      <w:pPr>
        <w:spacing w:before="20" w:after="20"/>
      </w:pPr>
      <w:r>
        <w:rPr>
          <w:sz w:val="22"/>
        </w:rPr>
        <w:t xml:space="preserve">    B. 中国特色社会主义理论体系的开篇之作</w:t>
      </w:r>
    </w:p>
    <w:p>
      <w:pPr>
        <w:spacing w:before="20" w:after="20"/>
      </w:pPr>
      <w:r>
        <w:rPr>
          <w:sz w:val="22"/>
        </w:rPr>
        <w:t xml:space="preserve">    C. 改革开放和社会主义现代化建设的科学指南</w:t>
      </w:r>
    </w:p>
    <w:p>
      <w:pPr>
        <w:spacing w:before="20" w:after="20"/>
      </w:pPr>
      <w:r>
        <w:rPr>
          <w:sz w:val="22"/>
        </w:rPr>
        <w:t xml:space="preserve">    D. 马克思主义中国化的第一次飞跃</w:t>
      </w:r>
    </w:p>
    <w:p>
      <w:pPr>
        <w:spacing w:before="20" w:after="20"/>
      </w:pPr>
      <w:r>
        <w:rPr>
          <w:sz w:val="22"/>
        </w:rPr>
        <w:t xml:space="preserve">    E. 关于新民主主义革命的理论</w:t>
      </w:r>
    </w:p>
    <w:p>
      <w:pPr>
        <w:spacing w:before="160"/>
      </w:pPr>
      <w:r>
        <w:rPr>
          <w:b/>
          <w:sz w:val="22"/>
        </w:rPr>
        <w:t>414. “三个代表”重要思想在党的建设方面的贡献包括:</w:t>
      </w:r>
    </w:p>
    <w:p>
      <w:pPr>
        <w:spacing w:before="20" w:after="20"/>
      </w:pPr>
      <w:r>
        <w:rPr>
          <w:sz w:val="22"/>
        </w:rPr>
        <w:t xml:space="preserve">    A. 提出党的建设新的伟大工程</w:t>
      </w:r>
    </w:p>
    <w:p>
      <w:pPr>
        <w:spacing w:before="20" w:after="20"/>
      </w:pPr>
      <w:r>
        <w:rPr>
          <w:sz w:val="22"/>
        </w:rPr>
        <w:t xml:space="preserve">    B. 强调党的先进性建设</w:t>
      </w:r>
    </w:p>
    <w:p>
      <w:pPr>
        <w:spacing w:before="20" w:after="20"/>
      </w:pPr>
      <w:r>
        <w:rPr>
          <w:sz w:val="22"/>
        </w:rPr>
        <w:t xml:space="preserve">    C. 提出提高党的执政能力建设</w:t>
      </w:r>
    </w:p>
    <w:p>
      <w:pPr>
        <w:spacing w:before="20" w:after="20"/>
      </w:pPr>
      <w:r>
        <w:rPr>
          <w:sz w:val="22"/>
        </w:rPr>
        <w:t xml:space="preserve">    D. 提出反腐倡廉建设</w:t>
      </w:r>
    </w:p>
    <w:p>
      <w:pPr>
        <w:spacing w:before="160"/>
      </w:pPr>
      <w:r>
        <w:rPr>
          <w:b/>
          <w:sz w:val="22"/>
        </w:rPr>
        <w:t>415. 马克思主义中国化时代化理论成果所回答的重大时代课题，涵盖( )等基本问题。</w:t>
      </w:r>
    </w:p>
    <w:p>
      <w:pPr>
        <w:spacing w:before="20" w:after="20"/>
      </w:pPr>
      <w:r>
        <w:rPr>
          <w:sz w:val="22"/>
        </w:rPr>
        <w:t xml:space="preserve">    A. 中国特色社会主义的发展道路、发展阶段</w:t>
      </w:r>
    </w:p>
    <w:p>
      <w:pPr>
        <w:spacing w:before="20" w:after="20"/>
      </w:pPr>
      <w:r>
        <w:rPr>
          <w:sz w:val="22"/>
        </w:rPr>
        <w:t xml:space="preserve">    B. 根本任务、发展动力</w:t>
      </w:r>
    </w:p>
    <w:p>
      <w:pPr>
        <w:spacing w:before="20" w:after="20"/>
      </w:pPr>
      <w:r>
        <w:rPr>
          <w:sz w:val="22"/>
        </w:rPr>
        <w:t xml:space="preserve">    C. 发展战略、政治保证</w:t>
      </w:r>
    </w:p>
    <w:p>
      <w:pPr>
        <w:spacing w:before="20" w:after="20"/>
      </w:pPr>
      <w:r>
        <w:rPr>
          <w:sz w:val="22"/>
        </w:rPr>
        <w:t xml:space="preserve">    D. 祖国统一、外交和国际战略</w:t>
      </w:r>
    </w:p>
    <w:p>
      <w:pPr>
        <w:spacing w:before="20" w:after="20"/>
      </w:pPr>
      <w:r>
        <w:rPr>
          <w:sz w:val="22"/>
        </w:rPr>
        <w:t xml:space="preserve">    E. 领导力量和依靠力量</w:t>
      </w:r>
    </w:p>
    <w:p>
      <w:pPr>
        <w:spacing w:before="160"/>
      </w:pPr>
      <w:r>
        <w:rPr>
          <w:b/>
          <w:sz w:val="22"/>
        </w:rPr>
        <w:t>416. 毛泽东所说的“解决中国问题”和“创造些新的东西”，实际上指向马克思主义中国化时代化的科学内涵，具体包含( )。</w:t>
      </w:r>
    </w:p>
    <w:p>
      <w:pPr>
        <w:spacing w:before="20" w:after="20"/>
      </w:pPr>
      <w:r>
        <w:rPr>
          <w:sz w:val="22"/>
        </w:rPr>
        <w:t xml:space="preserve">    A. 运用马克思主义的立场.观点和方法，观察时代.把握时代.引领时代，解决中国革命.建设.改革中的实际问题。</w:t>
      </w:r>
    </w:p>
    <w:p>
      <w:pPr>
        <w:spacing w:before="20" w:after="20"/>
      </w:pPr>
      <w:r>
        <w:rPr>
          <w:sz w:val="22"/>
        </w:rPr>
        <w:t xml:space="preserve">    B. 总结和提炼中国革命.建设.改革的实践经验，并将其上升为理论，不断丰富和发展马克思主义的理论宝库，赋予马克思主义以新的时代内涵。</w:t>
      </w:r>
    </w:p>
    <w:p>
      <w:pPr>
        <w:spacing w:before="20" w:after="20"/>
      </w:pPr>
      <w:r>
        <w:rPr>
          <w:sz w:val="22"/>
        </w:rPr>
        <w:t xml:space="preserve">    C. 运用中国人民喜闻乐见的民族语言来阐述马克思主义，使其植根于中华优秀传统文化的土壤之中，具有中国特色.中国风格.中国气派。</w:t>
      </w:r>
    </w:p>
    <w:p>
      <w:pPr>
        <w:spacing w:before="20" w:after="20"/>
      </w:pPr>
      <w:r>
        <w:rPr>
          <w:sz w:val="22"/>
        </w:rPr>
        <w:t xml:space="preserve">    D. 不断谱写马克思主义中国化时代化新篇章</w:t>
      </w:r>
    </w:p>
    <w:p>
      <w:pPr>
        <w:spacing w:before="160"/>
      </w:pPr>
      <w:r>
        <w:rPr>
          <w:b/>
          <w:sz w:val="22"/>
        </w:rPr>
        <w:t>417. 新民主主义革命时期，中国共产党领导的统一战线包括( )。</w:t>
      </w:r>
    </w:p>
    <w:p>
      <w:pPr>
        <w:spacing w:before="20" w:after="20"/>
      </w:pPr>
      <w:r>
        <w:rPr>
          <w:sz w:val="22"/>
        </w:rPr>
        <w:t xml:space="preserve">    A. 国民革命统一战线</w:t>
      </w:r>
    </w:p>
    <w:p>
      <w:pPr>
        <w:spacing w:before="20" w:after="20"/>
      </w:pPr>
      <w:r>
        <w:rPr>
          <w:sz w:val="22"/>
        </w:rPr>
        <w:t xml:space="preserve">    B. 工农民主统一战线</w:t>
      </w:r>
    </w:p>
    <w:p>
      <w:pPr>
        <w:spacing w:before="20" w:after="20"/>
      </w:pPr>
      <w:r>
        <w:rPr>
          <w:sz w:val="22"/>
        </w:rPr>
        <w:t xml:space="preserve">    C. 抗日民族统一战线</w:t>
      </w:r>
    </w:p>
    <w:p>
      <w:pPr>
        <w:spacing w:before="20" w:after="20"/>
      </w:pPr>
      <w:r>
        <w:rPr>
          <w:sz w:val="22"/>
        </w:rPr>
        <w:t xml:space="preserve">    D. 人民民主统一战线</w:t>
      </w:r>
    </w:p>
    <w:p>
      <w:pPr>
        <w:spacing w:before="160"/>
      </w:pPr>
      <w:r>
        <w:rPr>
          <w:b/>
          <w:sz w:val="22"/>
        </w:rPr>
        <w:t>418. 科学发展观强调的“四个尊重”方针是( )</w:t>
      </w:r>
    </w:p>
    <w:p>
      <w:pPr>
        <w:spacing w:before="20" w:after="20"/>
      </w:pPr>
      <w:r>
        <w:rPr>
          <w:sz w:val="22"/>
        </w:rPr>
        <w:t xml:space="preserve">    A. 尊重劳动</w:t>
      </w:r>
    </w:p>
    <w:p>
      <w:pPr>
        <w:spacing w:before="20" w:after="20"/>
      </w:pPr>
      <w:r>
        <w:rPr>
          <w:sz w:val="22"/>
        </w:rPr>
        <w:t xml:space="preserve">    B. 尊重知识</w:t>
      </w:r>
    </w:p>
    <w:p>
      <w:pPr>
        <w:spacing w:before="20" w:after="20"/>
      </w:pPr>
      <w:r>
        <w:rPr>
          <w:sz w:val="22"/>
        </w:rPr>
        <w:t xml:space="preserve">    C. 尊重人才</w:t>
      </w:r>
    </w:p>
    <w:p>
      <w:pPr>
        <w:spacing w:before="20" w:after="20"/>
      </w:pPr>
      <w:r>
        <w:rPr>
          <w:sz w:val="22"/>
        </w:rPr>
        <w:t xml:space="preserve">    D. 尊重创造</w:t>
      </w:r>
    </w:p>
    <w:p>
      <w:pPr>
        <w:spacing w:before="20" w:after="20"/>
      </w:pPr>
      <w:r>
        <w:rPr>
          <w:sz w:val="22"/>
        </w:rPr>
        <w:t xml:space="preserve">    E. 尊重科学</w:t>
      </w:r>
    </w:p>
    <w:p>
      <w:pPr>
        <w:spacing w:before="160"/>
      </w:pPr>
      <w:r>
        <w:rPr>
          <w:b/>
          <w:sz w:val="22"/>
        </w:rPr>
        <w:t>419. 下列属于新民主主义社会的经济成分的是( )</w:t>
      </w:r>
    </w:p>
    <w:p>
      <w:pPr>
        <w:spacing w:before="20" w:after="20"/>
      </w:pPr>
      <w:r>
        <w:rPr>
          <w:sz w:val="22"/>
        </w:rPr>
        <w:t xml:space="preserve">    A. 社会主义性质的国营经济</w:t>
      </w:r>
    </w:p>
    <w:p>
      <w:pPr>
        <w:spacing w:before="20" w:after="20"/>
      </w:pPr>
      <w:r>
        <w:rPr>
          <w:sz w:val="22"/>
        </w:rPr>
        <w:t xml:space="preserve">    B. 农民和手工业者的个体经济</w:t>
      </w:r>
    </w:p>
    <w:p>
      <w:pPr>
        <w:spacing w:before="20" w:after="20"/>
      </w:pPr>
      <w:r>
        <w:rPr>
          <w:sz w:val="22"/>
        </w:rPr>
        <w:t xml:space="preserve">    C. 私人资本主义经济</w:t>
      </w:r>
    </w:p>
    <w:p>
      <w:pPr>
        <w:spacing w:before="20" w:after="20"/>
      </w:pPr>
      <w:r>
        <w:rPr>
          <w:sz w:val="22"/>
        </w:rPr>
        <w:t xml:space="preserve">    D. 国家资本主义经济</w:t>
      </w:r>
    </w:p>
    <w:p>
      <w:pPr>
        <w:spacing w:before="160"/>
      </w:pPr>
      <w:r>
        <w:rPr>
          <w:b/>
          <w:sz w:val="22"/>
        </w:rPr>
        <w:t>420. 下列属于毛泽东思想中革命军队建设和军事战略理论的内容的是( )</w:t>
      </w:r>
    </w:p>
    <w:p>
      <w:pPr>
        <w:spacing w:before="20" w:after="20"/>
      </w:pPr>
      <w:r>
        <w:rPr>
          <w:sz w:val="22"/>
        </w:rPr>
        <w:t xml:space="preserve">    A. 集中优势兵力，各个歼灭敌人</w:t>
      </w:r>
    </w:p>
    <w:p>
      <w:pPr>
        <w:spacing w:before="20" w:after="20"/>
      </w:pPr>
      <w:r>
        <w:rPr>
          <w:sz w:val="22"/>
        </w:rPr>
        <w:t xml:space="preserve">    B. 三大纪律.八项注意</w:t>
      </w:r>
    </w:p>
    <w:p>
      <w:pPr>
        <w:spacing w:before="20" w:after="20"/>
      </w:pPr>
      <w:r>
        <w:rPr>
          <w:sz w:val="22"/>
        </w:rPr>
        <w:t xml:space="preserve">    C. 全心全意为人民服务是军队的宗旨</w:t>
      </w:r>
    </w:p>
    <w:p>
      <w:pPr>
        <w:spacing w:before="20" w:after="20"/>
      </w:pPr>
      <w:r>
        <w:rPr>
          <w:sz w:val="22"/>
        </w:rPr>
        <w:t xml:space="preserve">    D. 党对军队的绝对领导</w:t>
      </w:r>
    </w:p>
    <w:p>
      <w:pPr>
        <w:spacing w:before="160"/>
      </w:pPr>
      <w:r>
        <w:rPr>
          <w:b/>
          <w:sz w:val="22"/>
        </w:rPr>
        <w:t>421. 中国共产党在民主革命时期战胜敌人的三大法宝是( )。</w:t>
      </w:r>
    </w:p>
    <w:p>
      <w:pPr>
        <w:spacing w:before="20" w:after="20"/>
      </w:pPr>
      <w:r>
        <w:rPr>
          <w:sz w:val="22"/>
        </w:rPr>
        <w:t xml:space="preserve">    A. 统一战线</w:t>
      </w:r>
    </w:p>
    <w:p>
      <w:pPr>
        <w:spacing w:before="20" w:after="20"/>
      </w:pPr>
      <w:r>
        <w:rPr>
          <w:sz w:val="22"/>
        </w:rPr>
        <w:t xml:space="preserve">    B. 武装斗争</w:t>
      </w:r>
    </w:p>
    <w:p>
      <w:pPr>
        <w:spacing w:before="20" w:after="20"/>
      </w:pPr>
      <w:r>
        <w:rPr>
          <w:sz w:val="22"/>
        </w:rPr>
        <w:t xml:space="preserve">    C. 党的建设</w:t>
      </w:r>
    </w:p>
    <w:p>
      <w:pPr>
        <w:spacing w:before="20" w:after="20"/>
      </w:pPr>
      <w:r>
        <w:rPr>
          <w:sz w:val="22"/>
        </w:rPr>
        <w:t xml:space="preserve">    D. 群众路线</w:t>
      </w:r>
    </w:p>
    <w:p>
      <w:pPr>
        <w:spacing w:before="160"/>
      </w:pPr>
      <w:r>
        <w:rPr>
          <w:b/>
          <w:sz w:val="22"/>
        </w:rPr>
        <w:t>422. 新民主主义革命时期，中国共产党领导的政权，在土地革命战争时期称为“工农民主专政”，在抗日战争时期称为“各革命阶级联合专政”，这体现了( )。</w:t>
      </w:r>
    </w:p>
    <w:p>
      <w:pPr>
        <w:spacing w:before="20" w:after="20"/>
      </w:pPr>
      <w:r>
        <w:rPr>
          <w:sz w:val="22"/>
        </w:rPr>
        <w:t xml:space="preserve">    A. 党的政权理论随着主要矛盾和革命任务的变化而发展</w:t>
      </w:r>
    </w:p>
    <w:p>
      <w:pPr>
        <w:spacing w:before="20" w:after="20"/>
      </w:pPr>
      <w:r>
        <w:rPr>
          <w:sz w:val="22"/>
        </w:rPr>
        <w:t xml:space="preserve">    B. 统一战线的范围在不同历史时期有所不同</w:t>
      </w:r>
    </w:p>
    <w:p>
      <w:pPr>
        <w:spacing w:before="20" w:after="20"/>
      </w:pPr>
      <w:r>
        <w:rPr>
          <w:sz w:val="22"/>
        </w:rPr>
        <w:t xml:space="preserve">    C. 政权的阶级基础发生了根本改变</w:t>
      </w:r>
    </w:p>
    <w:p>
      <w:pPr>
        <w:spacing w:before="20" w:after="20"/>
      </w:pPr>
      <w:r>
        <w:rPr>
          <w:sz w:val="22"/>
        </w:rPr>
        <w:t xml:space="preserve">    D. 党的最低纲领具有一致性</w:t>
      </w:r>
    </w:p>
    <w:p>
      <w:pPr>
        <w:spacing w:before="160"/>
      </w:pPr>
      <w:r>
        <w:rPr>
          <w:b/>
          <w:sz w:val="22"/>
        </w:rPr>
        <w:t>423. 社会主义基本制度确立以后，如何在中国这样一个经济文化比较落后的东方大国建设和巩固社会主义，是党面临的一项崭新课题。为找到一条适合中国国情的社会主义建设道路，党带领人民进行了艰难曲折的初步探索。这一初步探索的意义主要体现在( )</w:t>
      </w:r>
    </w:p>
    <w:p>
      <w:pPr>
        <w:spacing w:before="20" w:after="20"/>
      </w:pPr>
      <w:r>
        <w:rPr>
          <w:sz w:val="22"/>
        </w:rPr>
        <w:t xml:space="preserve">    A. 巩固和发展了我国的社会主义制度</w:t>
      </w:r>
    </w:p>
    <w:p>
      <w:pPr>
        <w:spacing w:before="20" w:after="20"/>
      </w:pPr>
      <w:r>
        <w:rPr>
          <w:sz w:val="22"/>
        </w:rPr>
        <w:t xml:space="preserve">    B. 丰富了科学社会主义的理论和实践</w:t>
      </w:r>
    </w:p>
    <w:p>
      <w:pPr>
        <w:spacing w:before="20" w:after="20"/>
      </w:pPr>
      <w:r>
        <w:rPr>
          <w:sz w:val="22"/>
        </w:rPr>
        <w:t xml:space="preserve">    C. 实现了马克思主义中国化的第二次飞跃</w:t>
      </w:r>
    </w:p>
    <w:p>
      <w:pPr>
        <w:spacing w:before="20" w:after="20"/>
      </w:pPr>
      <w:r>
        <w:rPr>
          <w:sz w:val="22"/>
        </w:rPr>
        <w:t xml:space="preserve">    D. 为开创中国特色社会主义提供了宝贵经验.理论准备和物质基础</w:t>
      </w:r>
    </w:p>
    <w:p>
      <w:pPr>
        <w:spacing w:before="160"/>
      </w:pPr>
      <w:r>
        <w:rPr>
          <w:b/>
          <w:sz w:val="22"/>
        </w:rPr>
        <w:t>424. 推动经济持续健康发展的主要任务包括( )</w:t>
      </w:r>
    </w:p>
    <w:p>
      <w:pPr>
        <w:spacing w:before="20" w:after="20"/>
      </w:pPr>
      <w:r>
        <w:rPr>
          <w:sz w:val="22"/>
        </w:rPr>
        <w:t xml:space="preserve">    A. 加快转变经济发展方式</w:t>
      </w:r>
    </w:p>
    <w:p>
      <w:pPr>
        <w:spacing w:before="20" w:after="20"/>
      </w:pPr>
      <w:r>
        <w:rPr>
          <w:sz w:val="22"/>
        </w:rPr>
        <w:t xml:space="preserve">    B. 实施创新驱动发展战略</w:t>
      </w:r>
    </w:p>
    <w:p>
      <w:pPr>
        <w:spacing w:before="20" w:after="20"/>
      </w:pPr>
      <w:r>
        <w:rPr>
          <w:sz w:val="22"/>
        </w:rPr>
        <w:t xml:space="preserve">    C. 推进经济结构战略性调整</w:t>
      </w:r>
    </w:p>
    <w:p>
      <w:pPr>
        <w:spacing w:before="20" w:after="20"/>
      </w:pPr>
      <w:r>
        <w:rPr>
          <w:sz w:val="22"/>
        </w:rPr>
        <w:t xml:space="preserve">    D. 全面提高开放型经济水平</w:t>
      </w:r>
    </w:p>
    <w:p>
      <w:pPr>
        <w:spacing w:before="20" w:after="20"/>
      </w:pPr>
      <w:r>
        <w:rPr>
          <w:sz w:val="22"/>
        </w:rPr>
        <w:t xml:space="preserve">    E. 深化经济体制改革</w:t>
      </w:r>
    </w:p>
    <w:p>
      <w:pPr>
        <w:spacing w:before="160"/>
      </w:pPr>
      <w:r>
        <w:rPr>
          <w:b/>
          <w:sz w:val="22"/>
        </w:rPr>
        <w:t>425. 准确把握马克思主义中国化时代化的科学内涵，要做到( )与( )相统一。</w:t>
      </w:r>
    </w:p>
    <w:p>
      <w:pPr>
        <w:spacing w:before="20" w:after="20"/>
      </w:pPr>
      <w:r>
        <w:rPr>
          <w:sz w:val="22"/>
        </w:rPr>
        <w:t xml:space="preserve">    A. 坚持马克思主义</w:t>
      </w:r>
    </w:p>
    <w:p>
      <w:pPr>
        <w:spacing w:before="20" w:after="20"/>
      </w:pPr>
      <w:r>
        <w:rPr>
          <w:sz w:val="22"/>
        </w:rPr>
        <w:t xml:space="preserve">    B. 发展马克思主义</w:t>
      </w:r>
    </w:p>
    <w:p>
      <w:pPr>
        <w:spacing w:before="20" w:after="20"/>
      </w:pPr>
      <w:r>
        <w:rPr>
          <w:sz w:val="22"/>
        </w:rPr>
        <w:t xml:space="preserve">    C. 固守马克思主义</w:t>
      </w:r>
    </w:p>
    <w:p>
      <w:pPr>
        <w:spacing w:before="20" w:after="20"/>
      </w:pPr>
      <w:r>
        <w:rPr>
          <w:sz w:val="22"/>
        </w:rPr>
        <w:t xml:space="preserve">    D. 否定马克思主义</w:t>
      </w:r>
    </w:p>
    <w:p>
      <w:pPr>
        <w:spacing w:before="20" w:after="20"/>
      </w:pPr>
      <w:r>
        <w:rPr>
          <w:sz w:val="22"/>
        </w:rPr>
        <w:t xml:space="preserve">    E. 实用主义对待马克思主义</w:t>
      </w:r>
    </w:p>
    <w:p>
      <w:pPr>
        <w:spacing w:before="160"/>
      </w:pPr>
      <w:r>
        <w:rPr>
          <w:b/>
          <w:sz w:val="22"/>
        </w:rPr>
        <w:t>426. 毛泽东在《论十大关系》中指出，正确处理人民内部矛盾的方针、原则包括:( )</w:t>
      </w:r>
    </w:p>
    <w:p>
      <w:pPr>
        <w:spacing w:before="20" w:after="20"/>
      </w:pPr>
      <w:r>
        <w:rPr>
          <w:sz w:val="22"/>
        </w:rPr>
        <w:t xml:space="preserve">    A. “团结—批评—团结”</w:t>
      </w:r>
    </w:p>
    <w:p>
      <w:pPr>
        <w:spacing w:before="20" w:after="20"/>
      </w:pPr>
      <w:r>
        <w:rPr>
          <w:sz w:val="22"/>
        </w:rPr>
        <w:t xml:space="preserve">    B. 实行统筹兼顾、适当安排的方针</w:t>
      </w:r>
    </w:p>
    <w:p>
      <w:pPr>
        <w:spacing w:before="20" w:after="20"/>
      </w:pPr>
      <w:r>
        <w:rPr>
          <w:sz w:val="22"/>
        </w:rPr>
        <w:t xml:space="preserve">    C. “百花齐放.百家争鸣”</w:t>
      </w:r>
    </w:p>
    <w:p>
      <w:pPr>
        <w:spacing w:before="20" w:after="20"/>
      </w:pPr>
      <w:r>
        <w:rPr>
          <w:sz w:val="22"/>
        </w:rPr>
        <w:t xml:space="preserve">    D. “长期共存，互相监督”</w:t>
      </w:r>
    </w:p>
    <w:p>
      <w:pPr>
        <w:spacing w:before="160"/>
      </w:pPr>
      <w:r>
        <w:rPr>
          <w:b/>
          <w:sz w:val="22"/>
        </w:rPr>
        <w:t>427. 中国特色社会主义理论体系回答的基本问题是( )。</w:t>
      </w:r>
    </w:p>
    <w:p>
      <w:pPr>
        <w:spacing w:before="20" w:after="20"/>
      </w:pPr>
      <w:r>
        <w:rPr>
          <w:sz w:val="22"/>
        </w:rPr>
        <w:t xml:space="preserve">    A. 什么是社会主义.怎样建设社会主义</w:t>
      </w:r>
    </w:p>
    <w:p>
      <w:pPr>
        <w:spacing w:before="20" w:after="20"/>
      </w:pPr>
      <w:r>
        <w:rPr>
          <w:sz w:val="22"/>
        </w:rPr>
        <w:t xml:space="preserve">    B. 建设什么样的党.怎样建设党</w:t>
      </w:r>
    </w:p>
    <w:p>
      <w:pPr>
        <w:spacing w:before="20" w:after="20"/>
      </w:pPr>
      <w:r>
        <w:rPr>
          <w:sz w:val="22"/>
        </w:rPr>
        <w:t xml:space="preserve">    C. 实现什么样的发展.怎样发展</w:t>
      </w:r>
    </w:p>
    <w:p>
      <w:pPr>
        <w:spacing w:before="20" w:after="20"/>
      </w:pPr>
      <w:r>
        <w:rPr>
          <w:sz w:val="22"/>
        </w:rPr>
        <w:t xml:space="preserve">    D. 新时代坚持和发展什么样的中国特色社会主义.怎样坚持和发展中国特色社会主义</w:t>
      </w:r>
    </w:p>
    <w:p>
      <w:pPr>
        <w:spacing w:before="160"/>
      </w:pPr>
      <w:r>
        <w:rPr>
          <w:b/>
          <w:sz w:val="22"/>
        </w:rPr>
        <w:t>428. 毛泽东思想有多方面的丰富内容，除了关于新民主主义革命理论外，还包括:( )</w:t>
      </w:r>
    </w:p>
    <w:p>
      <w:pPr>
        <w:spacing w:before="20" w:after="20"/>
      </w:pPr>
      <w:r>
        <w:rPr>
          <w:sz w:val="22"/>
        </w:rPr>
        <w:t xml:space="preserve">    A. 社会主义革命和社会主义建设的理论</w:t>
      </w:r>
    </w:p>
    <w:p>
      <w:pPr>
        <w:spacing w:before="20" w:after="20"/>
      </w:pPr>
      <w:r>
        <w:rPr>
          <w:sz w:val="22"/>
        </w:rPr>
        <w:t xml:space="preserve">    B. 革命军队建设和军事战略的理论</w:t>
      </w:r>
    </w:p>
    <w:p>
      <w:pPr>
        <w:spacing w:before="20" w:after="20"/>
      </w:pPr>
      <w:r>
        <w:rPr>
          <w:sz w:val="22"/>
        </w:rPr>
        <w:t xml:space="preserve">    C. 思想政治工作和文化工作的理论</w:t>
      </w:r>
    </w:p>
    <w:p>
      <w:pPr>
        <w:spacing w:before="20" w:after="20"/>
      </w:pPr>
      <w:r>
        <w:rPr>
          <w:sz w:val="22"/>
        </w:rPr>
        <w:t xml:space="preserve">    D. 政策和策略以及党的建设的理论</w:t>
      </w:r>
    </w:p>
    <w:p>
      <w:pPr>
        <w:spacing w:before="160"/>
      </w:pPr>
      <w:r>
        <w:rPr>
          <w:b/>
          <w:sz w:val="22"/>
        </w:rPr>
        <w:t>429. 邓小平的社会主义市场经济理论的要点有( )</w:t>
      </w:r>
    </w:p>
    <w:p>
      <w:pPr>
        <w:spacing w:before="20" w:after="20"/>
      </w:pPr>
      <w:r>
        <w:rPr>
          <w:sz w:val="22"/>
        </w:rPr>
        <w:t xml:space="preserve">    A. 计划经济和市场经济不是划分社会制度的标志</w:t>
      </w:r>
    </w:p>
    <w:p>
      <w:pPr>
        <w:spacing w:before="20" w:after="20"/>
      </w:pPr>
      <w:r>
        <w:rPr>
          <w:sz w:val="22"/>
        </w:rPr>
        <w:t xml:space="preserve">    B. 计划和市场都是经济手段</w:t>
      </w:r>
    </w:p>
    <w:p>
      <w:pPr>
        <w:spacing w:before="20" w:after="20"/>
      </w:pPr>
      <w:r>
        <w:rPr>
          <w:sz w:val="22"/>
        </w:rPr>
        <w:t xml:space="preserve">    C. 市场经济可以和不同的社会制度结合</w:t>
      </w:r>
    </w:p>
    <w:p>
      <w:pPr>
        <w:spacing w:before="20" w:after="20"/>
      </w:pPr>
      <w:r>
        <w:rPr>
          <w:sz w:val="22"/>
        </w:rPr>
        <w:t xml:space="preserve">    D. 市场经济是资本主义特有的东西</w:t>
      </w:r>
    </w:p>
    <w:p>
      <w:pPr>
        <w:spacing w:before="160"/>
      </w:pPr>
      <w:r>
        <w:rPr>
          <w:b/>
          <w:sz w:val="22"/>
        </w:rPr>
        <w:t>430. 中国共产党始终代表中国最广大人民的根本利益，就是要:</w:t>
      </w:r>
    </w:p>
    <w:p>
      <w:pPr>
        <w:spacing w:before="20" w:after="20"/>
      </w:pPr>
      <w:r>
        <w:rPr>
          <w:sz w:val="22"/>
        </w:rPr>
        <w:t xml:space="preserve">    A. 把人民的根本利益作为出发点和归宿</w:t>
      </w:r>
    </w:p>
    <w:p>
      <w:pPr>
        <w:spacing w:before="20" w:after="20"/>
      </w:pPr>
      <w:r>
        <w:rPr>
          <w:sz w:val="22"/>
        </w:rPr>
        <w:t xml:space="preserve">    B. 发展人民民主，保证人民当家作主</w:t>
      </w:r>
    </w:p>
    <w:p>
      <w:pPr>
        <w:spacing w:before="20" w:after="20"/>
      </w:pPr>
      <w:r>
        <w:rPr>
          <w:sz w:val="22"/>
        </w:rPr>
        <w:t xml:space="preserve">    C. 保障人民的各项权益</w:t>
      </w:r>
    </w:p>
    <w:p>
      <w:pPr>
        <w:spacing w:before="20" w:after="20"/>
      </w:pPr>
      <w:r>
        <w:rPr>
          <w:sz w:val="22"/>
        </w:rPr>
        <w:t xml:space="preserve">    D. 走共同富裕道路</w:t>
      </w:r>
    </w:p>
    <w:p>
      <w:pPr>
        <w:spacing w:before="160"/>
      </w:pPr>
      <w:r>
        <w:rPr>
          <w:b/>
          <w:sz w:val="22"/>
        </w:rPr>
        <w:t>431. 党在社会主义建设道路的初步探索中取得的重要理论成果包括( )。</w:t>
      </w:r>
    </w:p>
    <w:p>
      <w:pPr>
        <w:spacing w:before="20" w:after="20"/>
      </w:pPr>
      <w:r>
        <w:rPr>
          <w:sz w:val="22"/>
        </w:rPr>
        <w:t xml:space="preserve">    A. 调动一切积极因素为社会主义事业服务</w:t>
      </w:r>
    </w:p>
    <w:p>
      <w:pPr>
        <w:spacing w:before="20" w:after="20"/>
      </w:pPr>
      <w:r>
        <w:rPr>
          <w:sz w:val="22"/>
        </w:rPr>
        <w:t xml:space="preserve">    B. 正确认识和处理社会主义社会矛盾</w:t>
      </w:r>
    </w:p>
    <w:p>
      <w:pPr>
        <w:spacing w:before="20" w:after="20"/>
      </w:pPr>
      <w:r>
        <w:rPr>
          <w:sz w:val="22"/>
        </w:rPr>
        <w:t xml:space="preserve">    C. 走中国工业化道路</w:t>
      </w:r>
    </w:p>
    <w:p>
      <w:pPr>
        <w:spacing w:before="20" w:after="20"/>
      </w:pPr>
      <w:r>
        <w:rPr>
          <w:sz w:val="22"/>
        </w:rPr>
        <w:t xml:space="preserve">    D. 走中国特色社会主义道路</w:t>
      </w:r>
    </w:p>
    <w:p>
      <w:pPr>
        <w:spacing w:before="160"/>
      </w:pPr>
      <w:r>
        <w:rPr>
          <w:b/>
          <w:sz w:val="22"/>
        </w:rPr>
        <w:t>432. 中国特色社会主义理论体系是在一定的条件下逐步形成和发展起来的,主要包括( )。</w:t>
      </w:r>
    </w:p>
    <w:p>
      <w:pPr>
        <w:spacing w:before="20" w:after="20"/>
      </w:pPr>
      <w:r>
        <w:rPr>
          <w:sz w:val="22"/>
        </w:rPr>
        <w:t xml:space="preserve">    A. 和平与发展成为时代主题的历史条件</w:t>
      </w:r>
    </w:p>
    <w:p>
      <w:pPr>
        <w:spacing w:before="20" w:after="20"/>
      </w:pPr>
      <w:r>
        <w:rPr>
          <w:sz w:val="22"/>
        </w:rPr>
        <w:t xml:space="preserve">    B. 我国改革开放和社会主义现代化建设的伟大实践</w:t>
      </w:r>
    </w:p>
    <w:p>
      <w:pPr>
        <w:spacing w:before="20" w:after="20"/>
      </w:pPr>
      <w:r>
        <w:rPr>
          <w:sz w:val="22"/>
        </w:rPr>
        <w:t xml:space="preserve">    C. 对我国社会主义建设正反两方面历史经验和改革开放以来新鲜经验的总结</w:t>
      </w:r>
    </w:p>
    <w:p>
      <w:pPr>
        <w:spacing w:before="20" w:after="20"/>
      </w:pPr>
      <w:r>
        <w:rPr>
          <w:sz w:val="22"/>
        </w:rPr>
        <w:t xml:space="preserve">    D. 汲取其他社会主义国家兴衰成败的经验教训</w:t>
      </w:r>
    </w:p>
    <w:p>
      <w:pPr>
        <w:spacing w:before="160"/>
      </w:pPr>
      <w:r>
        <w:rPr>
          <w:b/>
          <w:sz w:val="22"/>
        </w:rPr>
        <w:t>433. 毛泽东在《论持久战》中( )。</w:t>
      </w:r>
    </w:p>
    <w:p>
      <w:pPr>
        <w:spacing w:before="20" w:after="20"/>
      </w:pPr>
      <w:r>
        <w:rPr>
          <w:sz w:val="22"/>
        </w:rPr>
        <w:t xml:space="preserve">    A. 批驳了亡国论和速胜论</w:t>
      </w:r>
    </w:p>
    <w:p>
      <w:pPr>
        <w:spacing w:before="20" w:after="20"/>
      </w:pPr>
      <w:r>
        <w:rPr>
          <w:sz w:val="22"/>
        </w:rPr>
        <w:t xml:space="preserve">    B. 分析了中日双方相互矛盾的四个基本特点</w:t>
      </w:r>
    </w:p>
    <w:p>
      <w:pPr>
        <w:spacing w:before="20" w:after="20"/>
      </w:pPr>
      <w:r>
        <w:rPr>
          <w:sz w:val="22"/>
        </w:rPr>
        <w:t xml:space="preserve">    C. 提出了抗日民族统一战线的策略总方针</w:t>
      </w:r>
    </w:p>
    <w:p>
      <w:pPr>
        <w:spacing w:before="20" w:after="20"/>
      </w:pPr>
      <w:r>
        <w:rPr>
          <w:sz w:val="22"/>
        </w:rPr>
        <w:t xml:space="preserve">    D. 科学预见了抗日战争发展的三个阶段</w:t>
      </w:r>
    </w:p>
    <w:p>
      <w:pPr>
        <w:spacing w:before="20" w:after="20"/>
      </w:pPr>
      <w:r>
        <w:rPr>
          <w:sz w:val="22"/>
        </w:rPr>
        <w:t xml:space="preserve">    E. 阐发了兵民是胜利之本的思想</w:t>
      </w:r>
    </w:p>
    <w:p>
      <w:pPr>
        <w:spacing w:before="160"/>
      </w:pPr>
      <w:r>
        <w:rPr>
          <w:b/>
          <w:sz w:val="22"/>
        </w:rPr>
        <w:t>434. 社会主义建设道路初步探索时期，毛泽东关于社会主义两类不同性质的矛盾表述，正确的有( )。</w:t>
      </w:r>
    </w:p>
    <w:p>
      <w:pPr>
        <w:spacing w:before="20" w:after="20"/>
      </w:pPr>
      <w:r>
        <w:rPr>
          <w:sz w:val="22"/>
        </w:rPr>
        <w:t xml:space="preserve">    A. 可以划分为敌我矛盾和人民内部矛盾</w:t>
      </w:r>
    </w:p>
    <w:p>
      <w:pPr>
        <w:spacing w:before="20" w:after="20"/>
      </w:pPr>
      <w:r>
        <w:rPr>
          <w:sz w:val="22"/>
        </w:rPr>
        <w:t xml:space="preserve">    B. 人民内部矛盾是非对抗性的矛盾，如果处理不当，也可能发生对抗</w:t>
      </w:r>
    </w:p>
    <w:p>
      <w:pPr>
        <w:spacing w:before="20" w:after="20"/>
      </w:pPr>
      <w:r>
        <w:rPr>
          <w:sz w:val="22"/>
        </w:rPr>
        <w:t xml:space="preserve">    C. 用专政的方法解决敌我矛盾</w:t>
      </w:r>
    </w:p>
    <w:p>
      <w:pPr>
        <w:spacing w:before="20" w:after="20"/>
      </w:pPr>
      <w:r>
        <w:rPr>
          <w:sz w:val="22"/>
        </w:rPr>
        <w:t xml:space="preserve">    D. 工人阶级和其他劳动者同民族资产阶级之间的矛盾属于敌我矛盾</w:t>
      </w:r>
    </w:p>
    <w:p>
      <w:pPr>
        <w:pStyle w:val="Heading1"/>
      </w:pPr>
      <w:r>
        <w:rPr>
          <w:sz w:val="32"/>
        </w:rPr>
        <w:t>三、判断题（共 66 题）</w:t>
      </w:r>
    </w:p>
    <w:p>
      <w:pPr>
        <w:spacing w:before="160"/>
      </w:pPr>
      <w:r>
        <w:rPr>
          <w:b/>
          <w:sz w:val="22"/>
        </w:rPr>
        <w:t>435. 以经济建设为中心是党在改革开放和社会主义现代化建设新时期实现的最根本的拨乱反正。( )</w:t>
      </w:r>
    </w:p>
    <w:p>
      <w:pPr>
        <w:spacing w:before="20" w:after="20"/>
      </w:pPr>
      <w:r>
        <w:rPr>
          <w:sz w:val="22"/>
        </w:rPr>
        <w:t xml:space="preserve">    A. 对</w:t>
      </w:r>
    </w:p>
    <w:p>
      <w:pPr>
        <w:spacing w:before="20" w:after="20"/>
      </w:pPr>
      <w:r>
        <w:rPr>
          <w:sz w:val="22"/>
        </w:rPr>
        <w:t xml:space="preserve">    B. 错</w:t>
      </w:r>
    </w:p>
    <w:p>
      <w:pPr>
        <w:spacing w:before="160"/>
      </w:pPr>
      <w:r>
        <w:rPr>
          <w:b/>
          <w:sz w:val="22"/>
        </w:rPr>
        <w:t>436. 香港问题和澳门问题是国内战争遗留下来的问题。( )</w:t>
      </w:r>
    </w:p>
    <w:p>
      <w:pPr>
        <w:spacing w:before="20" w:after="20"/>
      </w:pPr>
      <w:r>
        <w:rPr>
          <w:sz w:val="22"/>
        </w:rPr>
        <w:t xml:space="preserve">    A. 对</w:t>
      </w:r>
    </w:p>
    <w:p>
      <w:pPr>
        <w:spacing w:before="20" w:after="20"/>
      </w:pPr>
      <w:r>
        <w:rPr>
          <w:sz w:val="22"/>
        </w:rPr>
        <w:t xml:space="preserve">    B. 错</w:t>
      </w:r>
    </w:p>
    <w:p>
      <w:pPr>
        <w:spacing w:before="160"/>
      </w:pPr>
      <w:r>
        <w:rPr>
          <w:b/>
          <w:sz w:val="22"/>
        </w:rPr>
        <w:t>437. 新民主主义革命的前途是社会主义。( )</w:t>
      </w:r>
    </w:p>
    <w:p>
      <w:pPr>
        <w:spacing w:before="20" w:after="20"/>
      </w:pPr>
      <w:r>
        <w:rPr>
          <w:sz w:val="22"/>
        </w:rPr>
        <w:t xml:space="preserve">    A. 对</w:t>
      </w:r>
    </w:p>
    <w:p>
      <w:pPr>
        <w:spacing w:before="20" w:after="20"/>
      </w:pPr>
      <w:r>
        <w:rPr>
          <w:sz w:val="22"/>
        </w:rPr>
        <w:t xml:space="preserve">    B. 错</w:t>
      </w:r>
    </w:p>
    <w:p>
      <w:pPr>
        <w:spacing w:before="160"/>
      </w:pPr>
      <w:r>
        <w:rPr>
          <w:b/>
          <w:sz w:val="22"/>
        </w:rPr>
        <w:t>438. 共同富裕等于完全平均。( ) `[分]`</w:t>
      </w:r>
    </w:p>
    <w:p>
      <w:pPr>
        <w:spacing w:before="20" w:after="20"/>
      </w:pPr>
      <w:r>
        <w:rPr>
          <w:sz w:val="22"/>
        </w:rPr>
        <w:t xml:space="preserve">    A. 对</w:t>
      </w:r>
    </w:p>
    <w:p>
      <w:pPr>
        <w:spacing w:before="20" w:after="20"/>
      </w:pPr>
      <w:r>
        <w:rPr>
          <w:sz w:val="22"/>
        </w:rPr>
        <w:t xml:space="preserve">    B. 错</w:t>
      </w:r>
    </w:p>
    <w:p>
      <w:pPr>
        <w:spacing w:before="160"/>
      </w:pPr>
      <w:r>
        <w:rPr>
          <w:b/>
          <w:sz w:val="22"/>
        </w:rPr>
        <w:t>439. 党对军队的绝对领导，是新型人民军队建设的根本原则，是毛泽东建军思想的核心。 ( )</w:t>
      </w:r>
    </w:p>
    <w:p>
      <w:pPr>
        <w:spacing w:before="20" w:after="20"/>
      </w:pPr>
      <w:r>
        <w:rPr>
          <w:sz w:val="22"/>
        </w:rPr>
        <w:t xml:space="preserve">    A. 对</w:t>
      </w:r>
    </w:p>
    <w:p>
      <w:pPr>
        <w:spacing w:before="20" w:after="20"/>
      </w:pPr>
      <w:r>
        <w:rPr>
          <w:sz w:val="22"/>
        </w:rPr>
        <w:t xml:space="preserve">    B. 错</w:t>
      </w:r>
    </w:p>
    <w:p>
      <w:pPr>
        <w:spacing w:before="160"/>
      </w:pPr>
      <w:r>
        <w:rPr>
          <w:b/>
          <w:sz w:val="22"/>
        </w:rPr>
        <w:t>440. 毛泽东在《新民主主义论》中提出新民主主义文化是“民族的、科学的、大众的文化”。( )</w:t>
      </w:r>
    </w:p>
    <w:p>
      <w:pPr>
        <w:spacing w:before="20" w:after="20"/>
      </w:pPr>
      <w:r>
        <w:rPr>
          <w:sz w:val="22"/>
        </w:rPr>
        <w:t xml:space="preserve">    A. 对</w:t>
      </w:r>
    </w:p>
    <w:p>
      <w:pPr>
        <w:spacing w:before="20" w:after="20"/>
      </w:pPr>
      <w:r>
        <w:rPr>
          <w:sz w:val="22"/>
        </w:rPr>
        <w:t xml:space="preserve">    B. 错</w:t>
      </w:r>
    </w:p>
    <w:p>
      <w:pPr>
        <w:spacing w:before="160"/>
      </w:pPr>
      <w:r>
        <w:rPr>
          <w:b/>
          <w:sz w:val="22"/>
        </w:rPr>
        <w:t>441. 国家资本主义经济是指:国家和资本家联合经营，接受国家管理和计划，资本家获得一定利益的经济 ( )</w:t>
      </w:r>
    </w:p>
    <w:p>
      <w:pPr>
        <w:spacing w:before="20" w:after="20"/>
      </w:pPr>
      <w:r>
        <w:rPr>
          <w:sz w:val="22"/>
        </w:rPr>
        <w:t xml:space="preserve">    A. 对</w:t>
      </w:r>
    </w:p>
    <w:p>
      <w:pPr>
        <w:spacing w:before="20" w:after="20"/>
      </w:pPr>
      <w:r>
        <w:rPr>
          <w:sz w:val="22"/>
        </w:rPr>
        <w:t xml:space="preserve">    B. 错</w:t>
      </w:r>
    </w:p>
    <w:p>
      <w:pPr>
        <w:spacing w:before="160"/>
      </w:pPr>
      <w:r>
        <w:rPr>
          <w:b/>
          <w:sz w:val="22"/>
        </w:rPr>
        <w:t>442. 《论十大关系》的发表标志着党探索中国社会主义建设道路的良好开端。</w:t>
      </w:r>
    </w:p>
    <w:p>
      <w:pPr>
        <w:spacing w:before="20" w:after="20"/>
      </w:pPr>
      <w:r>
        <w:rPr>
          <w:sz w:val="22"/>
        </w:rPr>
        <w:t xml:space="preserve">    A. 对</w:t>
      </w:r>
    </w:p>
    <w:p>
      <w:pPr>
        <w:spacing w:before="20" w:after="20"/>
      </w:pPr>
      <w:r>
        <w:rPr>
          <w:sz w:val="22"/>
        </w:rPr>
        <w:t xml:space="preserve">    B. 错</w:t>
      </w:r>
    </w:p>
    <w:p>
      <w:pPr>
        <w:spacing w:before="160"/>
      </w:pPr>
      <w:r>
        <w:rPr>
          <w:b/>
          <w:sz w:val="22"/>
        </w:rPr>
        <w:t>443. 改革开放和社会主义现代化建设新时期，党面临的主要任务是，继续探索中国建设社会主义的正确道路， 解放和发展社会生产力，使人民摆脱贫困.尽快富裕起来，为实现中华民族伟大复兴提供充满新的活力的体制保证和快速发展的物质条件.。( )</w:t>
      </w:r>
    </w:p>
    <w:p>
      <w:pPr>
        <w:spacing w:before="20" w:after="20"/>
      </w:pPr>
      <w:r>
        <w:rPr>
          <w:sz w:val="22"/>
        </w:rPr>
        <w:t xml:space="preserve">    A. 对</w:t>
      </w:r>
    </w:p>
    <w:p>
      <w:pPr>
        <w:spacing w:before="20" w:after="20"/>
      </w:pPr>
      <w:r>
        <w:rPr>
          <w:sz w:val="22"/>
        </w:rPr>
        <w:t xml:space="preserve">    B. 错</w:t>
      </w:r>
    </w:p>
    <w:p>
      <w:pPr>
        <w:spacing w:before="160"/>
      </w:pPr>
      <w:r>
        <w:rPr>
          <w:b/>
          <w:sz w:val="22"/>
        </w:rPr>
        <w:t>444. 马克思主义中国化和马克思主义时代化是相互独立的概念。( )</w:t>
      </w:r>
    </w:p>
    <w:p>
      <w:pPr>
        <w:spacing w:before="20" w:after="20"/>
      </w:pPr>
      <w:r>
        <w:rPr>
          <w:sz w:val="22"/>
        </w:rPr>
        <w:t xml:space="preserve">    A. 对</w:t>
      </w:r>
    </w:p>
    <w:p>
      <w:pPr>
        <w:spacing w:before="20" w:after="20"/>
      </w:pPr>
      <w:r>
        <w:rPr>
          <w:sz w:val="22"/>
        </w:rPr>
        <w:t xml:space="preserve">    B. 错</w:t>
      </w:r>
    </w:p>
    <w:p>
      <w:pPr>
        <w:spacing w:before="160"/>
      </w:pPr>
      <w:r>
        <w:rPr>
          <w:b/>
          <w:sz w:val="22"/>
        </w:rPr>
        <w:t>445. 邓小平强调“端正党风，是端正社会风气的关键”。( )</w:t>
      </w:r>
    </w:p>
    <w:p>
      <w:pPr>
        <w:spacing w:before="20" w:after="20"/>
      </w:pPr>
      <w:r>
        <w:rPr>
          <w:sz w:val="22"/>
        </w:rPr>
        <w:t xml:space="preserve">    A. 对</w:t>
      </w:r>
    </w:p>
    <w:p>
      <w:pPr>
        <w:spacing w:before="20" w:after="20"/>
      </w:pPr>
      <w:r>
        <w:rPr>
          <w:sz w:val="22"/>
        </w:rPr>
        <w:t xml:space="preserve">    B. 错</w:t>
      </w:r>
    </w:p>
    <w:p>
      <w:pPr>
        <w:spacing w:before="160"/>
      </w:pPr>
      <w:r>
        <w:rPr>
          <w:b/>
          <w:sz w:val="22"/>
        </w:rPr>
        <w:t>446. 新民主主义革命理论基本点将中国资产阶级的划分为依附于帝国主义的民族资产阶级和既有革命要求又有动摇性的大资产阶级。 ( )</w:t>
      </w:r>
    </w:p>
    <w:p>
      <w:pPr>
        <w:spacing w:before="20" w:after="20"/>
      </w:pPr>
      <w:r>
        <w:rPr>
          <w:sz w:val="22"/>
        </w:rPr>
        <w:t xml:space="preserve">    A. 对</w:t>
      </w:r>
    </w:p>
    <w:p>
      <w:pPr>
        <w:spacing w:before="20" w:after="20"/>
      </w:pPr>
      <w:r>
        <w:rPr>
          <w:sz w:val="22"/>
        </w:rPr>
        <w:t xml:space="preserve">    B. 错</w:t>
      </w:r>
    </w:p>
    <w:p>
      <w:pPr>
        <w:spacing w:before="160"/>
      </w:pPr>
      <w:r>
        <w:rPr>
          <w:b/>
          <w:sz w:val="22"/>
        </w:rPr>
        <w:t>447. 新民主主义社会、封建社会、资本主义社会都是一个独立的社会形态 ( )</w:t>
      </w:r>
    </w:p>
    <w:p>
      <w:pPr>
        <w:spacing w:before="20" w:after="20"/>
      </w:pPr>
      <w:r>
        <w:rPr>
          <w:sz w:val="22"/>
        </w:rPr>
        <w:t xml:space="preserve">    A. 对</w:t>
      </w:r>
    </w:p>
    <w:p>
      <w:pPr>
        <w:spacing w:before="20" w:after="20"/>
      </w:pPr>
      <w:r>
        <w:rPr>
          <w:sz w:val="22"/>
        </w:rPr>
        <w:t xml:space="preserve">    B. 错</w:t>
      </w:r>
    </w:p>
    <w:p>
      <w:pPr>
        <w:spacing w:before="160"/>
      </w:pPr>
      <w:r>
        <w:rPr>
          <w:b/>
          <w:sz w:val="22"/>
        </w:rPr>
        <w:t>448. 新民主主义革命胜利后，直接实现了国家富强、人民幸福的历史任务。( )</w:t>
      </w:r>
    </w:p>
    <w:p>
      <w:pPr>
        <w:spacing w:before="20" w:after="20"/>
      </w:pPr>
      <w:r>
        <w:rPr>
          <w:sz w:val="22"/>
        </w:rPr>
        <w:t xml:space="preserve">    A. 对</w:t>
      </w:r>
    </w:p>
    <w:p>
      <w:pPr>
        <w:spacing w:before="20" w:after="20"/>
      </w:pPr>
      <w:r>
        <w:rPr>
          <w:sz w:val="22"/>
        </w:rPr>
        <w:t xml:space="preserve">    B. 错</w:t>
      </w:r>
    </w:p>
    <w:p>
      <w:pPr>
        <w:spacing w:before="160"/>
      </w:pPr>
      <w:r>
        <w:rPr>
          <w:b/>
          <w:sz w:val="22"/>
        </w:rPr>
        <w:t>449. 党的七大将毛泽东思想写入党章，确立为党必须长期坚持的指导思想。 ( )</w:t>
      </w:r>
    </w:p>
    <w:p>
      <w:pPr>
        <w:spacing w:before="20" w:after="20"/>
      </w:pPr>
      <w:r>
        <w:rPr>
          <w:sz w:val="22"/>
        </w:rPr>
        <w:t xml:space="preserve">    A. 对</w:t>
      </w:r>
    </w:p>
    <w:p>
      <w:pPr>
        <w:spacing w:before="20" w:after="20"/>
      </w:pPr>
      <w:r>
        <w:rPr>
          <w:sz w:val="22"/>
        </w:rPr>
        <w:t xml:space="preserve">    B. 错</w:t>
      </w:r>
    </w:p>
    <w:p>
      <w:pPr>
        <w:spacing w:before="160"/>
      </w:pPr>
      <w:r>
        <w:rPr>
          <w:b/>
          <w:sz w:val="22"/>
        </w:rPr>
        <w:t>450. 毛泽东认为社会主义社会不存在矛盾。</w:t>
      </w:r>
    </w:p>
    <w:p>
      <w:pPr>
        <w:spacing w:before="20" w:after="20"/>
      </w:pPr>
      <w:r>
        <w:rPr>
          <w:sz w:val="22"/>
        </w:rPr>
        <w:t xml:space="preserve">    A. 对</w:t>
      </w:r>
    </w:p>
    <w:p>
      <w:pPr>
        <w:spacing w:before="20" w:after="20"/>
      </w:pPr>
      <w:r>
        <w:rPr>
          <w:sz w:val="22"/>
        </w:rPr>
        <w:t xml:space="preserve">    B. 错</w:t>
      </w:r>
    </w:p>
    <w:p>
      <w:pPr>
        <w:spacing w:before="160"/>
      </w:pPr>
      <w:r>
        <w:rPr>
          <w:b/>
          <w:sz w:val="22"/>
        </w:rPr>
        <w:t>451. 新民主主义革命与旧民主主义革命的根本区别在于革命的领导权不同。( )(1.0) `[分]`</w:t>
      </w:r>
    </w:p>
    <w:p>
      <w:pPr>
        <w:spacing w:before="20" w:after="20"/>
      </w:pPr>
      <w:r>
        <w:rPr>
          <w:sz w:val="22"/>
        </w:rPr>
        <w:t xml:space="preserve">    A. 对</w:t>
      </w:r>
    </w:p>
    <w:p>
      <w:pPr>
        <w:spacing w:before="20" w:after="20"/>
      </w:pPr>
      <w:r>
        <w:rPr>
          <w:sz w:val="22"/>
        </w:rPr>
        <w:t xml:space="preserve">    B. 错</w:t>
      </w:r>
    </w:p>
    <w:p>
      <w:pPr>
        <w:spacing w:before="160"/>
      </w:pPr>
      <w:r>
        <w:rPr>
          <w:b/>
          <w:sz w:val="22"/>
        </w:rPr>
        <w:t>452. 历史和现实反复证明，只有实现马克思主义中国化时代化才能救中国、发展中国，オ能实现中华民族的伟大复兴。( )</w:t>
      </w:r>
    </w:p>
    <w:p>
      <w:pPr>
        <w:spacing w:before="20" w:after="20"/>
      </w:pPr>
      <w:r>
        <w:rPr>
          <w:sz w:val="22"/>
        </w:rPr>
        <w:t xml:space="preserve">    A. 对</w:t>
      </w:r>
    </w:p>
    <w:p>
      <w:pPr>
        <w:spacing w:before="20" w:after="20"/>
      </w:pPr>
      <w:r>
        <w:rPr>
          <w:sz w:val="22"/>
        </w:rPr>
        <w:t xml:space="preserve">    B. 错</w:t>
      </w:r>
    </w:p>
    <w:p>
      <w:pPr>
        <w:spacing w:before="160"/>
      </w:pPr>
      <w:r>
        <w:rPr>
          <w:b/>
          <w:sz w:val="22"/>
        </w:rPr>
        <w:t>453. 中国特色社会主义进入新时代是我国发展新的历史方位。( )</w:t>
      </w:r>
    </w:p>
    <w:p>
      <w:pPr>
        <w:spacing w:before="20" w:after="20"/>
      </w:pPr>
      <w:r>
        <w:rPr>
          <w:sz w:val="22"/>
        </w:rPr>
        <w:t xml:space="preserve">    A. 对</w:t>
      </w:r>
    </w:p>
    <w:p>
      <w:pPr>
        <w:spacing w:before="20" w:after="20"/>
      </w:pPr>
      <w:r>
        <w:rPr>
          <w:sz w:val="22"/>
        </w:rPr>
        <w:t xml:space="preserve">    B. 错</w:t>
      </w:r>
    </w:p>
    <w:p>
      <w:pPr>
        <w:spacing w:before="160"/>
      </w:pPr>
      <w:r>
        <w:rPr>
          <w:b/>
          <w:sz w:val="22"/>
        </w:rPr>
        <w:t>454. 毛泽东提出“枪杆子里出政权”的会议是古田会议。( )</w:t>
      </w:r>
    </w:p>
    <w:p>
      <w:pPr>
        <w:spacing w:before="20" w:after="20"/>
      </w:pPr>
      <w:r>
        <w:rPr>
          <w:sz w:val="22"/>
        </w:rPr>
        <w:t xml:space="preserve">    A. 对</w:t>
      </w:r>
    </w:p>
    <w:p>
      <w:pPr>
        <w:spacing w:before="20" w:after="20"/>
      </w:pPr>
      <w:r>
        <w:rPr>
          <w:sz w:val="22"/>
        </w:rPr>
        <w:t xml:space="preserve">    B. 错</w:t>
      </w:r>
    </w:p>
    <w:p>
      <w:pPr>
        <w:spacing w:before="160"/>
      </w:pPr>
      <w:r>
        <w:rPr>
          <w:b/>
          <w:sz w:val="22"/>
        </w:rPr>
        <w:t>455. 中国共产党在土地革命时期对富农的政策是“保护富农”。( )</w:t>
      </w:r>
    </w:p>
    <w:p>
      <w:pPr>
        <w:spacing w:before="20" w:after="20"/>
      </w:pPr>
      <w:r>
        <w:rPr>
          <w:sz w:val="22"/>
        </w:rPr>
        <w:t xml:space="preserve">    A. 对</w:t>
      </w:r>
    </w:p>
    <w:p>
      <w:pPr>
        <w:spacing w:before="20" w:after="20"/>
      </w:pPr>
      <w:r>
        <w:rPr>
          <w:sz w:val="22"/>
        </w:rPr>
        <w:t xml:space="preserve">    B. 错</w:t>
      </w:r>
    </w:p>
    <w:p>
      <w:pPr>
        <w:spacing w:before="160"/>
      </w:pPr>
      <w:r>
        <w:rPr>
          <w:b/>
          <w:sz w:val="22"/>
        </w:rPr>
        <w:t>456. 新民主主义革命是无产阶级领导的，人民大众的，反对帝国主义、封建主义和官僚资本主义的革命。( )</w:t>
      </w:r>
    </w:p>
    <w:p>
      <w:pPr>
        <w:spacing w:before="20" w:after="20"/>
      </w:pPr>
      <w:r>
        <w:rPr>
          <w:sz w:val="22"/>
        </w:rPr>
        <w:t xml:space="preserve">    A. 对</w:t>
      </w:r>
    </w:p>
    <w:p>
      <w:pPr>
        <w:spacing w:before="20" w:after="20"/>
      </w:pPr>
      <w:r>
        <w:rPr>
          <w:sz w:val="22"/>
        </w:rPr>
        <w:t xml:space="preserve">    B. 错</w:t>
      </w:r>
    </w:p>
    <w:p>
      <w:pPr>
        <w:spacing w:before="160"/>
      </w:pPr>
      <w:r>
        <w:rPr>
          <w:b/>
          <w:sz w:val="22"/>
        </w:rPr>
        <w:t>457. 毛泽东思想是毛泽东同志个人的全部思想成果。</w:t>
      </w:r>
    </w:p>
    <w:p>
      <w:pPr>
        <w:spacing w:before="20" w:after="20"/>
      </w:pPr>
      <w:r>
        <w:rPr>
          <w:sz w:val="22"/>
        </w:rPr>
        <w:t xml:space="preserve">    A. 对</w:t>
      </w:r>
    </w:p>
    <w:p>
      <w:pPr>
        <w:spacing w:before="20" w:after="20"/>
      </w:pPr>
      <w:r>
        <w:rPr>
          <w:sz w:val="22"/>
        </w:rPr>
        <w:t xml:space="preserve">    B. 错</w:t>
      </w:r>
    </w:p>
    <w:p>
      <w:pPr>
        <w:spacing w:before="160"/>
      </w:pPr>
      <w:r>
        <w:rPr>
          <w:b/>
          <w:sz w:val="22"/>
        </w:rPr>
        <w:t>458. 个体经济既可以自发地走向资本主义，也可以被引导走向社会主义，其本身并不代表一种独立的发展方向 ( )</w:t>
      </w:r>
    </w:p>
    <w:p>
      <w:pPr>
        <w:spacing w:before="20" w:after="20"/>
      </w:pPr>
      <w:r>
        <w:rPr>
          <w:sz w:val="22"/>
        </w:rPr>
        <w:t xml:space="preserve">    A. 对</w:t>
      </w:r>
    </w:p>
    <w:p>
      <w:pPr>
        <w:spacing w:before="20" w:after="20"/>
      </w:pPr>
      <w:r>
        <w:rPr>
          <w:sz w:val="22"/>
        </w:rPr>
        <w:t xml:space="preserve">    B. 错</w:t>
      </w:r>
    </w:p>
    <w:p>
      <w:pPr>
        <w:spacing w:before="160"/>
      </w:pPr>
      <w:r>
        <w:rPr>
          <w:b/>
          <w:sz w:val="22"/>
        </w:rPr>
        <w:t>459. 毛泽东提出中国工业化道路的问题主要是指重工业优先发展。</w:t>
      </w:r>
    </w:p>
    <w:p>
      <w:pPr>
        <w:spacing w:before="20" w:after="20"/>
      </w:pPr>
      <w:r>
        <w:rPr>
          <w:sz w:val="22"/>
        </w:rPr>
        <w:t xml:space="preserve">    A. 对</w:t>
      </w:r>
    </w:p>
    <w:p>
      <w:pPr>
        <w:spacing w:before="20" w:after="20"/>
      </w:pPr>
      <w:r>
        <w:rPr>
          <w:sz w:val="22"/>
        </w:rPr>
        <w:t xml:space="preserve">    B. 错</w:t>
      </w:r>
    </w:p>
    <w:p>
      <w:pPr>
        <w:spacing w:before="160"/>
      </w:pPr>
      <w:r>
        <w:rPr>
          <w:b/>
          <w:sz w:val="22"/>
        </w:rPr>
        <w:t>460. 手工业生产合作社属于社会主义萌芽性质 ( )</w:t>
      </w:r>
    </w:p>
    <w:p>
      <w:pPr>
        <w:spacing w:before="20" w:after="20"/>
      </w:pPr>
      <w:r>
        <w:rPr>
          <w:sz w:val="22"/>
        </w:rPr>
        <w:t xml:space="preserve">    A. 对</w:t>
      </w:r>
    </w:p>
    <w:p>
      <w:pPr>
        <w:spacing w:before="20" w:after="20"/>
      </w:pPr>
      <w:r>
        <w:rPr>
          <w:sz w:val="22"/>
        </w:rPr>
        <w:t xml:space="preserve">    B. 错</w:t>
      </w:r>
    </w:p>
    <w:p>
      <w:pPr>
        <w:spacing w:before="160"/>
      </w:pPr>
      <w:r>
        <w:rPr>
          <w:b/>
          <w:sz w:val="22"/>
        </w:rPr>
        <w:t>461. 社会主义建设总路线是在中共八大上通过的。</w:t>
      </w:r>
    </w:p>
    <w:p>
      <w:pPr>
        <w:spacing w:before="20" w:after="20"/>
      </w:pPr>
      <w:r>
        <w:rPr>
          <w:sz w:val="22"/>
        </w:rPr>
        <w:t xml:space="preserve">    A. 对</w:t>
      </w:r>
    </w:p>
    <w:p>
      <w:pPr>
        <w:spacing w:before="20" w:after="20"/>
      </w:pPr>
      <w:r>
        <w:rPr>
          <w:sz w:val="22"/>
        </w:rPr>
        <w:t xml:space="preserve">    B. 错</w:t>
      </w:r>
    </w:p>
    <w:p>
      <w:pPr>
        <w:spacing w:before="160"/>
      </w:pPr>
      <w:r>
        <w:rPr>
          <w:b/>
          <w:sz w:val="22"/>
        </w:rPr>
        <w:t>462. 中国共产党领导人民进行革命和建设的成功实践是毛泽东思想形成和发展的实践基础。 ( )</w:t>
      </w:r>
    </w:p>
    <w:p>
      <w:pPr>
        <w:spacing w:before="20" w:after="20"/>
      </w:pPr>
      <w:r>
        <w:rPr>
          <w:sz w:val="22"/>
        </w:rPr>
        <w:t xml:space="preserve">    A. 对</w:t>
      </w:r>
    </w:p>
    <w:p>
      <w:pPr>
        <w:spacing w:before="20" w:after="20"/>
      </w:pPr>
      <w:r>
        <w:rPr>
          <w:sz w:val="22"/>
        </w:rPr>
        <w:t xml:space="preserve">    B. 错</w:t>
      </w:r>
    </w:p>
    <w:p>
      <w:pPr>
        <w:spacing w:before="160"/>
      </w:pPr>
      <w:r>
        <w:rPr>
          <w:b/>
          <w:sz w:val="22"/>
        </w:rPr>
        <w:t>463. “三个有利于”标准是内在统一的，发展社会主义社会的生产力是首要的也是最根本的一条。( )</w:t>
      </w:r>
    </w:p>
    <w:p>
      <w:pPr>
        <w:spacing w:before="20" w:after="20"/>
      </w:pPr>
      <w:r>
        <w:rPr>
          <w:sz w:val="22"/>
        </w:rPr>
        <w:t xml:space="preserve">    A. 对</w:t>
      </w:r>
    </w:p>
    <w:p>
      <w:pPr>
        <w:spacing w:before="20" w:after="20"/>
      </w:pPr>
      <w:r>
        <w:rPr>
          <w:sz w:val="22"/>
        </w:rPr>
        <w:t xml:space="preserve">    B. 错</w:t>
      </w:r>
    </w:p>
    <w:p>
      <w:pPr>
        <w:spacing w:before="160"/>
      </w:pPr>
      <w:r>
        <w:rPr>
          <w:b/>
          <w:sz w:val="22"/>
        </w:rPr>
        <w:t>464. “调整、巩固、充实、提高”八字方针是在庐山会议上提出的。</w:t>
      </w:r>
    </w:p>
    <w:p>
      <w:pPr>
        <w:spacing w:before="20" w:after="20"/>
      </w:pPr>
      <w:r>
        <w:rPr>
          <w:sz w:val="22"/>
        </w:rPr>
        <w:t xml:space="preserve">    A. 对</w:t>
      </w:r>
    </w:p>
    <w:p>
      <w:pPr>
        <w:spacing w:before="20" w:after="20"/>
      </w:pPr>
      <w:r>
        <w:rPr>
          <w:sz w:val="22"/>
        </w:rPr>
        <w:t xml:space="preserve">    B. 错</w:t>
      </w:r>
    </w:p>
    <w:p>
      <w:pPr>
        <w:spacing w:before="160"/>
      </w:pPr>
      <w:r>
        <w:rPr>
          <w:b/>
          <w:sz w:val="22"/>
        </w:rPr>
        <w:t>465. 毛泽东思想活的灵魂包括:实事求是.统一战线.问题导向。 ( )</w:t>
      </w:r>
    </w:p>
    <w:p>
      <w:pPr>
        <w:spacing w:before="20" w:after="20"/>
      </w:pPr>
      <w:r>
        <w:rPr>
          <w:sz w:val="22"/>
        </w:rPr>
        <w:t xml:space="preserve">    A. 对</w:t>
      </w:r>
    </w:p>
    <w:p>
      <w:pPr>
        <w:spacing w:before="20" w:after="20"/>
      </w:pPr>
      <w:r>
        <w:rPr>
          <w:sz w:val="22"/>
        </w:rPr>
        <w:t xml:space="preserve">    B. 错</w:t>
      </w:r>
    </w:p>
    <w:p>
      <w:pPr>
        <w:spacing w:before="160"/>
      </w:pPr>
      <w:r>
        <w:rPr>
          <w:b/>
          <w:sz w:val="22"/>
        </w:rPr>
        <w:t>466. 毛泽东思想是马克思主义中国化时代化的第一次历史性飞跃。( )</w:t>
      </w:r>
    </w:p>
    <w:p>
      <w:pPr>
        <w:spacing w:before="20" w:after="20"/>
      </w:pPr>
      <w:r>
        <w:rPr>
          <w:sz w:val="22"/>
        </w:rPr>
        <w:t xml:space="preserve">    A. 对</w:t>
      </w:r>
    </w:p>
    <w:p>
      <w:pPr>
        <w:spacing w:before="20" w:after="20"/>
      </w:pPr>
      <w:r>
        <w:rPr>
          <w:sz w:val="22"/>
        </w:rPr>
        <w:t xml:space="preserve">    B. 错</w:t>
      </w:r>
    </w:p>
    <w:p>
      <w:pPr>
        <w:spacing w:before="160"/>
      </w:pPr>
      <w:r>
        <w:rPr>
          <w:b/>
          <w:sz w:val="22"/>
        </w:rPr>
        <w:t>467. 毛泽东思想是在我国新民主主义革命.社会主义革命和社会主义建设的实践过程中，在总结我国革命和建设正反两方面历史经验的基础上发展起来的。 ( )</w:t>
      </w:r>
    </w:p>
    <w:p>
      <w:pPr>
        <w:spacing w:before="20" w:after="20"/>
      </w:pPr>
      <w:r>
        <w:rPr>
          <w:sz w:val="22"/>
        </w:rPr>
        <w:t xml:space="preserve">    A. 对</w:t>
      </w:r>
    </w:p>
    <w:p>
      <w:pPr>
        <w:spacing w:before="20" w:after="20"/>
      </w:pPr>
      <w:r>
        <w:rPr>
          <w:sz w:val="22"/>
        </w:rPr>
        <w:t xml:space="preserve">    B. 错</w:t>
      </w:r>
    </w:p>
    <w:p>
      <w:pPr>
        <w:spacing w:before="160"/>
      </w:pPr>
      <w:r>
        <w:rPr>
          <w:b/>
          <w:sz w:val="22"/>
        </w:rPr>
        <w:t>468. 改革开放和社会主义现代化建设新时期，党面临的主要任务是，继续探索中国建设社会主义的正确道路， 解放和发展社会生产力，使人民摆脱贫困、尽快富裕起来，为实现中华民族伟大复兴提供充满新的活力的体制保证和快速发展的物质条件.。( )</w:t>
      </w:r>
    </w:p>
    <w:p>
      <w:pPr>
        <w:spacing w:before="20" w:after="20"/>
      </w:pPr>
      <w:r>
        <w:rPr>
          <w:sz w:val="22"/>
        </w:rPr>
        <w:t xml:space="preserve">    A. 对</w:t>
      </w:r>
    </w:p>
    <w:p>
      <w:pPr>
        <w:spacing w:before="20" w:after="20"/>
      </w:pPr>
      <w:r>
        <w:rPr>
          <w:sz w:val="22"/>
        </w:rPr>
        <w:t xml:space="preserve">    B. 错</w:t>
      </w:r>
    </w:p>
    <w:p>
      <w:pPr>
        <w:spacing w:before="160"/>
      </w:pPr>
      <w:r>
        <w:rPr>
          <w:b/>
          <w:sz w:val="22"/>
        </w:rPr>
        <w:t>469. 马克思主义中国化时代化就是要完全照搬马克思主义经典作家的语录。( )</w:t>
      </w:r>
    </w:p>
    <w:p>
      <w:pPr>
        <w:spacing w:before="20" w:after="20"/>
      </w:pPr>
      <w:r>
        <w:rPr>
          <w:sz w:val="22"/>
        </w:rPr>
        <w:t xml:space="preserve">    A. 对</w:t>
      </w:r>
    </w:p>
    <w:p>
      <w:pPr>
        <w:spacing w:before="20" w:after="20"/>
      </w:pPr>
      <w:r>
        <w:rPr>
          <w:sz w:val="22"/>
        </w:rPr>
        <w:t xml:space="preserve">    B. 错</w:t>
      </w:r>
    </w:p>
    <w:p>
      <w:pPr>
        <w:spacing w:before="160"/>
      </w:pPr>
      <w:r>
        <w:rPr>
          <w:b/>
          <w:sz w:val="22"/>
        </w:rPr>
        <w:t>470. 农民阶级是中国革命的主力军，其中贫农是无产阶级最可靠的同盟军。( )</w:t>
      </w:r>
    </w:p>
    <w:p>
      <w:pPr>
        <w:spacing w:before="20" w:after="20"/>
      </w:pPr>
      <w:r>
        <w:rPr>
          <w:sz w:val="22"/>
        </w:rPr>
        <w:t xml:space="preserve">    A. 对</w:t>
      </w:r>
    </w:p>
    <w:p>
      <w:pPr>
        <w:spacing w:before="20" w:after="20"/>
      </w:pPr>
      <w:r>
        <w:rPr>
          <w:sz w:val="22"/>
        </w:rPr>
        <w:t xml:space="preserve">    B. 错</w:t>
      </w:r>
    </w:p>
    <w:p>
      <w:pPr>
        <w:spacing w:before="160"/>
      </w:pPr>
      <w:r>
        <w:rPr>
          <w:b/>
          <w:sz w:val="22"/>
        </w:rPr>
        <w:t>471. 中国共产党在解放战争时期提出的土地改革总路线是“依靠贫农，团结中农，有步骤地、有分别地消灭封建剥削制度，发展农业生产”。( )</w:t>
      </w:r>
    </w:p>
    <w:p>
      <w:pPr>
        <w:spacing w:before="20" w:after="20"/>
      </w:pPr>
      <w:r>
        <w:rPr>
          <w:sz w:val="22"/>
        </w:rPr>
        <w:t xml:space="preserve">    A. 对</w:t>
      </w:r>
    </w:p>
    <w:p>
      <w:pPr>
        <w:spacing w:before="20" w:after="20"/>
      </w:pPr>
      <w:r>
        <w:rPr>
          <w:sz w:val="22"/>
        </w:rPr>
        <w:t xml:space="preserve">    B. 错</w:t>
      </w:r>
    </w:p>
    <w:p>
      <w:pPr>
        <w:spacing w:before="160"/>
      </w:pPr>
      <w:r>
        <w:rPr>
          <w:b/>
          <w:sz w:val="22"/>
        </w:rPr>
        <w:t>472. 科学发展观强调，以人为本就是以最广大人民的根本利益为本。( )</w:t>
      </w:r>
    </w:p>
    <w:p>
      <w:pPr>
        <w:spacing w:before="20" w:after="20"/>
      </w:pPr>
      <w:r>
        <w:rPr>
          <w:sz w:val="22"/>
        </w:rPr>
        <w:t xml:space="preserve">    A. 对</w:t>
      </w:r>
    </w:p>
    <w:p>
      <w:pPr>
        <w:spacing w:before="20" w:after="20"/>
      </w:pPr>
      <w:r>
        <w:rPr>
          <w:sz w:val="22"/>
        </w:rPr>
        <w:t xml:space="preserve">    B. 错</w:t>
      </w:r>
    </w:p>
    <w:p>
      <w:pPr>
        <w:spacing w:before="160"/>
      </w:pPr>
      <w:r>
        <w:rPr>
          <w:b/>
          <w:sz w:val="22"/>
        </w:rPr>
        <w:t>473. 社会主义基本制度的确立是中国历史上最深刻最伟大的社会变革。( )</w:t>
      </w:r>
    </w:p>
    <w:p>
      <w:pPr>
        <w:spacing w:before="20" w:after="20"/>
      </w:pPr>
      <w:r>
        <w:rPr>
          <w:sz w:val="22"/>
        </w:rPr>
        <w:t xml:space="preserve">    A. 对</w:t>
      </w:r>
    </w:p>
    <w:p>
      <w:pPr>
        <w:spacing w:before="20" w:after="20"/>
      </w:pPr>
      <w:r>
        <w:rPr>
          <w:sz w:val="22"/>
        </w:rPr>
        <w:t xml:space="preserve">    B. 错</w:t>
      </w:r>
    </w:p>
    <w:p>
      <w:pPr>
        <w:spacing w:before="160"/>
      </w:pPr>
      <w:r>
        <w:rPr>
          <w:b/>
          <w:sz w:val="22"/>
        </w:rPr>
        <w:t>474. 党在过渡时期总路线:在一个相当长的时期内，逐步实现国家的社会主义工业化，并逐步实现国家对农业、手工业和资本主义工商业的社会主义改造 ( )</w:t>
      </w:r>
    </w:p>
    <w:p>
      <w:pPr>
        <w:spacing w:before="20" w:after="20"/>
      </w:pPr>
      <w:r>
        <w:rPr>
          <w:sz w:val="22"/>
        </w:rPr>
        <w:t xml:space="preserve">    A. 对</w:t>
      </w:r>
    </w:p>
    <w:p>
      <w:pPr>
        <w:spacing w:before="20" w:after="20"/>
      </w:pPr>
      <w:r>
        <w:rPr>
          <w:sz w:val="22"/>
        </w:rPr>
        <w:t xml:space="preserve">    B. 错</w:t>
      </w:r>
    </w:p>
    <w:p>
      <w:pPr>
        <w:spacing w:before="160"/>
      </w:pPr>
      <w:r>
        <w:rPr>
          <w:b/>
          <w:sz w:val="22"/>
        </w:rPr>
        <w:t>475. “实事”是主观意识中的一切事物，“是”是主观意识的内部联系，“求”就是去研究。 ( )</w:t>
      </w:r>
    </w:p>
    <w:p>
      <w:pPr>
        <w:spacing w:before="20" w:after="20"/>
      </w:pPr>
      <w:r>
        <w:rPr>
          <w:sz w:val="22"/>
        </w:rPr>
        <w:t xml:space="preserve">    A. 对</w:t>
      </w:r>
    </w:p>
    <w:p>
      <w:pPr>
        <w:spacing w:before="20" w:after="20"/>
      </w:pPr>
      <w:r>
        <w:rPr>
          <w:sz w:val="22"/>
        </w:rPr>
        <w:t xml:space="preserve">    B. 错</w:t>
      </w:r>
    </w:p>
    <w:p>
      <w:pPr>
        <w:spacing w:before="160"/>
      </w:pPr>
      <w:r>
        <w:rPr>
          <w:b/>
          <w:sz w:val="22"/>
        </w:rPr>
        <w:t>476. 发挥市场机制的作用和国家宏观调控，是社会主义市场经济的本质要求。( )</w:t>
      </w:r>
    </w:p>
    <w:p>
      <w:pPr>
        <w:spacing w:before="20" w:after="20"/>
      </w:pPr>
      <w:r>
        <w:rPr>
          <w:sz w:val="22"/>
        </w:rPr>
        <w:t xml:space="preserve">    A. 对</w:t>
      </w:r>
    </w:p>
    <w:p>
      <w:pPr>
        <w:spacing w:before="20" w:after="20"/>
      </w:pPr>
      <w:r>
        <w:rPr>
          <w:sz w:val="22"/>
        </w:rPr>
        <w:t xml:space="preserve">    B. 错</w:t>
      </w:r>
    </w:p>
    <w:p>
      <w:pPr>
        <w:spacing w:before="160"/>
      </w:pPr>
      <w:r>
        <w:rPr>
          <w:b/>
          <w:sz w:val="22"/>
        </w:rPr>
        <w:t>477. 个别企业的公私合营后，企业的生产关系已经发生了根本的变化，基本上成为社会主义国营性质的企业。 ( )</w:t>
      </w:r>
    </w:p>
    <w:p>
      <w:pPr>
        <w:spacing w:before="20" w:after="20"/>
      </w:pPr>
      <w:r>
        <w:rPr>
          <w:sz w:val="22"/>
        </w:rPr>
        <w:t xml:space="preserve">    A. 对</w:t>
      </w:r>
    </w:p>
    <w:p>
      <w:pPr>
        <w:spacing w:before="20" w:after="20"/>
      </w:pPr>
      <w:r>
        <w:rPr>
          <w:sz w:val="22"/>
        </w:rPr>
        <w:t xml:space="preserve">    B. 错</w:t>
      </w:r>
    </w:p>
    <w:p>
      <w:pPr>
        <w:spacing w:before="160"/>
      </w:pPr>
      <w:r>
        <w:rPr>
          <w:b/>
          <w:sz w:val="22"/>
        </w:rPr>
        <w:t>478. 社会主义建设道路初步探索的理论成果为改革开放提供了重要基础。</w:t>
      </w:r>
    </w:p>
    <w:p>
      <w:pPr>
        <w:spacing w:before="20" w:after="20"/>
      </w:pPr>
      <w:r>
        <w:rPr>
          <w:sz w:val="22"/>
        </w:rPr>
        <w:t xml:space="preserve">    A. 对</w:t>
      </w:r>
    </w:p>
    <w:p>
      <w:pPr>
        <w:spacing w:before="20" w:after="20"/>
      </w:pPr>
      <w:r>
        <w:rPr>
          <w:sz w:val="22"/>
        </w:rPr>
        <w:t xml:space="preserve">    B. 错</w:t>
      </w:r>
    </w:p>
    <w:p>
      <w:pPr>
        <w:spacing w:before="160"/>
      </w:pPr>
      <w:r>
        <w:rPr>
          <w:b/>
          <w:sz w:val="22"/>
        </w:rPr>
        <w:t>479. 科学发展观要求的统筹兼顾，就是要求平均发展。( )</w:t>
      </w:r>
    </w:p>
    <w:p>
      <w:pPr>
        <w:spacing w:before="20" w:after="20"/>
      </w:pPr>
      <w:r>
        <w:rPr>
          <w:sz w:val="22"/>
        </w:rPr>
        <w:t xml:space="preserve">    A. 对</w:t>
      </w:r>
    </w:p>
    <w:p>
      <w:pPr>
        <w:spacing w:before="20" w:after="20"/>
      </w:pPr>
      <w:r>
        <w:rPr>
          <w:sz w:val="22"/>
        </w:rPr>
        <w:t xml:space="preserve">    B. 错</w:t>
      </w:r>
    </w:p>
    <w:p>
      <w:pPr>
        <w:spacing w:before="160"/>
      </w:pPr>
      <w:r>
        <w:rPr>
          <w:b/>
          <w:sz w:val="22"/>
        </w:rPr>
        <w:t>480. “百花齐放.百家争鸣”是经济建设的方针。</w:t>
      </w:r>
    </w:p>
    <w:p>
      <w:pPr>
        <w:spacing w:before="20" w:after="20"/>
      </w:pPr>
      <w:r>
        <w:rPr>
          <w:sz w:val="22"/>
        </w:rPr>
        <w:t xml:space="preserve">    A. 对</w:t>
      </w:r>
    </w:p>
    <w:p>
      <w:pPr>
        <w:spacing w:before="20" w:after="20"/>
      </w:pPr>
      <w:r>
        <w:rPr>
          <w:sz w:val="22"/>
        </w:rPr>
        <w:t xml:space="preserve">    B. 错</w:t>
      </w:r>
    </w:p>
    <w:p>
      <w:pPr>
        <w:spacing w:before="160"/>
      </w:pPr>
      <w:r>
        <w:rPr>
          <w:b/>
          <w:sz w:val="22"/>
        </w:rPr>
        <w:t>481. “三个代表”重要思想回答的基本问题是“什么是社会主义，怎样建设社会主义”。</w:t>
      </w:r>
    </w:p>
    <w:p>
      <w:pPr>
        <w:spacing w:before="20" w:after="20"/>
      </w:pPr>
      <w:r>
        <w:rPr>
          <w:sz w:val="22"/>
        </w:rPr>
        <w:t xml:space="preserve">    A. 对</w:t>
      </w:r>
    </w:p>
    <w:p>
      <w:pPr>
        <w:spacing w:before="20" w:after="20"/>
      </w:pPr>
      <w:r>
        <w:rPr>
          <w:sz w:val="22"/>
        </w:rPr>
        <w:t xml:space="preserve">    B. 错</w:t>
      </w:r>
    </w:p>
    <w:p>
      <w:pPr>
        <w:spacing w:before="160"/>
      </w:pPr>
      <w:r>
        <w:rPr>
          <w:b/>
          <w:sz w:val="22"/>
        </w:rPr>
        <w:t>482. 马克思主义是不断发展的开放的理论体系，它并没有结束真理，而是开辟了通向真理的道路。( )</w:t>
      </w:r>
    </w:p>
    <w:p>
      <w:pPr>
        <w:spacing w:before="20" w:after="20"/>
      </w:pPr>
      <w:r>
        <w:rPr>
          <w:sz w:val="22"/>
        </w:rPr>
        <w:t xml:space="preserve">    A. 对</w:t>
      </w:r>
    </w:p>
    <w:p>
      <w:pPr>
        <w:spacing w:before="20" w:after="20"/>
      </w:pPr>
      <w:r>
        <w:rPr>
          <w:sz w:val="22"/>
        </w:rPr>
        <w:t xml:space="preserve">    B. 错</w:t>
      </w:r>
    </w:p>
    <w:p>
      <w:pPr>
        <w:spacing w:before="160"/>
      </w:pPr>
      <w:r>
        <w:rPr>
          <w:b/>
          <w:sz w:val="22"/>
        </w:rPr>
        <w:t>483. 坚持和发展马克思主义，只需要同中国具体实际相结合，无需同中华优秀传统文化相结合。( )</w:t>
      </w:r>
    </w:p>
    <w:p>
      <w:pPr>
        <w:spacing w:before="20" w:after="20"/>
      </w:pPr>
      <w:r>
        <w:rPr>
          <w:sz w:val="22"/>
        </w:rPr>
        <w:t xml:space="preserve">    A. 对</w:t>
      </w:r>
    </w:p>
    <w:p>
      <w:pPr>
        <w:spacing w:before="20" w:after="20"/>
      </w:pPr>
      <w:r>
        <w:rPr>
          <w:sz w:val="22"/>
        </w:rPr>
        <w:t xml:space="preserve">    B. 错</w:t>
      </w:r>
    </w:p>
    <w:p>
      <w:pPr>
        <w:spacing w:before="160"/>
      </w:pPr>
      <w:r>
        <w:rPr>
          <w:b/>
          <w:sz w:val="22"/>
        </w:rPr>
        <w:t>484. 毛泽东在《论联合政府》中提出中国共产党的最高纲领是实现社会主义和共产主义。( )</w:t>
      </w:r>
    </w:p>
    <w:p>
      <w:pPr>
        <w:spacing w:before="20" w:after="20"/>
      </w:pPr>
      <w:r>
        <w:rPr>
          <w:sz w:val="22"/>
        </w:rPr>
        <w:t xml:space="preserve">    A. 对</w:t>
      </w:r>
    </w:p>
    <w:p>
      <w:pPr>
        <w:spacing w:before="20" w:after="20"/>
      </w:pPr>
      <w:r>
        <w:rPr>
          <w:sz w:val="22"/>
        </w:rPr>
        <w:t xml:space="preserve">    B. 错</w:t>
      </w:r>
    </w:p>
    <w:p>
      <w:pPr>
        <w:spacing w:before="160"/>
      </w:pPr>
      <w:r>
        <w:rPr>
          <w:b/>
          <w:sz w:val="22"/>
        </w:rPr>
        <w:t>485. 习近平新时代中国特色社会主义思想在《毛泽东思想和中国特色社会主义理论体系概论》教材中被列为一个章节重点阐述。( )</w:t>
      </w:r>
    </w:p>
    <w:p>
      <w:pPr>
        <w:spacing w:before="20" w:after="20"/>
      </w:pPr>
      <w:r>
        <w:rPr>
          <w:sz w:val="22"/>
        </w:rPr>
        <w:t xml:space="preserve">    A. 对</w:t>
      </w:r>
    </w:p>
    <w:p>
      <w:pPr>
        <w:spacing w:before="20" w:after="20"/>
      </w:pPr>
      <w:r>
        <w:rPr>
          <w:sz w:val="22"/>
        </w:rPr>
        <w:t xml:space="preserve">    B. 错</w:t>
      </w:r>
    </w:p>
    <w:p>
      <w:pPr>
        <w:spacing w:before="160"/>
      </w:pPr>
      <w:r>
        <w:rPr>
          <w:b/>
          <w:sz w:val="22"/>
        </w:rPr>
        <w:t>486. “一化三改”中“一化”是两翼，“三改”是主体。( )</w:t>
      </w:r>
    </w:p>
    <w:p>
      <w:pPr>
        <w:spacing w:before="20" w:after="20"/>
      </w:pPr>
      <w:r>
        <w:rPr>
          <w:sz w:val="22"/>
        </w:rPr>
        <w:t xml:space="preserve">    A. 对</w:t>
      </w:r>
    </w:p>
    <w:p>
      <w:pPr>
        <w:spacing w:before="20" w:after="20"/>
      </w:pPr>
      <w:r>
        <w:rPr>
          <w:sz w:val="22"/>
        </w:rPr>
        <w:t xml:space="preserve">    B. 错</w:t>
      </w:r>
    </w:p>
    <w:p>
      <w:pPr>
        <w:spacing w:before="160"/>
      </w:pPr>
      <w:r>
        <w:rPr>
          <w:b/>
          <w:sz w:val="22"/>
        </w:rPr>
        <w:t>487. 人民军队的政治工作原则是官兵一致.军民一致.瓦解敌军。 ( )</w:t>
      </w:r>
    </w:p>
    <w:p>
      <w:pPr>
        <w:spacing w:before="20" w:after="20"/>
      </w:pPr>
      <w:r>
        <w:rPr>
          <w:sz w:val="22"/>
        </w:rPr>
        <w:t xml:space="preserve">    A. 对</w:t>
      </w:r>
    </w:p>
    <w:p>
      <w:pPr>
        <w:spacing w:before="20" w:after="20"/>
      </w:pPr>
      <w:r>
        <w:rPr>
          <w:sz w:val="22"/>
        </w:rPr>
        <w:t xml:space="preserve">    B. 错</w:t>
      </w:r>
    </w:p>
    <w:p>
      <w:pPr>
        <w:spacing w:before="160"/>
      </w:pPr>
      <w:r>
        <w:rPr>
          <w:b/>
          <w:sz w:val="22"/>
        </w:rPr>
        <w:t>488. 中国共产党的历史，是一部不断推进马克思主义中国化时代化的历史，是一部不断推进理论创新、进行理论创造的历史。( )</w:t>
      </w:r>
    </w:p>
    <w:p>
      <w:pPr>
        <w:spacing w:before="20" w:after="20"/>
      </w:pPr>
      <w:r>
        <w:rPr>
          <w:sz w:val="22"/>
        </w:rPr>
        <w:t xml:space="preserve">    A. 对</w:t>
      </w:r>
    </w:p>
    <w:p>
      <w:pPr>
        <w:spacing w:before="20" w:after="20"/>
      </w:pPr>
      <w:r>
        <w:rPr>
          <w:sz w:val="22"/>
        </w:rPr>
        <w:t xml:space="preserve">    B. 错</w:t>
      </w:r>
    </w:p>
    <w:p>
      <w:pPr>
        <w:spacing w:before="160"/>
      </w:pPr>
      <w:r>
        <w:rPr>
          <w:b/>
          <w:sz w:val="22"/>
        </w:rPr>
        <w:t>489. 邓小平在党的十二大上民明确提出“建设有中国特色的社会主义” `[分]`</w:t>
      </w:r>
    </w:p>
    <w:p>
      <w:pPr>
        <w:spacing w:before="20" w:after="20"/>
      </w:pPr>
      <w:r>
        <w:rPr>
          <w:sz w:val="22"/>
        </w:rPr>
        <w:t xml:space="preserve">    A. 对</w:t>
      </w:r>
    </w:p>
    <w:p>
      <w:pPr>
        <w:spacing w:before="20" w:after="20"/>
      </w:pPr>
      <w:r>
        <w:rPr>
          <w:sz w:val="22"/>
        </w:rPr>
        <w:t xml:space="preserve">    B. 错</w:t>
      </w:r>
    </w:p>
    <w:p>
      <w:pPr>
        <w:spacing w:before="160"/>
      </w:pPr>
      <w:r>
        <w:rPr>
          <w:b/>
          <w:sz w:val="22"/>
        </w:rPr>
        <w:t>490.  `[分]`</w:t>
      </w:r>
    </w:p>
    <w:p>
      <w:pPr>
        <w:spacing w:before="20" w:after="20"/>
      </w:pPr>
      <w:r>
        <w:rPr>
          <w:sz w:val="22"/>
        </w:rPr>
        <w:t xml:space="preserve">    A. 对</w:t>
      </w:r>
    </w:p>
    <w:p>
      <w:pPr>
        <w:spacing w:before="20" w:after="20"/>
      </w:pPr>
      <w:r>
        <w:rPr>
          <w:sz w:val="22"/>
        </w:rPr>
        <w:t xml:space="preserve">    B. 错</w:t>
      </w:r>
    </w:p>
    <w:p>
      <w:pPr>
        <w:spacing w:before="160"/>
      </w:pPr>
      <w:r>
        <w:rPr>
          <w:b/>
          <w:sz w:val="22"/>
        </w:rPr>
        <w:t>491. 中国特色社会主义理论体系的精髓是实事求是。( )</w:t>
      </w:r>
    </w:p>
    <w:p>
      <w:pPr>
        <w:spacing w:before="20" w:after="20"/>
      </w:pPr>
      <w:r>
        <w:rPr>
          <w:sz w:val="22"/>
        </w:rPr>
        <w:t xml:space="preserve">    A. 对</w:t>
      </w:r>
    </w:p>
    <w:p>
      <w:pPr>
        <w:spacing w:before="20" w:after="20"/>
      </w:pPr>
      <w:r>
        <w:rPr>
          <w:sz w:val="22"/>
        </w:rPr>
        <w:t xml:space="preserve">    B. 错</w:t>
      </w:r>
    </w:p>
    <w:p>
      <w:pPr>
        <w:spacing w:before="160"/>
      </w:pPr>
      <w:r>
        <w:rPr>
          <w:b/>
          <w:sz w:val="22"/>
        </w:rPr>
        <w:t>492. 实现工业化是中国近代以来历史发展的必然要求，也是民族独立和国家富强的必要条件。( )</w:t>
      </w:r>
    </w:p>
    <w:p>
      <w:pPr>
        <w:spacing w:before="20" w:after="20"/>
      </w:pPr>
      <w:r>
        <w:rPr>
          <w:sz w:val="22"/>
        </w:rPr>
        <w:t xml:space="preserve">    A. 对</w:t>
      </w:r>
    </w:p>
    <w:p>
      <w:pPr>
        <w:spacing w:before="20" w:after="20"/>
      </w:pPr>
      <w:r>
        <w:rPr>
          <w:sz w:val="22"/>
        </w:rPr>
        <w:t xml:space="preserve">    B. 错</w:t>
      </w:r>
    </w:p>
    <w:p>
      <w:pPr>
        <w:spacing w:before="160"/>
      </w:pPr>
      <w:r>
        <w:rPr>
          <w:b/>
          <w:sz w:val="22"/>
        </w:rPr>
        <w:t>493. “工农武装割据”思想，就是“农村包围城市、武装夺取政权”道路理论的同义表述。( )</w:t>
      </w:r>
    </w:p>
    <w:p>
      <w:pPr>
        <w:spacing w:before="20" w:after="20"/>
      </w:pPr>
      <w:r>
        <w:rPr>
          <w:sz w:val="22"/>
        </w:rPr>
        <w:t xml:space="preserve">    A. 对</w:t>
      </w:r>
    </w:p>
    <w:p>
      <w:pPr>
        <w:spacing w:before="20" w:after="20"/>
      </w:pPr>
      <w:r>
        <w:rPr>
          <w:sz w:val="22"/>
        </w:rPr>
        <w:t xml:space="preserve">    B. 错</w:t>
      </w:r>
    </w:p>
    <w:p>
      <w:pPr>
        <w:spacing w:before="160"/>
      </w:pPr>
      <w:r>
        <w:rPr>
          <w:b/>
          <w:sz w:val="22"/>
        </w:rPr>
        <w:t>494. 1982年邓小平在党的十二大开幕词中明确提出:走自己的路，建设有中国特色的社会主义。( )</w:t>
      </w:r>
    </w:p>
    <w:p>
      <w:pPr>
        <w:spacing w:before="20" w:after="20"/>
      </w:pPr>
      <w:r>
        <w:rPr>
          <w:sz w:val="22"/>
        </w:rPr>
        <w:t xml:space="preserve">    A. 对</w:t>
      </w:r>
    </w:p>
    <w:p>
      <w:pPr>
        <w:spacing w:before="20" w:after="20"/>
      </w:pPr>
      <w:r>
        <w:rPr>
          <w:sz w:val="22"/>
        </w:rPr>
        <w:t xml:space="preserve">    B. 错</w:t>
      </w:r>
    </w:p>
    <w:p>
      <w:pPr>
        <w:spacing w:before="160"/>
      </w:pPr>
      <w:r>
        <w:rPr>
          <w:b/>
          <w:sz w:val="22"/>
        </w:rPr>
        <w:t>495. 科学发展观强调，发展是解决中国所有问题的关键。( )</w:t>
      </w:r>
    </w:p>
    <w:p>
      <w:pPr>
        <w:spacing w:before="20" w:after="20"/>
      </w:pPr>
      <w:r>
        <w:rPr>
          <w:sz w:val="22"/>
        </w:rPr>
        <w:t xml:space="preserve">    A. 对</w:t>
      </w:r>
    </w:p>
    <w:p>
      <w:pPr>
        <w:spacing w:before="20" w:after="20"/>
      </w:pPr>
      <w:r>
        <w:rPr>
          <w:sz w:val="22"/>
        </w:rPr>
        <w:t xml:space="preserve">    B. 错</w:t>
      </w:r>
    </w:p>
    <w:p>
      <w:pPr>
        <w:spacing w:before="160"/>
      </w:pPr>
      <w:r>
        <w:rPr>
          <w:b/>
          <w:sz w:val="22"/>
        </w:rPr>
        <w:t>496. “三个代表”重要思想的本质是立党为公、执政为民。</w:t>
      </w:r>
    </w:p>
    <w:p>
      <w:pPr>
        <w:spacing w:before="20" w:after="20"/>
      </w:pPr>
      <w:r>
        <w:rPr>
          <w:sz w:val="22"/>
        </w:rPr>
        <w:t xml:space="preserve">    A. 对</w:t>
      </w:r>
    </w:p>
    <w:p>
      <w:pPr>
        <w:spacing w:before="20" w:after="20"/>
      </w:pPr>
      <w:r>
        <w:rPr>
          <w:sz w:val="22"/>
        </w:rPr>
        <w:t xml:space="preserve">    B. 错</w:t>
      </w:r>
    </w:p>
    <w:p>
      <w:pPr>
        <w:spacing w:before="160"/>
      </w:pPr>
      <w:r>
        <w:rPr>
          <w:b/>
          <w:sz w:val="22"/>
        </w:rPr>
        <w:t>497. 2021年，党的十九届六中全会通过的《中共中央关于党的百年奋斗重大成就和历史经验的决议》总结了百年来中国共产党推进马克思主义中国化时代化的重大成就，阐释了马克思主义中国化时代化的重大历史意义。( )</w:t>
      </w:r>
    </w:p>
    <w:p>
      <w:pPr>
        <w:spacing w:before="20" w:after="20"/>
      </w:pPr>
      <w:r>
        <w:rPr>
          <w:sz w:val="22"/>
        </w:rPr>
        <w:t xml:space="preserve">    A. 对</w:t>
      </w:r>
    </w:p>
    <w:p>
      <w:pPr>
        <w:spacing w:before="20" w:after="20"/>
      </w:pPr>
      <w:r>
        <w:rPr>
          <w:sz w:val="22"/>
        </w:rPr>
        <w:t xml:space="preserve">    B. 错</w:t>
      </w:r>
    </w:p>
    <w:p>
      <w:pPr>
        <w:spacing w:before="160"/>
      </w:pPr>
      <w:r>
        <w:rPr>
          <w:b/>
          <w:sz w:val="22"/>
        </w:rPr>
        <w:t>498. 实事求是.群众路线.独立自主是邓小平理论的精髓。( )</w:t>
      </w:r>
    </w:p>
    <w:p>
      <w:pPr>
        <w:spacing w:before="20" w:after="20"/>
      </w:pPr>
      <w:r>
        <w:rPr>
          <w:sz w:val="22"/>
        </w:rPr>
        <w:t xml:space="preserve">    A. 对</w:t>
      </w:r>
    </w:p>
    <w:p>
      <w:pPr>
        <w:spacing w:before="20" w:after="20"/>
      </w:pPr>
      <w:r>
        <w:rPr>
          <w:sz w:val="22"/>
        </w:rPr>
        <w:t xml:space="preserve">    B. 错</w:t>
      </w:r>
    </w:p>
    <w:p>
      <w:pPr>
        <w:spacing w:before="160"/>
      </w:pPr>
      <w:r>
        <w:rPr>
          <w:b/>
          <w:sz w:val="22"/>
        </w:rPr>
        <w:t>499. 坚持“中国的事情必须由中国人民自己处理”体现了毛泽东思想活的灵魂中的群众路线。 ( )</w:t>
      </w:r>
    </w:p>
    <w:p>
      <w:pPr>
        <w:spacing w:before="20" w:after="20"/>
      </w:pPr>
      <w:r>
        <w:rPr>
          <w:sz w:val="22"/>
        </w:rPr>
        <w:t xml:space="preserve">    A. 对</w:t>
      </w:r>
    </w:p>
    <w:p>
      <w:pPr>
        <w:spacing w:before="20" w:after="20"/>
      </w:pPr>
      <w:r>
        <w:rPr>
          <w:sz w:val="22"/>
        </w:rPr>
        <w:t xml:space="preserve">    B. 错</w:t>
      </w:r>
    </w:p>
    <w:p>
      <w:pPr>
        <w:spacing w:before="160"/>
      </w:pPr>
      <w:r>
        <w:rPr>
          <w:b/>
          <w:sz w:val="22"/>
        </w:rPr>
        <w:t>500. 马克思主义能不能在实践中发挥作用关键在于能否把马克思主义基本原理同中国实际和时代特征结合起来。( )</w:t>
      </w:r>
    </w:p>
    <w:p>
      <w:pPr>
        <w:spacing w:before="20" w:after="20"/>
      </w:pPr>
      <w:r>
        <w:rPr>
          <w:sz w:val="22"/>
        </w:rPr>
        <w:t xml:space="preserve">    A. 对</w:t>
      </w:r>
    </w:p>
    <w:p>
      <w:pPr>
        <w:spacing w:before="20" w:after="20"/>
      </w:pPr>
      <w:r>
        <w:rPr>
          <w:sz w:val="22"/>
        </w:rPr>
        <w:t xml:space="preserve">    B. 错</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